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CBD83" w14:textId="77777777" w:rsidR="00FB3B4D" w:rsidRPr="00B528D5" w:rsidRDefault="00FB3B4D" w:rsidP="00FB3B4D">
      <w:pPr>
        <w:pStyle w:val="Normaalweb"/>
        <w:rPr>
          <w:rFonts w:asciiTheme="majorHAnsi" w:hAnsiTheme="majorHAnsi" w:cstheme="majorHAnsi"/>
        </w:rPr>
      </w:pPr>
      <w:r w:rsidRPr="00B528D5">
        <w:rPr>
          <w:rFonts w:asciiTheme="majorHAnsi" w:hAnsiTheme="majorHAnsi" w:cstheme="majorHAnsi"/>
          <w:noProof/>
        </w:rPr>
        <w:drawing>
          <wp:inline distT="0" distB="0" distL="0" distR="0" wp14:anchorId="670F2613" wp14:editId="18E7B7F4">
            <wp:extent cx="898177" cy="971550"/>
            <wp:effectExtent l="0" t="0" r="0" b="0"/>
            <wp:docPr id="1" name="Afbeelding 1" descr="Afbeelding met Lettertype, Graphics, tekst,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Lettertype, Graphics, tekst, logo&#10;&#10;Door AI gegenereerde inhoud is mogelijk onjui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05985" cy="979996"/>
                    </a:xfrm>
                    <a:prstGeom prst="rect">
                      <a:avLst/>
                    </a:prstGeom>
                    <a:noFill/>
                    <a:ln>
                      <a:noFill/>
                    </a:ln>
                  </pic:spPr>
                </pic:pic>
              </a:graphicData>
            </a:graphic>
          </wp:inline>
        </w:drawing>
      </w:r>
    </w:p>
    <w:p w14:paraId="2DAD67CB" w14:textId="4BEC10D1" w:rsidR="002003B8" w:rsidRPr="00B528D5" w:rsidRDefault="006604D1" w:rsidP="00D21AE4">
      <w:pPr>
        <w:pStyle w:val="Kop1"/>
        <w:rPr>
          <w:rFonts w:cstheme="majorHAnsi"/>
          <w:lang w:val="nl-BE"/>
        </w:rPr>
      </w:pPr>
      <w:r w:rsidRPr="00B528D5">
        <w:rPr>
          <w:rFonts w:cstheme="majorHAnsi"/>
          <w:lang w:val="nl-BE"/>
        </w:rPr>
        <w:t>Notulen Wijkraadvoorzittersvergadering</w:t>
      </w:r>
      <w:r w:rsidR="00CA1954" w:rsidRPr="00B528D5">
        <w:rPr>
          <w:rFonts w:cstheme="majorHAnsi"/>
          <w:lang w:val="nl-BE"/>
        </w:rPr>
        <w:t xml:space="preserve"> 1</w:t>
      </w:r>
      <w:r w:rsidR="00FB3B4D" w:rsidRPr="00B528D5">
        <w:rPr>
          <w:rFonts w:cstheme="majorHAnsi"/>
          <w:lang w:val="nl-BE"/>
        </w:rPr>
        <w:t>8</w:t>
      </w:r>
      <w:r w:rsidR="00CA1954" w:rsidRPr="00B528D5">
        <w:rPr>
          <w:rFonts w:cstheme="majorHAnsi"/>
          <w:lang w:val="nl-BE"/>
        </w:rPr>
        <w:t xml:space="preserve"> </w:t>
      </w:r>
      <w:r w:rsidR="00FB3B4D" w:rsidRPr="00B528D5">
        <w:rPr>
          <w:rFonts w:cstheme="majorHAnsi"/>
          <w:lang w:val="nl-BE"/>
        </w:rPr>
        <w:t xml:space="preserve">maart </w:t>
      </w:r>
      <w:r w:rsidR="00CA1954" w:rsidRPr="00B528D5">
        <w:rPr>
          <w:rFonts w:cstheme="majorHAnsi"/>
          <w:lang w:val="nl-BE"/>
        </w:rPr>
        <w:t>202</w:t>
      </w:r>
      <w:r w:rsidR="00FB3B4D" w:rsidRPr="00B528D5">
        <w:rPr>
          <w:rFonts w:cstheme="majorHAnsi"/>
          <w:lang w:val="nl-BE"/>
        </w:rPr>
        <w:t>6</w:t>
      </w:r>
    </w:p>
    <w:p w14:paraId="7073AABD" w14:textId="77777777" w:rsidR="002003B8" w:rsidRPr="00B528D5" w:rsidRDefault="006604D1" w:rsidP="00D21AE4">
      <w:pPr>
        <w:pStyle w:val="Kop2"/>
        <w:rPr>
          <w:rFonts w:cstheme="majorHAnsi"/>
          <w:lang w:val="nl-BE"/>
        </w:rPr>
      </w:pPr>
      <w:r w:rsidRPr="00B528D5">
        <w:rPr>
          <w:rFonts w:cstheme="majorHAnsi"/>
          <w:lang w:val="nl-BE"/>
        </w:rPr>
        <w:t>Vergadergegevens</w:t>
      </w:r>
    </w:p>
    <w:p w14:paraId="206A0641" w14:textId="0AC503F4" w:rsidR="002003B8" w:rsidRPr="00B528D5" w:rsidRDefault="006604D1">
      <w:pPr>
        <w:rPr>
          <w:rFonts w:asciiTheme="majorHAnsi" w:hAnsiTheme="majorHAnsi" w:cstheme="majorHAnsi"/>
          <w:lang w:val="nl-BE"/>
        </w:rPr>
      </w:pPr>
      <w:r w:rsidRPr="00B528D5">
        <w:rPr>
          <w:rFonts w:asciiTheme="majorHAnsi" w:hAnsiTheme="majorHAnsi" w:cstheme="majorHAnsi"/>
          <w:lang w:val="nl-BE"/>
        </w:rPr>
        <w:t xml:space="preserve">Datum: </w:t>
      </w:r>
      <w:r w:rsidR="00FB3B4D" w:rsidRPr="00B528D5">
        <w:rPr>
          <w:rFonts w:asciiTheme="majorHAnsi" w:hAnsiTheme="majorHAnsi" w:cstheme="majorHAnsi"/>
          <w:lang w:val="nl-BE"/>
        </w:rPr>
        <w:t>18.03.2026</w:t>
      </w:r>
      <w:r w:rsidRPr="00B528D5">
        <w:rPr>
          <w:rFonts w:asciiTheme="majorHAnsi" w:hAnsiTheme="majorHAnsi" w:cstheme="majorHAnsi"/>
          <w:lang w:val="nl-BE"/>
        </w:rPr>
        <w:br/>
        <w:t xml:space="preserve">Plaats: </w:t>
      </w:r>
      <w:r w:rsidR="00CA1954" w:rsidRPr="00B528D5">
        <w:rPr>
          <w:rFonts w:asciiTheme="majorHAnsi" w:hAnsiTheme="majorHAnsi" w:cstheme="majorHAnsi"/>
          <w:lang w:val="nl-BE"/>
        </w:rPr>
        <w:t>collegezaal gemeentehuis</w:t>
      </w:r>
      <w:r w:rsidRPr="00B528D5">
        <w:rPr>
          <w:rFonts w:asciiTheme="majorHAnsi" w:hAnsiTheme="majorHAnsi" w:cstheme="majorHAnsi"/>
          <w:lang w:val="nl-BE"/>
        </w:rPr>
        <w:br/>
        <w:t xml:space="preserve">Aanvang: </w:t>
      </w:r>
      <w:r w:rsidR="00CA1954" w:rsidRPr="00B528D5">
        <w:rPr>
          <w:rFonts w:asciiTheme="majorHAnsi" w:hAnsiTheme="majorHAnsi" w:cstheme="majorHAnsi"/>
          <w:lang w:val="nl-BE"/>
        </w:rPr>
        <w:t>20</w:t>
      </w:r>
      <w:r w:rsidR="00694B7F">
        <w:rPr>
          <w:rFonts w:asciiTheme="majorHAnsi" w:hAnsiTheme="majorHAnsi" w:cstheme="majorHAnsi"/>
          <w:lang w:val="nl-BE"/>
        </w:rPr>
        <w:t xml:space="preserve"> </w:t>
      </w:r>
      <w:r w:rsidR="00CA1954" w:rsidRPr="00B528D5">
        <w:rPr>
          <w:rFonts w:asciiTheme="majorHAnsi" w:hAnsiTheme="majorHAnsi" w:cstheme="majorHAnsi"/>
          <w:lang w:val="nl-BE"/>
        </w:rPr>
        <w:t>u</w:t>
      </w:r>
    </w:p>
    <w:p w14:paraId="61A79177" w14:textId="7484729F" w:rsidR="007D591C" w:rsidRPr="00B528D5" w:rsidRDefault="006604D1" w:rsidP="007D591C">
      <w:pPr>
        <w:pStyle w:val="Kop2"/>
        <w:rPr>
          <w:rFonts w:cstheme="majorHAnsi"/>
        </w:rPr>
      </w:pPr>
      <w:proofErr w:type="spellStart"/>
      <w:r w:rsidRPr="00B528D5">
        <w:rPr>
          <w:rFonts w:cstheme="majorHAnsi"/>
        </w:rPr>
        <w:t>Aanwezig</w:t>
      </w:r>
      <w:proofErr w:type="spellEnd"/>
    </w:p>
    <w:tbl>
      <w:tblPr>
        <w:tblStyle w:val="Tabelraster"/>
        <w:tblW w:w="0" w:type="auto"/>
        <w:tblInd w:w="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3"/>
        <w:gridCol w:w="4919"/>
      </w:tblGrid>
      <w:tr w:rsidR="00D21AE4" w:rsidRPr="00B528D5" w14:paraId="5BA9E5A2" w14:textId="77777777" w:rsidTr="006837AA">
        <w:tc>
          <w:tcPr>
            <w:tcW w:w="3756" w:type="dxa"/>
          </w:tcPr>
          <w:p w14:paraId="246B71D6" w14:textId="77777777" w:rsidR="00D21AE4" w:rsidRPr="00B528D5" w:rsidRDefault="00D21AE4" w:rsidP="00CA1954">
            <w:pPr>
              <w:rPr>
                <w:rFonts w:asciiTheme="majorHAnsi" w:hAnsiTheme="majorHAnsi" w:cstheme="majorHAnsi"/>
                <w:lang w:val="nl-BE"/>
              </w:rPr>
            </w:pPr>
            <w:r w:rsidRPr="00B528D5">
              <w:rPr>
                <w:rFonts w:asciiTheme="majorHAnsi" w:hAnsiTheme="majorHAnsi" w:cstheme="majorHAnsi"/>
                <w:lang w:val="nl-BE"/>
              </w:rPr>
              <w:t>Bart Lambrecht</w:t>
            </w:r>
          </w:p>
        </w:tc>
        <w:tc>
          <w:tcPr>
            <w:tcW w:w="5024" w:type="dxa"/>
          </w:tcPr>
          <w:p w14:paraId="48FAE181" w14:textId="77777777" w:rsidR="00D21AE4" w:rsidRPr="00B528D5" w:rsidRDefault="00D21AE4" w:rsidP="00CA1954">
            <w:pPr>
              <w:rPr>
                <w:rFonts w:asciiTheme="majorHAnsi" w:hAnsiTheme="majorHAnsi" w:cstheme="majorHAnsi"/>
                <w:lang w:val="nl-BE"/>
              </w:rPr>
            </w:pPr>
            <w:r w:rsidRPr="00B528D5">
              <w:rPr>
                <w:rFonts w:asciiTheme="majorHAnsi" w:hAnsiTheme="majorHAnsi" w:cstheme="majorHAnsi"/>
                <w:lang w:val="nl-BE"/>
              </w:rPr>
              <w:t xml:space="preserve">Schepen </w:t>
            </w:r>
          </w:p>
        </w:tc>
      </w:tr>
      <w:tr w:rsidR="00D21AE4" w:rsidRPr="00B528D5" w14:paraId="0ADA15B2" w14:textId="77777777" w:rsidTr="006837AA">
        <w:tc>
          <w:tcPr>
            <w:tcW w:w="3756" w:type="dxa"/>
          </w:tcPr>
          <w:p w14:paraId="1FDB548A" w14:textId="77777777" w:rsidR="00D21AE4" w:rsidRPr="00B528D5" w:rsidRDefault="00D21AE4" w:rsidP="00CA1954">
            <w:pPr>
              <w:rPr>
                <w:rFonts w:asciiTheme="majorHAnsi" w:hAnsiTheme="majorHAnsi" w:cstheme="majorHAnsi"/>
                <w:lang w:val="nl-BE"/>
              </w:rPr>
            </w:pPr>
            <w:r w:rsidRPr="00B528D5">
              <w:rPr>
                <w:rFonts w:asciiTheme="majorHAnsi" w:hAnsiTheme="majorHAnsi" w:cstheme="majorHAnsi"/>
                <w:lang w:val="nl-BE"/>
              </w:rPr>
              <w:t>Ilse Van Gucht</w:t>
            </w:r>
          </w:p>
        </w:tc>
        <w:tc>
          <w:tcPr>
            <w:tcW w:w="5024" w:type="dxa"/>
          </w:tcPr>
          <w:p w14:paraId="3C47000F" w14:textId="77777777" w:rsidR="00D21AE4" w:rsidRPr="00B528D5" w:rsidRDefault="00D21AE4" w:rsidP="00CA1954">
            <w:pPr>
              <w:rPr>
                <w:rFonts w:asciiTheme="majorHAnsi" w:hAnsiTheme="majorHAnsi" w:cstheme="majorHAnsi"/>
                <w:lang w:val="nl-BE"/>
              </w:rPr>
            </w:pPr>
            <w:r w:rsidRPr="00B528D5">
              <w:rPr>
                <w:rFonts w:asciiTheme="majorHAnsi" w:hAnsiTheme="majorHAnsi" w:cstheme="majorHAnsi"/>
                <w:lang w:val="nl-BE"/>
              </w:rPr>
              <w:t>Secretaris</w:t>
            </w:r>
          </w:p>
        </w:tc>
      </w:tr>
      <w:tr w:rsidR="00D21AE4" w:rsidRPr="00B528D5" w14:paraId="21E08064" w14:textId="77777777" w:rsidTr="006837AA">
        <w:tc>
          <w:tcPr>
            <w:tcW w:w="3756" w:type="dxa"/>
          </w:tcPr>
          <w:p w14:paraId="6B7F03C3" w14:textId="77777777" w:rsidR="00D21AE4" w:rsidRPr="00B528D5" w:rsidRDefault="00D21AE4" w:rsidP="00CA1954">
            <w:pPr>
              <w:rPr>
                <w:rFonts w:asciiTheme="majorHAnsi" w:hAnsiTheme="majorHAnsi" w:cstheme="majorHAnsi"/>
                <w:lang w:val="nl-BE"/>
              </w:rPr>
            </w:pPr>
            <w:r w:rsidRPr="00B528D5">
              <w:rPr>
                <w:rFonts w:asciiTheme="majorHAnsi" w:hAnsiTheme="majorHAnsi" w:cstheme="majorHAnsi"/>
                <w:lang w:val="nl-BE"/>
              </w:rPr>
              <w:t xml:space="preserve">John </w:t>
            </w:r>
            <w:proofErr w:type="spellStart"/>
            <w:r w:rsidRPr="00B528D5">
              <w:rPr>
                <w:rFonts w:asciiTheme="majorHAnsi" w:hAnsiTheme="majorHAnsi" w:cstheme="majorHAnsi"/>
                <w:lang w:val="nl-BE"/>
              </w:rPr>
              <w:t>Ostermeyer</w:t>
            </w:r>
            <w:proofErr w:type="spellEnd"/>
          </w:p>
        </w:tc>
        <w:tc>
          <w:tcPr>
            <w:tcW w:w="5024" w:type="dxa"/>
          </w:tcPr>
          <w:p w14:paraId="02C02F3A" w14:textId="77777777" w:rsidR="00D21AE4" w:rsidRPr="00B528D5" w:rsidRDefault="00D21AE4" w:rsidP="00CA1954">
            <w:pPr>
              <w:rPr>
                <w:rFonts w:asciiTheme="majorHAnsi" w:hAnsiTheme="majorHAnsi" w:cstheme="majorHAnsi"/>
                <w:lang w:val="nl-BE"/>
              </w:rPr>
            </w:pPr>
            <w:r w:rsidRPr="00B528D5">
              <w:rPr>
                <w:rFonts w:asciiTheme="majorHAnsi" w:hAnsiTheme="majorHAnsi" w:cstheme="majorHAnsi"/>
                <w:lang w:val="nl-BE"/>
              </w:rPr>
              <w:t>Wijkraad Koekoek</w:t>
            </w:r>
          </w:p>
        </w:tc>
      </w:tr>
      <w:tr w:rsidR="00D21AE4" w:rsidRPr="00B528D5" w14:paraId="7DF8618E" w14:textId="77777777" w:rsidTr="006837AA">
        <w:tc>
          <w:tcPr>
            <w:tcW w:w="3756" w:type="dxa"/>
          </w:tcPr>
          <w:p w14:paraId="3CAA3846" w14:textId="00B66B36" w:rsidR="00D21AE4" w:rsidRPr="00B528D5" w:rsidRDefault="00D21AE4" w:rsidP="00CA1954">
            <w:pPr>
              <w:rPr>
                <w:rFonts w:asciiTheme="majorHAnsi" w:hAnsiTheme="majorHAnsi" w:cstheme="majorHAnsi"/>
                <w:lang w:val="nl-BE"/>
              </w:rPr>
            </w:pPr>
            <w:r w:rsidRPr="00B528D5">
              <w:rPr>
                <w:rFonts w:asciiTheme="majorHAnsi" w:hAnsiTheme="majorHAnsi" w:cstheme="majorHAnsi"/>
                <w:lang w:val="nl-BE"/>
              </w:rPr>
              <w:t>Koen</w:t>
            </w:r>
            <w:r w:rsidR="000703B8" w:rsidRPr="00B528D5">
              <w:rPr>
                <w:rFonts w:asciiTheme="majorHAnsi" w:hAnsiTheme="majorHAnsi" w:cstheme="majorHAnsi"/>
                <w:lang w:val="nl-BE"/>
              </w:rPr>
              <w:t xml:space="preserve"> Vingerhoets</w:t>
            </w:r>
          </w:p>
        </w:tc>
        <w:tc>
          <w:tcPr>
            <w:tcW w:w="5024" w:type="dxa"/>
          </w:tcPr>
          <w:p w14:paraId="693DABE5" w14:textId="77777777" w:rsidR="00D21AE4" w:rsidRPr="00B528D5" w:rsidRDefault="00D21AE4" w:rsidP="00CA1954">
            <w:pPr>
              <w:rPr>
                <w:rFonts w:asciiTheme="majorHAnsi" w:hAnsiTheme="majorHAnsi" w:cstheme="majorHAnsi"/>
                <w:lang w:val="nl-BE"/>
              </w:rPr>
            </w:pPr>
            <w:r w:rsidRPr="00B528D5">
              <w:rPr>
                <w:rFonts w:asciiTheme="majorHAnsi" w:hAnsiTheme="majorHAnsi" w:cstheme="majorHAnsi"/>
                <w:lang w:val="nl-BE"/>
              </w:rPr>
              <w:t xml:space="preserve">Wijkraad </w:t>
            </w:r>
            <w:proofErr w:type="spellStart"/>
            <w:r w:rsidRPr="00B528D5">
              <w:rPr>
                <w:rFonts w:asciiTheme="majorHAnsi" w:hAnsiTheme="majorHAnsi" w:cstheme="majorHAnsi"/>
                <w:lang w:val="nl-BE"/>
              </w:rPr>
              <w:t>Buerstede</w:t>
            </w:r>
            <w:proofErr w:type="spellEnd"/>
          </w:p>
        </w:tc>
      </w:tr>
      <w:tr w:rsidR="00D21AE4" w:rsidRPr="00B528D5" w14:paraId="360F4D6D" w14:textId="77777777" w:rsidTr="006837AA">
        <w:tc>
          <w:tcPr>
            <w:tcW w:w="3756" w:type="dxa"/>
          </w:tcPr>
          <w:p w14:paraId="3CC37DF8" w14:textId="77777777" w:rsidR="00D21AE4" w:rsidRPr="00B528D5" w:rsidRDefault="00D21AE4" w:rsidP="00CA1954">
            <w:pPr>
              <w:rPr>
                <w:rFonts w:asciiTheme="majorHAnsi" w:hAnsiTheme="majorHAnsi" w:cstheme="majorHAnsi"/>
                <w:lang w:val="nl-BE"/>
              </w:rPr>
            </w:pPr>
            <w:r w:rsidRPr="00B528D5">
              <w:rPr>
                <w:rFonts w:asciiTheme="majorHAnsi" w:hAnsiTheme="majorHAnsi" w:cstheme="majorHAnsi"/>
                <w:lang w:val="nl-BE"/>
              </w:rPr>
              <w:t>Mieke Caeyers</w:t>
            </w:r>
          </w:p>
        </w:tc>
        <w:tc>
          <w:tcPr>
            <w:tcW w:w="5024" w:type="dxa"/>
          </w:tcPr>
          <w:p w14:paraId="32C476D3" w14:textId="77777777" w:rsidR="00D21AE4" w:rsidRPr="00B528D5" w:rsidRDefault="00D21AE4" w:rsidP="00CA1954">
            <w:pPr>
              <w:rPr>
                <w:rFonts w:asciiTheme="majorHAnsi" w:hAnsiTheme="majorHAnsi" w:cstheme="majorHAnsi"/>
                <w:lang w:val="nl-BE"/>
              </w:rPr>
            </w:pPr>
            <w:r w:rsidRPr="00B528D5">
              <w:rPr>
                <w:rFonts w:asciiTheme="majorHAnsi" w:hAnsiTheme="majorHAnsi" w:cstheme="majorHAnsi"/>
                <w:lang w:val="nl-BE"/>
              </w:rPr>
              <w:t>Wijkraad Lindenbos</w:t>
            </w:r>
          </w:p>
        </w:tc>
      </w:tr>
      <w:tr w:rsidR="00D21AE4" w:rsidRPr="00B528D5" w14:paraId="02D47388" w14:textId="77777777" w:rsidTr="006837AA">
        <w:tc>
          <w:tcPr>
            <w:tcW w:w="3756" w:type="dxa"/>
          </w:tcPr>
          <w:p w14:paraId="041A2119" w14:textId="77777777" w:rsidR="00D21AE4" w:rsidRPr="00B528D5" w:rsidRDefault="00D21AE4" w:rsidP="00CA1954">
            <w:pPr>
              <w:rPr>
                <w:rFonts w:asciiTheme="majorHAnsi" w:hAnsiTheme="majorHAnsi" w:cstheme="majorHAnsi"/>
                <w:lang w:val="nl-BE"/>
              </w:rPr>
            </w:pPr>
            <w:r w:rsidRPr="00B528D5">
              <w:rPr>
                <w:rFonts w:asciiTheme="majorHAnsi" w:hAnsiTheme="majorHAnsi" w:cstheme="majorHAnsi"/>
                <w:lang w:val="nl-BE"/>
              </w:rPr>
              <w:t>Robert Reynaert</w:t>
            </w:r>
          </w:p>
        </w:tc>
        <w:tc>
          <w:tcPr>
            <w:tcW w:w="5024" w:type="dxa"/>
          </w:tcPr>
          <w:p w14:paraId="79746F08" w14:textId="77777777" w:rsidR="00D21AE4" w:rsidRPr="00B528D5" w:rsidRDefault="00D21AE4" w:rsidP="00CA1954">
            <w:pPr>
              <w:rPr>
                <w:rFonts w:asciiTheme="majorHAnsi" w:hAnsiTheme="majorHAnsi" w:cstheme="majorHAnsi"/>
                <w:lang w:val="nl-BE"/>
              </w:rPr>
            </w:pPr>
            <w:r w:rsidRPr="00B528D5">
              <w:rPr>
                <w:rFonts w:asciiTheme="majorHAnsi" w:hAnsiTheme="majorHAnsi" w:cstheme="majorHAnsi"/>
                <w:lang w:val="nl-BE"/>
              </w:rPr>
              <w:t>Wijkraad Ten Dorpe</w:t>
            </w:r>
          </w:p>
        </w:tc>
      </w:tr>
      <w:tr w:rsidR="00D21AE4" w:rsidRPr="00B528D5" w14:paraId="028688C2" w14:textId="77777777" w:rsidTr="006837AA">
        <w:tc>
          <w:tcPr>
            <w:tcW w:w="3756" w:type="dxa"/>
          </w:tcPr>
          <w:p w14:paraId="2B60D1FE" w14:textId="77777777" w:rsidR="00D21AE4" w:rsidRPr="00B528D5" w:rsidRDefault="00D21AE4" w:rsidP="00CA1954">
            <w:pPr>
              <w:rPr>
                <w:rFonts w:asciiTheme="majorHAnsi" w:hAnsiTheme="majorHAnsi" w:cstheme="majorHAnsi"/>
                <w:lang w:val="nl-BE"/>
              </w:rPr>
            </w:pPr>
            <w:r w:rsidRPr="00B528D5">
              <w:rPr>
                <w:rFonts w:asciiTheme="majorHAnsi" w:hAnsiTheme="majorHAnsi" w:cstheme="majorHAnsi"/>
                <w:lang w:val="nl-BE"/>
              </w:rPr>
              <w:t xml:space="preserve">Valentine De </w:t>
            </w:r>
            <w:proofErr w:type="spellStart"/>
            <w:r w:rsidRPr="00B528D5">
              <w:rPr>
                <w:rFonts w:asciiTheme="majorHAnsi" w:hAnsiTheme="majorHAnsi" w:cstheme="majorHAnsi"/>
                <w:lang w:val="nl-BE"/>
              </w:rPr>
              <w:t>Groof</w:t>
            </w:r>
            <w:proofErr w:type="spellEnd"/>
          </w:p>
        </w:tc>
        <w:tc>
          <w:tcPr>
            <w:tcW w:w="5024" w:type="dxa"/>
          </w:tcPr>
          <w:p w14:paraId="3C64CFD9" w14:textId="77777777" w:rsidR="00D21AE4" w:rsidRPr="00B528D5" w:rsidRDefault="00D21AE4" w:rsidP="00CA1954">
            <w:pPr>
              <w:rPr>
                <w:rFonts w:asciiTheme="majorHAnsi" w:hAnsiTheme="majorHAnsi" w:cstheme="majorHAnsi"/>
                <w:lang w:val="nl-BE"/>
              </w:rPr>
            </w:pPr>
            <w:r w:rsidRPr="00B528D5">
              <w:rPr>
                <w:rFonts w:asciiTheme="majorHAnsi" w:hAnsiTheme="majorHAnsi" w:cstheme="majorHAnsi"/>
                <w:lang w:val="nl-BE"/>
              </w:rPr>
              <w:t>Wijkraad Bruynenbaert</w:t>
            </w:r>
          </w:p>
        </w:tc>
      </w:tr>
    </w:tbl>
    <w:p w14:paraId="43E639BF" w14:textId="7E5CCF55" w:rsidR="006837AA" w:rsidRPr="00B528D5" w:rsidRDefault="006837AA" w:rsidP="00CA1954">
      <w:pPr>
        <w:rPr>
          <w:rFonts w:asciiTheme="majorHAnsi" w:hAnsiTheme="majorHAnsi" w:cstheme="majorHAnsi"/>
          <w:lang w:val="nl-BE"/>
        </w:rPr>
      </w:pPr>
    </w:p>
    <w:p w14:paraId="55161056" w14:textId="2DDA023E" w:rsidR="007D591C" w:rsidRPr="00B528D5" w:rsidRDefault="004268BF" w:rsidP="0010671F">
      <w:pPr>
        <w:pStyle w:val="Kop2"/>
        <w:numPr>
          <w:ilvl w:val="0"/>
          <w:numId w:val="13"/>
        </w:numPr>
        <w:ind w:left="426"/>
        <w:rPr>
          <w:rFonts w:cstheme="majorHAnsi"/>
        </w:rPr>
      </w:pPr>
      <w:r w:rsidRPr="00B528D5">
        <w:rPr>
          <w:rFonts w:cstheme="majorHAnsi"/>
        </w:rPr>
        <w:t xml:space="preserve">Algemene </w:t>
      </w:r>
      <w:proofErr w:type="spellStart"/>
      <w:r w:rsidRPr="00B528D5">
        <w:rPr>
          <w:rFonts w:cstheme="majorHAnsi"/>
        </w:rPr>
        <w:t>mededelingen</w:t>
      </w:r>
      <w:proofErr w:type="spellEnd"/>
    </w:p>
    <w:p w14:paraId="780B374E" w14:textId="77777777" w:rsidR="00E20491" w:rsidRPr="00B528D5" w:rsidRDefault="004268BF" w:rsidP="0010671F">
      <w:pPr>
        <w:pStyle w:val="Lijstalinea"/>
        <w:numPr>
          <w:ilvl w:val="0"/>
          <w:numId w:val="7"/>
        </w:numPr>
        <w:rPr>
          <w:rFonts w:asciiTheme="majorHAnsi" w:hAnsiTheme="majorHAnsi" w:cstheme="majorHAnsi"/>
          <w:lang w:val="nl-BE"/>
        </w:rPr>
      </w:pPr>
      <w:r w:rsidRPr="00B528D5">
        <w:rPr>
          <w:rFonts w:asciiTheme="majorHAnsi" w:hAnsiTheme="majorHAnsi" w:cstheme="majorHAnsi"/>
          <w:lang w:val="nl-BE"/>
        </w:rPr>
        <w:t>Agendapunten indienen uiterlijk twee weken voor de vergadering.</w:t>
      </w:r>
    </w:p>
    <w:p w14:paraId="67F9B5EE" w14:textId="77777777" w:rsidR="00E20491" w:rsidRPr="00B528D5" w:rsidRDefault="004268BF" w:rsidP="0010671F">
      <w:pPr>
        <w:pStyle w:val="Lijstalinea"/>
        <w:numPr>
          <w:ilvl w:val="0"/>
          <w:numId w:val="7"/>
        </w:numPr>
        <w:rPr>
          <w:rFonts w:asciiTheme="majorHAnsi" w:hAnsiTheme="majorHAnsi" w:cstheme="majorHAnsi"/>
          <w:lang w:val="nl-BE"/>
        </w:rPr>
      </w:pPr>
      <w:r w:rsidRPr="00B528D5">
        <w:rPr>
          <w:rFonts w:asciiTheme="majorHAnsi" w:hAnsiTheme="majorHAnsi" w:cstheme="majorHAnsi"/>
          <w:lang w:val="nl-BE"/>
        </w:rPr>
        <w:t>Variapunten enkel voor mededelingen.</w:t>
      </w:r>
    </w:p>
    <w:p w14:paraId="5C07F7EC" w14:textId="1697F230" w:rsidR="00E20491" w:rsidRPr="00B528D5" w:rsidRDefault="004268BF" w:rsidP="0010671F">
      <w:pPr>
        <w:pStyle w:val="Lijstalinea"/>
        <w:numPr>
          <w:ilvl w:val="0"/>
          <w:numId w:val="7"/>
        </w:numPr>
        <w:rPr>
          <w:rFonts w:asciiTheme="majorHAnsi" w:hAnsiTheme="majorHAnsi" w:cstheme="majorHAnsi"/>
          <w:lang w:val="nl-BE"/>
        </w:rPr>
      </w:pPr>
      <w:r w:rsidRPr="00B528D5">
        <w:rPr>
          <w:rFonts w:asciiTheme="majorHAnsi" w:hAnsiTheme="majorHAnsi" w:cstheme="majorHAnsi"/>
          <w:lang w:val="nl-BE"/>
        </w:rPr>
        <w:t>Nieuwe agendapunten worden doorgeschoven naar de volgende vergadering.</w:t>
      </w:r>
    </w:p>
    <w:p w14:paraId="13A5B9F1" w14:textId="60DC21BF" w:rsidR="00E20491" w:rsidRPr="00B528D5" w:rsidRDefault="00E20491" w:rsidP="0010671F">
      <w:pPr>
        <w:pStyle w:val="Lijstalinea"/>
        <w:numPr>
          <w:ilvl w:val="0"/>
          <w:numId w:val="7"/>
        </w:numPr>
        <w:rPr>
          <w:rFonts w:asciiTheme="majorHAnsi" w:hAnsiTheme="majorHAnsi" w:cstheme="majorHAnsi"/>
          <w:lang w:val="nl-BE"/>
        </w:rPr>
      </w:pPr>
      <w:r w:rsidRPr="00B528D5">
        <w:rPr>
          <w:rFonts w:asciiTheme="majorHAnsi" w:hAnsiTheme="majorHAnsi" w:cstheme="majorHAnsi"/>
          <w:lang w:val="nl-BE"/>
        </w:rPr>
        <w:t>Gebruik de meldingsfiche via de gemeentelijke website voor vragen over onderhoud, vuilbakken, bladkorven, enz. Dit zorgt voor een snellere afhandeling.</w:t>
      </w:r>
    </w:p>
    <w:p w14:paraId="39C2ED09" w14:textId="43355892" w:rsidR="005E54B8" w:rsidRPr="00B528D5" w:rsidRDefault="007D591C" w:rsidP="005E54B8">
      <w:pPr>
        <w:pStyle w:val="Kop2"/>
        <w:rPr>
          <w:rFonts w:cstheme="majorHAnsi"/>
        </w:rPr>
      </w:pPr>
      <w:r w:rsidRPr="00B528D5">
        <w:rPr>
          <w:rFonts w:cstheme="majorHAnsi"/>
        </w:rPr>
        <w:t xml:space="preserve"> </w:t>
      </w:r>
      <w:r w:rsidR="004268BF" w:rsidRPr="00B528D5">
        <w:rPr>
          <w:rFonts w:cstheme="majorHAnsi"/>
        </w:rPr>
        <w:t>2</w:t>
      </w:r>
      <w:r w:rsidR="006604D1" w:rsidRPr="00B528D5">
        <w:rPr>
          <w:rFonts w:cstheme="majorHAnsi"/>
        </w:rPr>
        <w:t xml:space="preserve">. </w:t>
      </w:r>
      <w:r w:rsidR="00694B7F">
        <w:rPr>
          <w:rFonts w:cstheme="majorHAnsi"/>
        </w:rPr>
        <w:t xml:space="preserve"> </w:t>
      </w:r>
      <w:proofErr w:type="spellStart"/>
      <w:r w:rsidR="006604D1" w:rsidRPr="00B528D5">
        <w:rPr>
          <w:rFonts w:cstheme="majorHAnsi"/>
        </w:rPr>
        <w:t>Goedkeuring</w:t>
      </w:r>
      <w:proofErr w:type="spellEnd"/>
      <w:r w:rsidR="006604D1" w:rsidRPr="00B528D5">
        <w:rPr>
          <w:rFonts w:cstheme="majorHAnsi"/>
        </w:rPr>
        <w:t xml:space="preserve"> </w:t>
      </w:r>
      <w:proofErr w:type="spellStart"/>
      <w:r w:rsidR="006604D1" w:rsidRPr="00B528D5">
        <w:rPr>
          <w:rFonts w:cstheme="majorHAnsi"/>
        </w:rPr>
        <w:t>vorige</w:t>
      </w:r>
      <w:proofErr w:type="spellEnd"/>
      <w:r w:rsidR="006604D1" w:rsidRPr="00B528D5">
        <w:rPr>
          <w:rFonts w:cstheme="majorHAnsi"/>
        </w:rPr>
        <w:t xml:space="preserve"> </w:t>
      </w:r>
      <w:proofErr w:type="spellStart"/>
      <w:r w:rsidR="006604D1" w:rsidRPr="00B528D5">
        <w:rPr>
          <w:rFonts w:cstheme="majorHAnsi"/>
        </w:rPr>
        <w:t>notulen</w:t>
      </w:r>
      <w:proofErr w:type="spellEnd"/>
    </w:p>
    <w:p w14:paraId="4295CC2F" w14:textId="77E4799E" w:rsidR="0088061B" w:rsidRPr="00B528D5" w:rsidRDefault="006604D1">
      <w:pPr>
        <w:rPr>
          <w:rFonts w:asciiTheme="majorHAnsi" w:hAnsiTheme="majorHAnsi" w:cstheme="majorHAnsi"/>
          <w:lang w:val="nl-BE"/>
        </w:rPr>
      </w:pPr>
      <w:r w:rsidRPr="00B528D5">
        <w:rPr>
          <w:rFonts w:asciiTheme="majorHAnsi" w:hAnsiTheme="majorHAnsi" w:cstheme="majorHAnsi"/>
          <w:lang w:val="nl-BE"/>
        </w:rPr>
        <w:t xml:space="preserve">Verslag van de vergadering d.d. </w:t>
      </w:r>
      <w:r w:rsidR="00FB3B4D" w:rsidRPr="00B528D5">
        <w:rPr>
          <w:rFonts w:asciiTheme="majorHAnsi" w:hAnsiTheme="majorHAnsi" w:cstheme="majorHAnsi"/>
          <w:lang w:val="nl-BE"/>
        </w:rPr>
        <w:t>17.12</w:t>
      </w:r>
      <w:r w:rsidRPr="00B528D5">
        <w:rPr>
          <w:rFonts w:asciiTheme="majorHAnsi" w:hAnsiTheme="majorHAnsi" w:cstheme="majorHAnsi"/>
          <w:lang w:val="nl-BE"/>
        </w:rPr>
        <w:t>.</w:t>
      </w:r>
      <w:r w:rsidR="004268BF" w:rsidRPr="00B528D5">
        <w:rPr>
          <w:rFonts w:asciiTheme="majorHAnsi" w:hAnsiTheme="majorHAnsi" w:cstheme="majorHAnsi"/>
          <w:lang w:val="nl-BE"/>
        </w:rPr>
        <w:t>2025</w:t>
      </w:r>
      <w:r w:rsidRPr="00B528D5">
        <w:rPr>
          <w:rFonts w:asciiTheme="majorHAnsi" w:hAnsiTheme="majorHAnsi" w:cstheme="majorHAnsi"/>
          <w:lang w:val="nl-BE"/>
        </w:rPr>
        <w:br/>
      </w:r>
      <w:r w:rsidRPr="00B528D5">
        <w:rPr>
          <w:rFonts w:ascii="Segoe UI Emoji" w:hAnsi="Segoe UI Emoji" w:cs="Segoe UI Emoji"/>
          <w:lang w:val="nl-BE"/>
        </w:rPr>
        <w:t>✅</w:t>
      </w:r>
      <w:r w:rsidRPr="00B528D5">
        <w:rPr>
          <w:rFonts w:asciiTheme="majorHAnsi" w:hAnsiTheme="majorHAnsi" w:cstheme="majorHAnsi"/>
          <w:lang w:val="nl-BE"/>
        </w:rPr>
        <w:t xml:space="preserve"> Besluit: </w:t>
      </w:r>
      <w:r w:rsidR="0088061B" w:rsidRPr="00B528D5">
        <w:rPr>
          <w:rFonts w:asciiTheme="majorHAnsi" w:hAnsiTheme="majorHAnsi" w:cstheme="majorHAnsi"/>
          <w:lang w:val="nl-BE"/>
        </w:rPr>
        <w:t xml:space="preserve">notulen </w:t>
      </w:r>
      <w:r w:rsidR="007D591C" w:rsidRPr="00B528D5">
        <w:rPr>
          <w:rFonts w:asciiTheme="majorHAnsi" w:hAnsiTheme="majorHAnsi" w:cstheme="majorHAnsi"/>
          <w:lang w:val="nl-BE"/>
        </w:rPr>
        <w:t>van vorige vergadering worden toegevoegd in bijlage</w:t>
      </w:r>
    </w:p>
    <w:p w14:paraId="49CA4EEA" w14:textId="7093A3F7" w:rsidR="00987572" w:rsidRPr="00B528D5" w:rsidRDefault="00E20491" w:rsidP="00506C3C">
      <w:pPr>
        <w:pStyle w:val="Kop2"/>
        <w:rPr>
          <w:rFonts w:cstheme="majorHAnsi"/>
          <w:lang w:val="nl-BE"/>
        </w:rPr>
      </w:pPr>
      <w:r w:rsidRPr="00B528D5">
        <w:rPr>
          <w:rFonts w:cstheme="majorHAnsi"/>
          <w:lang w:val="nl-BE"/>
        </w:rPr>
        <w:t>3.</w:t>
      </w:r>
      <w:r w:rsidR="00694B7F">
        <w:rPr>
          <w:rFonts w:cstheme="majorHAnsi"/>
          <w:lang w:val="nl-BE"/>
        </w:rPr>
        <w:t xml:space="preserve"> </w:t>
      </w:r>
      <w:r w:rsidR="006604D1" w:rsidRPr="00B528D5">
        <w:rPr>
          <w:rFonts w:cstheme="majorHAnsi"/>
          <w:lang w:val="nl-BE"/>
        </w:rPr>
        <w:t xml:space="preserve">Gemeenschappelijke </w:t>
      </w:r>
      <w:r w:rsidRPr="00B528D5">
        <w:rPr>
          <w:rFonts w:cstheme="majorHAnsi"/>
          <w:lang w:val="nl-BE"/>
        </w:rPr>
        <w:t>punten en vragen:</w:t>
      </w:r>
    </w:p>
    <w:p w14:paraId="3786CE9E" w14:textId="17A2FCFC" w:rsidR="00987572" w:rsidRPr="00B528D5" w:rsidRDefault="00987572" w:rsidP="00032589">
      <w:pPr>
        <w:pStyle w:val="Lijstalinea"/>
        <w:numPr>
          <w:ilvl w:val="0"/>
          <w:numId w:val="14"/>
        </w:numPr>
        <w:rPr>
          <w:rFonts w:asciiTheme="majorHAnsi" w:hAnsiTheme="majorHAnsi" w:cstheme="majorHAnsi"/>
          <w:lang w:val="nl-BE"/>
        </w:rPr>
      </w:pPr>
      <w:r w:rsidRPr="00B528D5">
        <w:rPr>
          <w:rFonts w:asciiTheme="majorHAnsi" w:hAnsiTheme="majorHAnsi" w:cstheme="majorHAnsi"/>
          <w:lang w:val="nl-BE"/>
        </w:rPr>
        <w:t xml:space="preserve">De verslagen van de algemene vergaderingen van de wijkraden moeten steeds </w:t>
      </w:r>
      <w:r w:rsidR="00C24082">
        <w:rPr>
          <w:rFonts w:asciiTheme="majorHAnsi" w:hAnsiTheme="majorHAnsi" w:cstheme="majorHAnsi"/>
          <w:lang w:val="nl-BE"/>
        </w:rPr>
        <w:t xml:space="preserve">worden </w:t>
      </w:r>
      <w:r w:rsidRPr="00B528D5">
        <w:rPr>
          <w:rFonts w:asciiTheme="majorHAnsi" w:hAnsiTheme="majorHAnsi" w:cstheme="majorHAnsi"/>
          <w:lang w:val="nl-BE"/>
        </w:rPr>
        <w:t xml:space="preserve">bezorgd via </w:t>
      </w:r>
      <w:hyperlink r:id="rId9" w:history="1">
        <w:r w:rsidRPr="00B528D5">
          <w:rPr>
            <w:rStyle w:val="Hyperlink"/>
            <w:rFonts w:asciiTheme="majorHAnsi" w:hAnsiTheme="majorHAnsi" w:cstheme="majorHAnsi"/>
            <w:lang w:val="nl-BE"/>
          </w:rPr>
          <w:t>info@aartselaar.be</w:t>
        </w:r>
      </w:hyperlink>
      <w:r w:rsidRPr="00B528D5">
        <w:rPr>
          <w:rFonts w:asciiTheme="majorHAnsi" w:hAnsiTheme="majorHAnsi" w:cstheme="majorHAnsi"/>
          <w:lang w:val="nl-BE"/>
        </w:rPr>
        <w:t xml:space="preserve"> of </w:t>
      </w:r>
      <w:hyperlink r:id="rId10" w:history="1">
        <w:r w:rsidRPr="00B528D5">
          <w:rPr>
            <w:rStyle w:val="Hyperlink"/>
            <w:rFonts w:asciiTheme="majorHAnsi" w:hAnsiTheme="majorHAnsi" w:cstheme="majorHAnsi"/>
            <w:lang w:val="nl-BE"/>
          </w:rPr>
          <w:t>ilse.van.gucht@aartselaar.be</w:t>
        </w:r>
      </w:hyperlink>
      <w:r w:rsidRPr="00B528D5">
        <w:rPr>
          <w:rFonts w:asciiTheme="majorHAnsi" w:hAnsiTheme="majorHAnsi" w:cstheme="majorHAnsi"/>
          <w:lang w:val="nl-BE"/>
        </w:rPr>
        <w:t xml:space="preserve">. </w:t>
      </w:r>
    </w:p>
    <w:p w14:paraId="08B9ADCE" w14:textId="675FAF65" w:rsidR="00FB3B4D" w:rsidRPr="00B528D5" w:rsidRDefault="00987572" w:rsidP="00506C3C">
      <w:pPr>
        <w:pStyle w:val="Lijstalinea"/>
        <w:rPr>
          <w:rFonts w:asciiTheme="majorHAnsi" w:hAnsiTheme="majorHAnsi" w:cstheme="majorHAnsi"/>
          <w:lang w:val="nl-BE"/>
        </w:rPr>
      </w:pPr>
      <w:r w:rsidRPr="00B528D5">
        <w:rPr>
          <w:rFonts w:asciiTheme="majorHAnsi" w:hAnsiTheme="majorHAnsi" w:cstheme="majorHAnsi"/>
          <w:lang w:val="nl-BE"/>
        </w:rPr>
        <w:t>D</w:t>
      </w:r>
      <w:r w:rsidR="005810B4" w:rsidRPr="00B528D5">
        <w:rPr>
          <w:rFonts w:asciiTheme="majorHAnsi" w:hAnsiTheme="majorHAnsi" w:cstheme="majorHAnsi"/>
          <w:lang w:val="nl-BE"/>
        </w:rPr>
        <w:t xml:space="preserve">it </w:t>
      </w:r>
      <w:r w:rsidRPr="00B528D5">
        <w:rPr>
          <w:rFonts w:asciiTheme="majorHAnsi" w:hAnsiTheme="majorHAnsi" w:cstheme="majorHAnsi"/>
          <w:lang w:val="nl-BE"/>
        </w:rPr>
        <w:t xml:space="preserve">is </w:t>
      </w:r>
      <w:r w:rsidR="00C24082">
        <w:rPr>
          <w:rFonts w:asciiTheme="majorHAnsi" w:hAnsiTheme="majorHAnsi" w:cstheme="majorHAnsi"/>
          <w:lang w:val="nl-BE"/>
        </w:rPr>
        <w:t>nodig</w:t>
      </w:r>
      <w:r w:rsidRPr="00B528D5">
        <w:rPr>
          <w:rFonts w:asciiTheme="majorHAnsi" w:hAnsiTheme="majorHAnsi" w:cstheme="majorHAnsi"/>
          <w:lang w:val="nl-BE"/>
        </w:rPr>
        <w:t xml:space="preserve"> om de subsidies te kunnen ontvangen.</w:t>
      </w:r>
    </w:p>
    <w:p w14:paraId="52A26496" w14:textId="4711BA8B" w:rsidR="00032589" w:rsidRPr="00B528D5" w:rsidRDefault="00032589" w:rsidP="00032589">
      <w:pPr>
        <w:rPr>
          <w:rFonts w:asciiTheme="majorHAnsi" w:hAnsiTheme="majorHAnsi" w:cstheme="majorHAnsi"/>
          <w:lang w:val="nl-BE"/>
        </w:rPr>
      </w:pPr>
    </w:p>
    <w:p w14:paraId="2FB7BFD5" w14:textId="77777777" w:rsidR="000216D7" w:rsidRPr="00B528D5" w:rsidRDefault="000216D7" w:rsidP="00032589">
      <w:pPr>
        <w:rPr>
          <w:rFonts w:asciiTheme="majorHAnsi" w:hAnsiTheme="majorHAnsi" w:cstheme="majorHAnsi"/>
          <w:lang w:val="nl-BE"/>
        </w:rPr>
      </w:pPr>
    </w:p>
    <w:p w14:paraId="737346D6" w14:textId="77777777" w:rsidR="00FB3B4D" w:rsidRPr="00B528D5" w:rsidRDefault="00FB3B4D" w:rsidP="00987572">
      <w:pPr>
        <w:pStyle w:val="Lijstalinea"/>
        <w:rPr>
          <w:rFonts w:asciiTheme="majorHAnsi" w:hAnsiTheme="majorHAnsi" w:cstheme="majorHAnsi"/>
          <w:lang w:val="nl-BE"/>
        </w:rPr>
      </w:pPr>
    </w:p>
    <w:p w14:paraId="310D8596" w14:textId="7560F124" w:rsidR="00B139AA" w:rsidRPr="00B528D5" w:rsidRDefault="00FB3B4D" w:rsidP="00B139AA">
      <w:pPr>
        <w:pStyle w:val="Lijstalinea"/>
        <w:numPr>
          <w:ilvl w:val="0"/>
          <w:numId w:val="13"/>
        </w:numPr>
        <w:rPr>
          <w:rFonts w:asciiTheme="majorHAnsi" w:hAnsiTheme="majorHAnsi" w:cstheme="majorHAnsi"/>
          <w:lang w:val="nl-BE"/>
        </w:rPr>
      </w:pPr>
      <w:r w:rsidRPr="00B528D5">
        <w:rPr>
          <w:rFonts w:asciiTheme="majorHAnsi" w:hAnsiTheme="majorHAnsi" w:cstheme="majorHAnsi"/>
          <w:lang w:val="nl-BE"/>
        </w:rPr>
        <w:t>Deadlines infoblad 2026</w:t>
      </w:r>
    </w:p>
    <w:p w14:paraId="57C30889" w14:textId="7A67A4D6" w:rsidR="00B139AA" w:rsidRPr="00B528D5" w:rsidRDefault="00B139AA" w:rsidP="00B139AA">
      <w:pPr>
        <w:pStyle w:val="Lijstalinea"/>
        <w:rPr>
          <w:rFonts w:asciiTheme="majorHAnsi" w:hAnsiTheme="majorHAnsi" w:cstheme="majorHAnsi"/>
          <w:lang w:val="nl-BE"/>
        </w:rPr>
      </w:pPr>
      <w:r w:rsidRPr="00B528D5">
        <w:rPr>
          <w:rFonts w:asciiTheme="majorHAnsi" w:hAnsiTheme="majorHAnsi" w:cstheme="majorHAnsi"/>
          <w:lang w:val="nl-BE"/>
        </w:rPr>
        <w:t>Het infoblad zal vanaf dit jaar nog slechts tweemaandelijks worden bezorgd.</w:t>
      </w:r>
    </w:p>
    <w:p w14:paraId="6F4C7E83" w14:textId="77777777" w:rsidR="00B139AA" w:rsidRPr="00B528D5" w:rsidRDefault="00B139AA" w:rsidP="00B139AA">
      <w:pPr>
        <w:pStyle w:val="Lijstalinea"/>
        <w:rPr>
          <w:rFonts w:asciiTheme="majorHAnsi" w:hAnsiTheme="majorHAnsi" w:cstheme="majorHAnsi"/>
          <w:lang w:val="nl-BE"/>
        </w:rPr>
      </w:pPr>
    </w:p>
    <w:tbl>
      <w:tblPr>
        <w:tblStyle w:val="Tabelraster"/>
        <w:tblW w:w="0" w:type="auto"/>
        <w:tblInd w:w="720" w:type="dxa"/>
        <w:tblLook w:val="04A0" w:firstRow="1" w:lastRow="0" w:firstColumn="1" w:lastColumn="0" w:noHBand="0" w:noVBand="1"/>
      </w:tblPr>
      <w:tblGrid>
        <w:gridCol w:w="3934"/>
        <w:gridCol w:w="3976"/>
      </w:tblGrid>
      <w:tr w:rsidR="00FB3B4D" w:rsidRPr="00B528D5" w14:paraId="3076453B" w14:textId="77777777" w:rsidTr="00FB3B4D">
        <w:tc>
          <w:tcPr>
            <w:tcW w:w="4315" w:type="dxa"/>
          </w:tcPr>
          <w:p w14:paraId="18CCF3D5" w14:textId="37A80DD4" w:rsidR="00FB3B4D" w:rsidRPr="00B528D5" w:rsidRDefault="00FB3B4D" w:rsidP="00FB3B4D">
            <w:pPr>
              <w:pStyle w:val="Lijstalinea"/>
              <w:ind w:left="0"/>
              <w:rPr>
                <w:rFonts w:asciiTheme="majorHAnsi" w:hAnsiTheme="majorHAnsi" w:cstheme="majorHAnsi"/>
                <w:b/>
                <w:bCs/>
                <w:lang w:val="nl-BE"/>
              </w:rPr>
            </w:pPr>
            <w:r w:rsidRPr="00B528D5">
              <w:rPr>
                <w:rFonts w:asciiTheme="majorHAnsi" w:hAnsiTheme="majorHAnsi" w:cstheme="majorHAnsi"/>
                <w:b/>
                <w:bCs/>
                <w:lang w:val="nl-BE"/>
              </w:rPr>
              <w:t>Editie</w:t>
            </w:r>
          </w:p>
        </w:tc>
        <w:tc>
          <w:tcPr>
            <w:tcW w:w="4315" w:type="dxa"/>
          </w:tcPr>
          <w:p w14:paraId="09B2EE8D" w14:textId="3B41AE14" w:rsidR="00FB3B4D" w:rsidRPr="00B528D5" w:rsidRDefault="00FB3B4D" w:rsidP="00FB3B4D">
            <w:pPr>
              <w:pStyle w:val="Lijstalinea"/>
              <w:ind w:left="0"/>
              <w:rPr>
                <w:rFonts w:asciiTheme="majorHAnsi" w:hAnsiTheme="majorHAnsi" w:cstheme="majorHAnsi"/>
                <w:b/>
                <w:bCs/>
                <w:lang w:val="nl-BE"/>
              </w:rPr>
            </w:pPr>
            <w:r w:rsidRPr="00B528D5">
              <w:rPr>
                <w:rFonts w:asciiTheme="majorHAnsi" w:hAnsiTheme="majorHAnsi" w:cstheme="majorHAnsi"/>
                <w:b/>
                <w:bCs/>
                <w:lang w:val="nl-BE"/>
              </w:rPr>
              <w:t>Deadline binnenleveren teksten</w:t>
            </w:r>
          </w:p>
        </w:tc>
      </w:tr>
      <w:tr w:rsidR="00FB3B4D" w:rsidRPr="00B528D5" w14:paraId="010B7788" w14:textId="77777777" w:rsidTr="00FB3B4D">
        <w:tc>
          <w:tcPr>
            <w:tcW w:w="4315" w:type="dxa"/>
          </w:tcPr>
          <w:p w14:paraId="5ABBC45C" w14:textId="02366ADF" w:rsidR="00FB3B4D" w:rsidRPr="00B528D5" w:rsidRDefault="00C24082" w:rsidP="00FB3B4D">
            <w:pPr>
              <w:pStyle w:val="Lijstalinea"/>
              <w:ind w:left="0"/>
              <w:rPr>
                <w:rFonts w:asciiTheme="majorHAnsi" w:hAnsiTheme="majorHAnsi" w:cstheme="majorHAnsi"/>
                <w:lang w:val="nl-BE"/>
              </w:rPr>
            </w:pPr>
            <w:r w:rsidRPr="00B528D5">
              <w:rPr>
                <w:rFonts w:asciiTheme="majorHAnsi" w:hAnsiTheme="majorHAnsi" w:cstheme="majorHAnsi"/>
                <w:lang w:val="nl-BE"/>
              </w:rPr>
              <w:t>J</w:t>
            </w:r>
            <w:r w:rsidR="00FB3B4D" w:rsidRPr="00B528D5">
              <w:rPr>
                <w:rFonts w:asciiTheme="majorHAnsi" w:hAnsiTheme="majorHAnsi" w:cstheme="majorHAnsi"/>
                <w:lang w:val="nl-BE"/>
              </w:rPr>
              <w:t>uni</w:t>
            </w:r>
            <w:r>
              <w:rPr>
                <w:rFonts w:asciiTheme="majorHAnsi" w:hAnsiTheme="majorHAnsi" w:cstheme="majorHAnsi"/>
                <w:lang w:val="nl-BE"/>
              </w:rPr>
              <w:t xml:space="preserve"> </w:t>
            </w:r>
            <w:r w:rsidR="00FB3B4D" w:rsidRPr="00B528D5">
              <w:rPr>
                <w:rFonts w:asciiTheme="majorHAnsi" w:hAnsiTheme="majorHAnsi" w:cstheme="majorHAnsi"/>
                <w:lang w:val="nl-BE"/>
              </w:rPr>
              <w:t>- juli</w:t>
            </w:r>
          </w:p>
        </w:tc>
        <w:tc>
          <w:tcPr>
            <w:tcW w:w="4315" w:type="dxa"/>
          </w:tcPr>
          <w:p w14:paraId="7068D6F5" w14:textId="03345919" w:rsidR="00FB3B4D" w:rsidRPr="00B528D5" w:rsidRDefault="00FB3B4D" w:rsidP="00FB3B4D">
            <w:pPr>
              <w:pStyle w:val="Lijstalinea"/>
              <w:ind w:left="0"/>
              <w:rPr>
                <w:rFonts w:asciiTheme="majorHAnsi" w:hAnsiTheme="majorHAnsi" w:cstheme="majorHAnsi"/>
                <w:lang w:val="nl-BE"/>
              </w:rPr>
            </w:pPr>
            <w:r w:rsidRPr="00B528D5">
              <w:rPr>
                <w:rFonts w:asciiTheme="majorHAnsi" w:hAnsiTheme="majorHAnsi" w:cstheme="majorHAnsi"/>
                <w:lang w:val="nl-BE"/>
              </w:rPr>
              <w:t>di 07/04/2026</w:t>
            </w:r>
          </w:p>
        </w:tc>
      </w:tr>
      <w:tr w:rsidR="00FB3B4D" w:rsidRPr="00B528D5" w14:paraId="664E8641" w14:textId="77777777" w:rsidTr="00FB3B4D">
        <w:tc>
          <w:tcPr>
            <w:tcW w:w="4315" w:type="dxa"/>
          </w:tcPr>
          <w:p w14:paraId="46F40584" w14:textId="527ACB25" w:rsidR="00FB3B4D" w:rsidRPr="00B528D5" w:rsidRDefault="00FB3B4D" w:rsidP="00FB3B4D">
            <w:pPr>
              <w:pStyle w:val="Lijstalinea"/>
              <w:ind w:left="0"/>
              <w:rPr>
                <w:rFonts w:asciiTheme="majorHAnsi" w:hAnsiTheme="majorHAnsi" w:cstheme="majorHAnsi"/>
                <w:lang w:val="nl-BE"/>
              </w:rPr>
            </w:pPr>
            <w:r w:rsidRPr="00B528D5">
              <w:rPr>
                <w:rFonts w:asciiTheme="majorHAnsi" w:hAnsiTheme="majorHAnsi" w:cstheme="majorHAnsi"/>
                <w:lang w:val="nl-BE"/>
              </w:rPr>
              <w:t>Augustus</w:t>
            </w:r>
            <w:r w:rsidR="00C24082">
              <w:rPr>
                <w:rFonts w:asciiTheme="majorHAnsi" w:hAnsiTheme="majorHAnsi" w:cstheme="majorHAnsi"/>
                <w:lang w:val="nl-BE"/>
              </w:rPr>
              <w:t xml:space="preserve"> </w:t>
            </w:r>
            <w:r w:rsidRPr="00B528D5">
              <w:rPr>
                <w:rFonts w:asciiTheme="majorHAnsi" w:hAnsiTheme="majorHAnsi" w:cstheme="majorHAnsi"/>
                <w:lang w:val="nl-BE"/>
              </w:rPr>
              <w:t>-</w:t>
            </w:r>
            <w:r w:rsidR="00C24082">
              <w:rPr>
                <w:rFonts w:asciiTheme="majorHAnsi" w:hAnsiTheme="majorHAnsi" w:cstheme="majorHAnsi"/>
                <w:lang w:val="nl-BE"/>
              </w:rPr>
              <w:t xml:space="preserve"> </w:t>
            </w:r>
            <w:r w:rsidRPr="00B528D5">
              <w:rPr>
                <w:rFonts w:asciiTheme="majorHAnsi" w:hAnsiTheme="majorHAnsi" w:cstheme="majorHAnsi"/>
                <w:lang w:val="nl-BE"/>
              </w:rPr>
              <w:t>september</w:t>
            </w:r>
          </w:p>
        </w:tc>
        <w:tc>
          <w:tcPr>
            <w:tcW w:w="4315" w:type="dxa"/>
          </w:tcPr>
          <w:p w14:paraId="1A847378" w14:textId="2B034BF9" w:rsidR="00FB3B4D" w:rsidRPr="00B528D5" w:rsidRDefault="00FB3B4D" w:rsidP="00FB3B4D">
            <w:pPr>
              <w:pStyle w:val="Lijstalinea"/>
              <w:ind w:left="0"/>
              <w:rPr>
                <w:rFonts w:asciiTheme="majorHAnsi" w:hAnsiTheme="majorHAnsi" w:cstheme="majorHAnsi"/>
                <w:lang w:val="nl-BE"/>
              </w:rPr>
            </w:pPr>
            <w:r w:rsidRPr="00B528D5">
              <w:rPr>
                <w:rFonts w:asciiTheme="majorHAnsi" w:hAnsiTheme="majorHAnsi" w:cstheme="majorHAnsi"/>
                <w:lang w:val="nl-BE"/>
              </w:rPr>
              <w:t>di 02/06/2026</w:t>
            </w:r>
          </w:p>
        </w:tc>
      </w:tr>
      <w:tr w:rsidR="00FB3B4D" w:rsidRPr="00B528D5" w14:paraId="2A44E878" w14:textId="77777777" w:rsidTr="00FB3B4D">
        <w:tc>
          <w:tcPr>
            <w:tcW w:w="4315" w:type="dxa"/>
          </w:tcPr>
          <w:p w14:paraId="11429A4D" w14:textId="0AEA3162" w:rsidR="00FB3B4D" w:rsidRPr="00B528D5" w:rsidRDefault="00FB3B4D" w:rsidP="00FB3B4D">
            <w:pPr>
              <w:pStyle w:val="Lijstalinea"/>
              <w:ind w:left="0"/>
              <w:rPr>
                <w:rFonts w:asciiTheme="majorHAnsi" w:hAnsiTheme="majorHAnsi" w:cstheme="majorHAnsi"/>
                <w:lang w:val="nl-BE"/>
              </w:rPr>
            </w:pPr>
            <w:r w:rsidRPr="00B528D5">
              <w:rPr>
                <w:rFonts w:asciiTheme="majorHAnsi" w:hAnsiTheme="majorHAnsi" w:cstheme="majorHAnsi"/>
                <w:lang w:val="nl-BE"/>
              </w:rPr>
              <w:t>Oktober</w:t>
            </w:r>
            <w:r w:rsidR="00C24082">
              <w:rPr>
                <w:rFonts w:asciiTheme="majorHAnsi" w:hAnsiTheme="majorHAnsi" w:cstheme="majorHAnsi"/>
                <w:lang w:val="nl-BE"/>
              </w:rPr>
              <w:t xml:space="preserve"> </w:t>
            </w:r>
            <w:r w:rsidRPr="00B528D5">
              <w:rPr>
                <w:rFonts w:asciiTheme="majorHAnsi" w:hAnsiTheme="majorHAnsi" w:cstheme="majorHAnsi"/>
                <w:lang w:val="nl-BE"/>
              </w:rPr>
              <w:t>-</w:t>
            </w:r>
            <w:r w:rsidR="00C24082">
              <w:rPr>
                <w:rFonts w:asciiTheme="majorHAnsi" w:hAnsiTheme="majorHAnsi" w:cstheme="majorHAnsi"/>
                <w:lang w:val="nl-BE"/>
              </w:rPr>
              <w:t xml:space="preserve"> </w:t>
            </w:r>
            <w:r w:rsidRPr="00B528D5">
              <w:rPr>
                <w:rFonts w:asciiTheme="majorHAnsi" w:hAnsiTheme="majorHAnsi" w:cstheme="majorHAnsi"/>
                <w:lang w:val="nl-BE"/>
              </w:rPr>
              <w:t>november</w:t>
            </w:r>
          </w:p>
        </w:tc>
        <w:tc>
          <w:tcPr>
            <w:tcW w:w="4315" w:type="dxa"/>
          </w:tcPr>
          <w:p w14:paraId="43262ACE" w14:textId="73D748C8" w:rsidR="00FB3B4D" w:rsidRPr="00B528D5" w:rsidRDefault="00C24082" w:rsidP="00FB3B4D">
            <w:pPr>
              <w:pStyle w:val="Lijstalinea"/>
              <w:ind w:left="0"/>
              <w:rPr>
                <w:rFonts w:asciiTheme="majorHAnsi" w:hAnsiTheme="majorHAnsi" w:cstheme="majorHAnsi"/>
                <w:lang w:val="nl-BE"/>
              </w:rPr>
            </w:pPr>
            <w:r>
              <w:rPr>
                <w:rFonts w:asciiTheme="majorHAnsi" w:hAnsiTheme="majorHAnsi" w:cstheme="majorHAnsi"/>
                <w:lang w:val="nl-BE"/>
              </w:rPr>
              <w:t>m</w:t>
            </w:r>
            <w:r w:rsidR="00FB3B4D" w:rsidRPr="00B528D5">
              <w:rPr>
                <w:rFonts w:asciiTheme="majorHAnsi" w:hAnsiTheme="majorHAnsi" w:cstheme="majorHAnsi"/>
                <w:lang w:val="nl-BE"/>
              </w:rPr>
              <w:t>a 17/08/2026</w:t>
            </w:r>
          </w:p>
        </w:tc>
      </w:tr>
      <w:tr w:rsidR="00FB3B4D" w:rsidRPr="00B528D5" w14:paraId="1D350FEE" w14:textId="77777777" w:rsidTr="00FB3B4D">
        <w:tc>
          <w:tcPr>
            <w:tcW w:w="4315" w:type="dxa"/>
          </w:tcPr>
          <w:p w14:paraId="113E8274" w14:textId="0D5A6E94" w:rsidR="00FB3B4D" w:rsidRPr="00B528D5" w:rsidRDefault="00FB3B4D" w:rsidP="00FB3B4D">
            <w:pPr>
              <w:pStyle w:val="Lijstalinea"/>
              <w:ind w:left="0"/>
              <w:rPr>
                <w:rFonts w:asciiTheme="majorHAnsi" w:hAnsiTheme="majorHAnsi" w:cstheme="majorHAnsi"/>
                <w:lang w:val="nl-BE"/>
              </w:rPr>
            </w:pPr>
            <w:r w:rsidRPr="00B528D5">
              <w:rPr>
                <w:rFonts w:asciiTheme="majorHAnsi" w:hAnsiTheme="majorHAnsi" w:cstheme="majorHAnsi"/>
                <w:lang w:val="nl-BE"/>
              </w:rPr>
              <w:t>December 26</w:t>
            </w:r>
            <w:r w:rsidR="00C24082">
              <w:rPr>
                <w:rFonts w:asciiTheme="majorHAnsi" w:hAnsiTheme="majorHAnsi" w:cstheme="majorHAnsi"/>
                <w:lang w:val="nl-BE"/>
              </w:rPr>
              <w:t xml:space="preserve"> </w:t>
            </w:r>
            <w:r w:rsidRPr="00B528D5">
              <w:rPr>
                <w:rFonts w:asciiTheme="majorHAnsi" w:hAnsiTheme="majorHAnsi" w:cstheme="majorHAnsi"/>
                <w:lang w:val="nl-BE"/>
              </w:rPr>
              <w:t>-</w:t>
            </w:r>
            <w:r w:rsidR="00C24082">
              <w:rPr>
                <w:rFonts w:asciiTheme="majorHAnsi" w:hAnsiTheme="majorHAnsi" w:cstheme="majorHAnsi"/>
                <w:lang w:val="nl-BE"/>
              </w:rPr>
              <w:t xml:space="preserve"> </w:t>
            </w:r>
            <w:r w:rsidRPr="00B528D5">
              <w:rPr>
                <w:rFonts w:asciiTheme="majorHAnsi" w:hAnsiTheme="majorHAnsi" w:cstheme="majorHAnsi"/>
                <w:lang w:val="nl-BE"/>
              </w:rPr>
              <w:t>januari 2027</w:t>
            </w:r>
          </w:p>
        </w:tc>
        <w:tc>
          <w:tcPr>
            <w:tcW w:w="4315" w:type="dxa"/>
          </w:tcPr>
          <w:p w14:paraId="261F6366" w14:textId="0C2E81C6" w:rsidR="00FB3B4D" w:rsidRPr="00B528D5" w:rsidRDefault="00E336C3" w:rsidP="00FB3B4D">
            <w:pPr>
              <w:pStyle w:val="Lijstalinea"/>
              <w:ind w:left="0"/>
              <w:rPr>
                <w:rFonts w:asciiTheme="majorHAnsi" w:hAnsiTheme="majorHAnsi" w:cstheme="majorHAnsi"/>
                <w:lang w:val="nl-BE"/>
              </w:rPr>
            </w:pPr>
            <w:r>
              <w:rPr>
                <w:rFonts w:asciiTheme="majorHAnsi" w:hAnsiTheme="majorHAnsi" w:cstheme="majorHAnsi"/>
                <w:lang w:val="nl-BE"/>
              </w:rPr>
              <w:t>w</w:t>
            </w:r>
            <w:r w:rsidR="00FB3B4D" w:rsidRPr="00B528D5">
              <w:rPr>
                <w:rFonts w:asciiTheme="majorHAnsi" w:hAnsiTheme="majorHAnsi" w:cstheme="majorHAnsi"/>
                <w:lang w:val="nl-BE"/>
              </w:rPr>
              <w:t>o</w:t>
            </w:r>
            <w:r>
              <w:rPr>
                <w:rFonts w:asciiTheme="majorHAnsi" w:hAnsiTheme="majorHAnsi" w:cstheme="majorHAnsi"/>
                <w:lang w:val="nl-BE"/>
              </w:rPr>
              <w:t xml:space="preserve"> </w:t>
            </w:r>
            <w:r w:rsidR="00FB3B4D" w:rsidRPr="00B528D5">
              <w:rPr>
                <w:rFonts w:asciiTheme="majorHAnsi" w:hAnsiTheme="majorHAnsi" w:cstheme="majorHAnsi"/>
                <w:lang w:val="nl-BE"/>
              </w:rPr>
              <w:t>08/10/2026</w:t>
            </w:r>
          </w:p>
        </w:tc>
      </w:tr>
    </w:tbl>
    <w:p w14:paraId="56BB43EC" w14:textId="77777777" w:rsidR="00032589" w:rsidRPr="00B528D5" w:rsidRDefault="00032589" w:rsidP="00FB3B4D">
      <w:pPr>
        <w:rPr>
          <w:rFonts w:asciiTheme="majorHAnsi" w:hAnsiTheme="majorHAnsi" w:cstheme="majorHAnsi"/>
          <w:lang w:val="nl-BE"/>
        </w:rPr>
      </w:pPr>
    </w:p>
    <w:p w14:paraId="12CC2B42" w14:textId="11FCF873" w:rsidR="00C45A0B" w:rsidRPr="00C45A0B" w:rsidRDefault="00B23F9C" w:rsidP="00C45A0B">
      <w:pPr>
        <w:pStyle w:val="Lijstalinea"/>
        <w:numPr>
          <w:ilvl w:val="0"/>
          <w:numId w:val="13"/>
        </w:numPr>
        <w:rPr>
          <w:rFonts w:asciiTheme="majorHAnsi" w:hAnsiTheme="majorHAnsi" w:cstheme="majorHAnsi"/>
          <w:lang w:val="nl-BE"/>
        </w:rPr>
      </w:pPr>
      <w:r w:rsidRPr="00B528D5">
        <w:rPr>
          <w:rFonts w:asciiTheme="majorHAnsi" w:hAnsiTheme="majorHAnsi" w:cstheme="majorHAnsi"/>
          <w:lang w:val="nl-BE"/>
        </w:rPr>
        <w:t>Verhuisbewegingen per wijk</w:t>
      </w:r>
      <w:r w:rsidR="00C45A0B">
        <w:rPr>
          <w:rFonts w:asciiTheme="majorHAnsi" w:hAnsiTheme="majorHAnsi" w:cstheme="majorHAnsi"/>
          <w:lang w:val="nl-BE"/>
        </w:rPr>
        <w:t>:</w:t>
      </w:r>
    </w:p>
    <w:p w14:paraId="39118B11" w14:textId="77777777" w:rsidR="00C45A0B" w:rsidRPr="00C45A0B" w:rsidRDefault="00C45A0B" w:rsidP="00B139AA">
      <w:pPr>
        <w:pStyle w:val="Lijstalinea"/>
        <w:numPr>
          <w:ilvl w:val="0"/>
          <w:numId w:val="21"/>
        </w:numPr>
        <w:rPr>
          <w:rFonts w:asciiTheme="majorHAnsi" w:hAnsiTheme="majorHAnsi" w:cstheme="majorHAnsi"/>
          <w:u w:val="single"/>
          <w:lang w:val="nl-BE"/>
        </w:rPr>
      </w:pPr>
      <w:r w:rsidRPr="00C45A0B">
        <w:rPr>
          <w:rFonts w:asciiTheme="majorHAnsi" w:hAnsiTheme="majorHAnsi" w:cstheme="majorHAnsi"/>
          <w:u w:val="single"/>
          <w:lang w:val="nl-BE"/>
        </w:rPr>
        <w:t>Toelichting door Bart:</w:t>
      </w:r>
    </w:p>
    <w:p w14:paraId="728DD6E9" w14:textId="75C24658" w:rsidR="00B139AA" w:rsidRPr="00B528D5" w:rsidRDefault="00B139AA" w:rsidP="00C45A0B">
      <w:pPr>
        <w:pStyle w:val="Lijstalinea"/>
        <w:ind w:left="1134"/>
        <w:rPr>
          <w:rFonts w:asciiTheme="majorHAnsi" w:hAnsiTheme="majorHAnsi" w:cstheme="majorHAnsi"/>
          <w:lang w:val="nl-BE"/>
        </w:rPr>
      </w:pPr>
      <w:r w:rsidRPr="00B528D5">
        <w:rPr>
          <w:rFonts w:asciiTheme="majorHAnsi" w:hAnsiTheme="majorHAnsi" w:cstheme="majorHAnsi"/>
          <w:lang w:val="nl-BE"/>
        </w:rPr>
        <w:t>Op vraag van John werd nagegaan of er in wijk Koekoek meer verhuisbewegingen zijn dan in andere wijken, mogelijk in verband met sociale woningen, maar globaal genomen zijn er geen opvallend hogere vertrekcijfers.</w:t>
      </w:r>
    </w:p>
    <w:p w14:paraId="1559F77C" w14:textId="3759106C" w:rsidR="00B139AA" w:rsidRPr="00B528D5" w:rsidRDefault="00B139AA" w:rsidP="00B139AA">
      <w:pPr>
        <w:pStyle w:val="Lijstalinea"/>
        <w:numPr>
          <w:ilvl w:val="0"/>
          <w:numId w:val="21"/>
        </w:numPr>
        <w:rPr>
          <w:rFonts w:asciiTheme="majorHAnsi" w:hAnsiTheme="majorHAnsi" w:cstheme="majorHAnsi"/>
          <w:lang w:val="nl-BE"/>
        </w:rPr>
      </w:pPr>
      <w:r w:rsidRPr="00B528D5">
        <w:rPr>
          <w:rFonts w:asciiTheme="majorHAnsi" w:hAnsiTheme="majorHAnsi" w:cstheme="majorHAnsi"/>
          <w:lang w:val="nl-BE"/>
        </w:rPr>
        <w:t xml:space="preserve">Op de vraag van Koen of een overzicht van nieuwe inwoners in de wijk kan worden bezorgd, werd geantwoord dat dit niet mogelijk is omwille van de </w:t>
      </w:r>
      <w:r w:rsidR="00C24082">
        <w:rPr>
          <w:rFonts w:asciiTheme="majorHAnsi" w:hAnsiTheme="majorHAnsi" w:cstheme="majorHAnsi"/>
          <w:lang w:val="nl-BE"/>
        </w:rPr>
        <w:t>privacy</w:t>
      </w:r>
      <w:r w:rsidRPr="00B528D5">
        <w:rPr>
          <w:rFonts w:asciiTheme="majorHAnsi" w:hAnsiTheme="majorHAnsi" w:cstheme="majorHAnsi"/>
          <w:lang w:val="nl-BE"/>
        </w:rPr>
        <w:t>regelgeving.</w:t>
      </w:r>
    </w:p>
    <w:p w14:paraId="5736223A" w14:textId="4E39DBBC" w:rsidR="00C93F05" w:rsidRPr="00B528D5" w:rsidRDefault="00B139AA" w:rsidP="00C93F05">
      <w:pPr>
        <w:pStyle w:val="Lijstalinea"/>
        <w:numPr>
          <w:ilvl w:val="0"/>
          <w:numId w:val="21"/>
        </w:numPr>
        <w:rPr>
          <w:rFonts w:asciiTheme="majorHAnsi" w:hAnsiTheme="majorHAnsi" w:cstheme="majorHAnsi"/>
          <w:lang w:val="nl-BE"/>
        </w:rPr>
      </w:pPr>
      <w:r w:rsidRPr="00B528D5">
        <w:rPr>
          <w:rFonts w:asciiTheme="majorHAnsi" w:hAnsiTheme="majorHAnsi" w:cstheme="majorHAnsi"/>
          <w:lang w:val="nl-BE"/>
        </w:rPr>
        <w:t xml:space="preserve">Nieuwe bewoners worden niet langer </w:t>
      </w:r>
      <w:r w:rsidR="00671399">
        <w:rPr>
          <w:rFonts w:asciiTheme="majorHAnsi" w:hAnsiTheme="majorHAnsi" w:cstheme="majorHAnsi"/>
          <w:lang w:val="nl-BE"/>
        </w:rPr>
        <w:t xml:space="preserve">op aparte infodagen </w:t>
      </w:r>
      <w:r w:rsidR="00C24082">
        <w:rPr>
          <w:rFonts w:asciiTheme="majorHAnsi" w:hAnsiTheme="majorHAnsi" w:cstheme="majorHAnsi"/>
          <w:lang w:val="nl-BE"/>
        </w:rPr>
        <w:t>verwelkomd</w:t>
      </w:r>
      <w:r w:rsidRPr="00B528D5">
        <w:rPr>
          <w:rFonts w:asciiTheme="majorHAnsi" w:hAnsiTheme="majorHAnsi" w:cstheme="majorHAnsi"/>
          <w:lang w:val="nl-BE"/>
        </w:rPr>
        <w:t xml:space="preserve"> omdat dit weinig efficiënt bleek</w:t>
      </w:r>
      <w:r w:rsidR="00671399">
        <w:rPr>
          <w:rFonts w:asciiTheme="majorHAnsi" w:hAnsiTheme="majorHAnsi" w:cstheme="majorHAnsi"/>
          <w:lang w:val="nl-BE"/>
        </w:rPr>
        <w:t xml:space="preserve"> en de opkomst laag lag</w:t>
      </w:r>
      <w:r w:rsidRPr="00B528D5">
        <w:rPr>
          <w:rFonts w:asciiTheme="majorHAnsi" w:hAnsiTheme="majorHAnsi" w:cstheme="majorHAnsi"/>
          <w:lang w:val="nl-BE"/>
        </w:rPr>
        <w:t xml:space="preserve">; in de plaats daarvan worden </w:t>
      </w:r>
      <w:proofErr w:type="spellStart"/>
      <w:r w:rsidR="00531356">
        <w:rPr>
          <w:rFonts w:asciiTheme="majorHAnsi" w:hAnsiTheme="majorHAnsi" w:cstheme="majorHAnsi"/>
          <w:lang w:val="nl-BE"/>
        </w:rPr>
        <w:t>g</w:t>
      </w:r>
      <w:r w:rsidRPr="00B528D5">
        <w:rPr>
          <w:rFonts w:asciiTheme="majorHAnsi" w:hAnsiTheme="majorHAnsi" w:cstheme="majorHAnsi"/>
          <w:lang w:val="nl-BE"/>
        </w:rPr>
        <w:t>oodiebags</w:t>
      </w:r>
      <w:proofErr w:type="spellEnd"/>
      <w:r w:rsidRPr="00B528D5">
        <w:rPr>
          <w:rFonts w:asciiTheme="majorHAnsi" w:hAnsiTheme="majorHAnsi" w:cstheme="majorHAnsi"/>
          <w:lang w:val="nl-BE"/>
        </w:rPr>
        <w:t xml:space="preserve"> uitgedeeld waarin eventueel ook flyers kunnen worden meegegeven</w:t>
      </w:r>
      <w:r w:rsidR="00671399">
        <w:rPr>
          <w:rFonts w:asciiTheme="majorHAnsi" w:hAnsiTheme="majorHAnsi" w:cstheme="majorHAnsi"/>
          <w:lang w:val="nl-BE"/>
        </w:rPr>
        <w:t xml:space="preserve"> van de wijkraad waaronder de nieuwe inwoner valt.</w:t>
      </w:r>
    </w:p>
    <w:p w14:paraId="26C00C71" w14:textId="44B46B1C" w:rsidR="00D21AE4" w:rsidRPr="00B528D5" w:rsidRDefault="00D21AE4" w:rsidP="00D21AE4">
      <w:pPr>
        <w:pStyle w:val="Kop3"/>
        <w:rPr>
          <w:rFonts w:cstheme="majorHAnsi"/>
          <w:lang w:val="nl-BE"/>
        </w:rPr>
      </w:pPr>
      <w:r w:rsidRPr="00B528D5">
        <w:rPr>
          <w:rFonts w:cstheme="majorHAnsi"/>
          <w:lang w:val="nl-BE"/>
        </w:rPr>
        <w:t>3.1 Nog lopende vragen/punten van een vorige vergadering</w:t>
      </w:r>
    </w:p>
    <w:p w14:paraId="5A4CB9B8" w14:textId="77777777" w:rsidR="005E54B8" w:rsidRPr="00B528D5" w:rsidRDefault="005E54B8" w:rsidP="00597021">
      <w:pPr>
        <w:pStyle w:val="Lijstalinea"/>
        <w:ind w:left="851"/>
        <w:rPr>
          <w:rFonts w:asciiTheme="majorHAnsi" w:hAnsiTheme="majorHAnsi" w:cstheme="majorHAnsi"/>
          <w:lang w:val="nl-BE"/>
        </w:rPr>
      </w:pPr>
    </w:p>
    <w:p w14:paraId="0EA96B2B" w14:textId="1ABDEECE" w:rsidR="002B0F68" w:rsidRPr="00B528D5" w:rsidRDefault="00200B75" w:rsidP="00200B75">
      <w:pPr>
        <w:pStyle w:val="Kop3"/>
        <w:rPr>
          <w:rFonts w:cstheme="majorHAnsi"/>
          <w:lang w:val="nl-BE"/>
        </w:rPr>
      </w:pPr>
      <w:r w:rsidRPr="00B528D5">
        <w:rPr>
          <w:rFonts w:cstheme="majorHAnsi"/>
        </w:rPr>
        <w:t xml:space="preserve">3.2 </w:t>
      </w:r>
      <w:proofErr w:type="spellStart"/>
      <w:r w:rsidR="00FB1E34" w:rsidRPr="00B528D5">
        <w:rPr>
          <w:rFonts w:cstheme="majorHAnsi"/>
        </w:rPr>
        <w:t>Nieuwe</w:t>
      </w:r>
      <w:proofErr w:type="spellEnd"/>
      <w:r w:rsidR="00FB1E34" w:rsidRPr="00B528D5">
        <w:rPr>
          <w:rFonts w:cstheme="majorHAnsi"/>
          <w:lang w:val="nl-BE"/>
        </w:rPr>
        <w:t xml:space="preserve"> agendapunten</w:t>
      </w:r>
    </w:p>
    <w:p w14:paraId="414CF811" w14:textId="6973D7E7" w:rsidR="00FB3B4D" w:rsidRPr="00B528D5" w:rsidRDefault="009F6FB8" w:rsidP="0010671F">
      <w:pPr>
        <w:pStyle w:val="Lijstalinea"/>
        <w:numPr>
          <w:ilvl w:val="0"/>
          <w:numId w:val="16"/>
        </w:numPr>
        <w:rPr>
          <w:rFonts w:asciiTheme="majorHAnsi" w:hAnsiTheme="majorHAnsi" w:cstheme="majorHAnsi"/>
          <w:lang w:val="nl-BE"/>
        </w:rPr>
      </w:pPr>
      <w:r w:rsidRPr="00B528D5">
        <w:rPr>
          <w:rFonts w:asciiTheme="majorHAnsi" w:hAnsiTheme="majorHAnsi" w:cstheme="majorHAnsi"/>
          <w:lang w:val="nl-BE"/>
        </w:rPr>
        <w:t xml:space="preserve">Reglement: overlopen reglement en bespreking </w:t>
      </w:r>
      <w:r w:rsidR="00531356">
        <w:rPr>
          <w:rFonts w:asciiTheme="majorHAnsi" w:hAnsiTheme="majorHAnsi" w:cstheme="majorHAnsi"/>
          <w:lang w:val="nl-BE"/>
        </w:rPr>
        <w:t xml:space="preserve">van </w:t>
      </w:r>
      <w:r w:rsidRPr="00B528D5">
        <w:rPr>
          <w:rFonts w:asciiTheme="majorHAnsi" w:hAnsiTheme="majorHAnsi" w:cstheme="majorHAnsi"/>
          <w:lang w:val="nl-BE"/>
        </w:rPr>
        <w:t>technische wijziging</w:t>
      </w:r>
      <w:r w:rsidR="00C27730" w:rsidRPr="00B528D5">
        <w:rPr>
          <w:rFonts w:asciiTheme="majorHAnsi" w:hAnsiTheme="majorHAnsi" w:cstheme="majorHAnsi"/>
          <w:lang w:val="nl-BE"/>
        </w:rPr>
        <w:t xml:space="preserve">en om </w:t>
      </w:r>
      <w:r w:rsidR="00C24082">
        <w:rPr>
          <w:rFonts w:asciiTheme="majorHAnsi" w:hAnsiTheme="majorHAnsi" w:cstheme="majorHAnsi"/>
          <w:lang w:val="nl-BE"/>
        </w:rPr>
        <w:t>aan</w:t>
      </w:r>
      <w:r w:rsidR="00C27730" w:rsidRPr="00B528D5">
        <w:rPr>
          <w:rFonts w:asciiTheme="majorHAnsi" w:hAnsiTheme="majorHAnsi" w:cstheme="majorHAnsi"/>
          <w:lang w:val="nl-BE"/>
        </w:rPr>
        <w:t xml:space="preserve"> de gemeenteraad </w:t>
      </w:r>
      <w:r w:rsidR="00531356">
        <w:rPr>
          <w:rFonts w:asciiTheme="majorHAnsi" w:hAnsiTheme="majorHAnsi" w:cstheme="majorHAnsi"/>
          <w:lang w:val="nl-BE"/>
        </w:rPr>
        <w:t>voor te leggen</w:t>
      </w:r>
      <w:r w:rsidR="00C27730" w:rsidRPr="00B528D5">
        <w:rPr>
          <w:rFonts w:asciiTheme="majorHAnsi" w:hAnsiTheme="majorHAnsi" w:cstheme="majorHAnsi"/>
          <w:lang w:val="nl-BE"/>
        </w:rPr>
        <w:t>.</w:t>
      </w:r>
    </w:p>
    <w:p w14:paraId="39E2DDC9" w14:textId="4D37D0C4" w:rsidR="00B139AA" w:rsidRPr="00B528D5" w:rsidRDefault="00C93F05" w:rsidP="00685513">
      <w:pPr>
        <w:pStyle w:val="Lijstalinea"/>
        <w:numPr>
          <w:ilvl w:val="0"/>
          <w:numId w:val="21"/>
        </w:numPr>
        <w:rPr>
          <w:rFonts w:asciiTheme="majorHAnsi" w:hAnsiTheme="majorHAnsi" w:cstheme="majorHAnsi"/>
          <w:lang w:val="nl-BE"/>
        </w:rPr>
      </w:pPr>
      <w:r w:rsidRPr="00B528D5">
        <w:rPr>
          <w:rFonts w:asciiTheme="majorHAnsi" w:hAnsiTheme="majorHAnsi" w:cstheme="majorHAnsi"/>
          <w:lang w:val="nl-BE"/>
        </w:rPr>
        <w:t>Het reglement werd overlopen en aangepast</w:t>
      </w:r>
      <w:r w:rsidR="00671399">
        <w:rPr>
          <w:rFonts w:asciiTheme="majorHAnsi" w:hAnsiTheme="majorHAnsi" w:cstheme="majorHAnsi"/>
          <w:lang w:val="nl-BE"/>
        </w:rPr>
        <w:t xml:space="preserve"> op enkele feitelijke fouten</w:t>
      </w:r>
      <w:r w:rsidRPr="00B528D5">
        <w:rPr>
          <w:rFonts w:asciiTheme="majorHAnsi" w:hAnsiTheme="majorHAnsi" w:cstheme="majorHAnsi"/>
          <w:lang w:val="nl-BE"/>
        </w:rPr>
        <w:t>, zodat het opnieuw aan de gemeenteraad kan worden voorgelegd ter goedkeuring.</w:t>
      </w:r>
    </w:p>
    <w:p w14:paraId="00D53677" w14:textId="6C9714E3" w:rsidR="00B136F5" w:rsidRPr="00B528D5" w:rsidRDefault="00D21AE4" w:rsidP="005810B4">
      <w:pPr>
        <w:pStyle w:val="Kop2"/>
        <w:rPr>
          <w:rFonts w:cstheme="majorHAnsi"/>
          <w:lang w:val="nl-BE"/>
        </w:rPr>
      </w:pPr>
      <w:r w:rsidRPr="00B528D5">
        <w:rPr>
          <w:rFonts w:cstheme="majorHAnsi"/>
          <w:lang w:val="nl-BE"/>
        </w:rPr>
        <w:t>4</w:t>
      </w:r>
      <w:r w:rsidR="006604D1" w:rsidRPr="00B528D5">
        <w:rPr>
          <w:rFonts w:cstheme="majorHAnsi"/>
          <w:lang w:val="nl-BE"/>
        </w:rPr>
        <w:t xml:space="preserve">. </w:t>
      </w:r>
      <w:r w:rsidRPr="00B528D5">
        <w:rPr>
          <w:rFonts w:cstheme="majorHAnsi"/>
          <w:lang w:val="nl-BE"/>
        </w:rPr>
        <w:t>Garageverkopen</w:t>
      </w:r>
      <w:r w:rsidR="00FB1E34" w:rsidRPr="00B528D5">
        <w:rPr>
          <w:rFonts w:cstheme="majorHAnsi"/>
          <w:lang w:val="nl-BE"/>
        </w:rPr>
        <w:t xml:space="preserve"> </w:t>
      </w:r>
      <w:r w:rsidRPr="00B528D5">
        <w:rPr>
          <w:rFonts w:cstheme="majorHAnsi"/>
          <w:lang w:val="nl-BE"/>
        </w:rPr>
        <w:t>2026</w:t>
      </w:r>
    </w:p>
    <w:tbl>
      <w:tblPr>
        <w:tblStyle w:val="Tabelraster"/>
        <w:tblW w:w="0" w:type="auto"/>
        <w:tblInd w:w="279" w:type="dxa"/>
        <w:tblLook w:val="04A0" w:firstRow="1" w:lastRow="0" w:firstColumn="1" w:lastColumn="0" w:noHBand="0" w:noVBand="1"/>
      </w:tblPr>
      <w:tblGrid>
        <w:gridCol w:w="3450"/>
        <w:gridCol w:w="4898"/>
      </w:tblGrid>
      <w:tr w:rsidR="00E20491" w:rsidRPr="00D7525D" w14:paraId="3049A5BC" w14:textId="77777777" w:rsidTr="00685513">
        <w:trPr>
          <w:trHeight w:val="277"/>
        </w:trPr>
        <w:tc>
          <w:tcPr>
            <w:tcW w:w="3450" w:type="dxa"/>
          </w:tcPr>
          <w:p w14:paraId="7871087F" w14:textId="77777777" w:rsidR="00E20491" w:rsidRPr="00B528D5" w:rsidRDefault="00E20491">
            <w:pPr>
              <w:rPr>
                <w:rFonts w:asciiTheme="majorHAnsi" w:hAnsiTheme="majorHAnsi" w:cstheme="majorHAnsi"/>
                <w:lang w:val="nl-BE"/>
              </w:rPr>
            </w:pPr>
            <w:r w:rsidRPr="00B528D5">
              <w:rPr>
                <w:rFonts w:asciiTheme="majorHAnsi" w:hAnsiTheme="majorHAnsi" w:cstheme="majorHAnsi"/>
                <w:lang w:val="nl-BE"/>
              </w:rPr>
              <w:t>Wijkraad Bruynenbaert</w:t>
            </w:r>
          </w:p>
        </w:tc>
        <w:tc>
          <w:tcPr>
            <w:tcW w:w="4898" w:type="dxa"/>
          </w:tcPr>
          <w:p w14:paraId="235FE10E" w14:textId="77C87B4D" w:rsidR="00E20491" w:rsidRPr="00B528D5" w:rsidRDefault="00671399">
            <w:pPr>
              <w:rPr>
                <w:rFonts w:asciiTheme="majorHAnsi" w:hAnsiTheme="majorHAnsi" w:cstheme="majorHAnsi"/>
                <w:lang w:val="nl-BE"/>
              </w:rPr>
            </w:pPr>
            <w:r>
              <w:rPr>
                <w:rFonts w:asciiTheme="majorHAnsi" w:hAnsiTheme="majorHAnsi" w:cstheme="majorHAnsi"/>
                <w:lang w:val="nl-BE"/>
              </w:rPr>
              <w:t>Bekijken nog of er iemand uit de wijk de organisatie op zich kan nemen</w:t>
            </w:r>
          </w:p>
        </w:tc>
      </w:tr>
      <w:tr w:rsidR="00E20491" w:rsidRPr="00B528D5" w14:paraId="34DB37A7" w14:textId="77777777" w:rsidTr="00685513">
        <w:trPr>
          <w:trHeight w:val="277"/>
        </w:trPr>
        <w:tc>
          <w:tcPr>
            <w:tcW w:w="3450" w:type="dxa"/>
          </w:tcPr>
          <w:p w14:paraId="1467FA5C" w14:textId="77777777" w:rsidR="00E20491" w:rsidRPr="00B528D5" w:rsidRDefault="00E20491">
            <w:pPr>
              <w:rPr>
                <w:rFonts w:asciiTheme="majorHAnsi" w:hAnsiTheme="majorHAnsi" w:cstheme="majorHAnsi"/>
                <w:lang w:val="nl-BE"/>
              </w:rPr>
            </w:pPr>
            <w:r w:rsidRPr="00B528D5">
              <w:rPr>
                <w:rFonts w:asciiTheme="majorHAnsi" w:hAnsiTheme="majorHAnsi" w:cstheme="majorHAnsi"/>
                <w:lang w:val="nl-BE"/>
              </w:rPr>
              <w:t xml:space="preserve">Wijkraad </w:t>
            </w:r>
            <w:proofErr w:type="spellStart"/>
            <w:r w:rsidRPr="00B528D5">
              <w:rPr>
                <w:rFonts w:asciiTheme="majorHAnsi" w:hAnsiTheme="majorHAnsi" w:cstheme="majorHAnsi"/>
                <w:lang w:val="nl-BE"/>
              </w:rPr>
              <w:t>Buerstede</w:t>
            </w:r>
            <w:proofErr w:type="spellEnd"/>
          </w:p>
        </w:tc>
        <w:tc>
          <w:tcPr>
            <w:tcW w:w="4898" w:type="dxa"/>
          </w:tcPr>
          <w:p w14:paraId="73FC65D3" w14:textId="79650820" w:rsidR="00E20491" w:rsidRPr="00B528D5" w:rsidRDefault="004D0A55">
            <w:pPr>
              <w:rPr>
                <w:rFonts w:asciiTheme="majorHAnsi" w:hAnsiTheme="majorHAnsi" w:cstheme="majorHAnsi"/>
                <w:lang w:val="nl-BE"/>
              </w:rPr>
            </w:pPr>
            <w:r w:rsidRPr="00B528D5">
              <w:rPr>
                <w:rFonts w:asciiTheme="majorHAnsi" w:hAnsiTheme="majorHAnsi" w:cstheme="majorHAnsi"/>
                <w:lang w:val="nl-BE"/>
              </w:rPr>
              <w:t>24 mei 2026</w:t>
            </w:r>
          </w:p>
        </w:tc>
      </w:tr>
      <w:tr w:rsidR="00E20491" w:rsidRPr="00B528D5" w14:paraId="2110B163" w14:textId="77777777" w:rsidTr="00685513">
        <w:trPr>
          <w:trHeight w:val="277"/>
        </w:trPr>
        <w:tc>
          <w:tcPr>
            <w:tcW w:w="3450" w:type="dxa"/>
          </w:tcPr>
          <w:p w14:paraId="58F2E000" w14:textId="77777777" w:rsidR="00E20491" w:rsidRPr="00B528D5" w:rsidRDefault="00E20491">
            <w:pPr>
              <w:rPr>
                <w:rFonts w:asciiTheme="majorHAnsi" w:hAnsiTheme="majorHAnsi" w:cstheme="majorHAnsi"/>
                <w:lang w:val="nl-BE"/>
              </w:rPr>
            </w:pPr>
            <w:r w:rsidRPr="00B528D5">
              <w:rPr>
                <w:rFonts w:asciiTheme="majorHAnsi" w:hAnsiTheme="majorHAnsi" w:cstheme="majorHAnsi"/>
                <w:lang w:val="nl-BE"/>
              </w:rPr>
              <w:t>Wijkraad Koekoek</w:t>
            </w:r>
          </w:p>
        </w:tc>
        <w:tc>
          <w:tcPr>
            <w:tcW w:w="4898" w:type="dxa"/>
          </w:tcPr>
          <w:p w14:paraId="78885423" w14:textId="2C210F74" w:rsidR="00E20491" w:rsidRPr="00B528D5" w:rsidRDefault="004D0A55">
            <w:pPr>
              <w:rPr>
                <w:rFonts w:asciiTheme="majorHAnsi" w:hAnsiTheme="majorHAnsi" w:cstheme="majorHAnsi"/>
                <w:lang w:val="nl-BE"/>
              </w:rPr>
            </w:pPr>
            <w:r w:rsidRPr="00B528D5">
              <w:rPr>
                <w:rFonts w:asciiTheme="majorHAnsi" w:hAnsiTheme="majorHAnsi" w:cstheme="majorHAnsi"/>
                <w:lang w:val="nl-BE"/>
              </w:rPr>
              <w:t>31 mei 2026</w:t>
            </w:r>
          </w:p>
        </w:tc>
      </w:tr>
      <w:tr w:rsidR="00E20491" w:rsidRPr="00D7525D" w14:paraId="29FEBCA3" w14:textId="77777777" w:rsidTr="00685513">
        <w:trPr>
          <w:trHeight w:val="261"/>
        </w:trPr>
        <w:tc>
          <w:tcPr>
            <w:tcW w:w="3450" w:type="dxa"/>
          </w:tcPr>
          <w:p w14:paraId="1871E162" w14:textId="77777777" w:rsidR="00E20491" w:rsidRPr="00B528D5" w:rsidRDefault="00E20491">
            <w:pPr>
              <w:rPr>
                <w:rFonts w:asciiTheme="majorHAnsi" w:hAnsiTheme="majorHAnsi" w:cstheme="majorHAnsi"/>
                <w:lang w:val="nl-BE"/>
              </w:rPr>
            </w:pPr>
            <w:r w:rsidRPr="00B528D5">
              <w:rPr>
                <w:rFonts w:asciiTheme="majorHAnsi" w:hAnsiTheme="majorHAnsi" w:cstheme="majorHAnsi"/>
                <w:lang w:val="nl-BE"/>
              </w:rPr>
              <w:t>Wijkraad Lindenbos</w:t>
            </w:r>
          </w:p>
        </w:tc>
        <w:tc>
          <w:tcPr>
            <w:tcW w:w="4898" w:type="dxa"/>
          </w:tcPr>
          <w:p w14:paraId="63E02BD7" w14:textId="56FF26F5" w:rsidR="00E20491" w:rsidRPr="00B528D5" w:rsidRDefault="00671399">
            <w:pPr>
              <w:rPr>
                <w:rFonts w:asciiTheme="majorHAnsi" w:hAnsiTheme="majorHAnsi" w:cstheme="majorHAnsi"/>
                <w:lang w:val="nl-BE"/>
              </w:rPr>
            </w:pPr>
            <w:r>
              <w:rPr>
                <w:rFonts w:asciiTheme="majorHAnsi" w:hAnsiTheme="majorHAnsi" w:cstheme="majorHAnsi"/>
                <w:lang w:val="nl-BE"/>
              </w:rPr>
              <w:t>Organiseren geen garageverkoop in de wijk</w:t>
            </w:r>
          </w:p>
        </w:tc>
      </w:tr>
      <w:tr w:rsidR="00E20491" w:rsidRPr="00B528D5" w14:paraId="545A9FF5" w14:textId="77777777" w:rsidTr="00685513">
        <w:trPr>
          <w:trHeight w:val="277"/>
        </w:trPr>
        <w:tc>
          <w:tcPr>
            <w:tcW w:w="3450" w:type="dxa"/>
          </w:tcPr>
          <w:p w14:paraId="2C97716A" w14:textId="77777777" w:rsidR="00E20491" w:rsidRPr="00B528D5" w:rsidRDefault="00E20491">
            <w:pPr>
              <w:rPr>
                <w:rFonts w:asciiTheme="majorHAnsi" w:hAnsiTheme="majorHAnsi" w:cstheme="majorHAnsi"/>
                <w:lang w:val="nl-BE"/>
              </w:rPr>
            </w:pPr>
            <w:r w:rsidRPr="00B528D5">
              <w:rPr>
                <w:rFonts w:asciiTheme="majorHAnsi" w:hAnsiTheme="majorHAnsi" w:cstheme="majorHAnsi"/>
                <w:lang w:val="nl-BE"/>
              </w:rPr>
              <w:t>Wijkraad Ten Dorpe</w:t>
            </w:r>
          </w:p>
        </w:tc>
        <w:tc>
          <w:tcPr>
            <w:tcW w:w="4898" w:type="dxa"/>
          </w:tcPr>
          <w:p w14:paraId="48E6ABD3" w14:textId="1586795F" w:rsidR="00E20491" w:rsidRPr="00B528D5" w:rsidRDefault="009C70C0">
            <w:pPr>
              <w:rPr>
                <w:rFonts w:asciiTheme="majorHAnsi" w:hAnsiTheme="majorHAnsi" w:cstheme="majorHAnsi"/>
                <w:lang w:val="nl-BE"/>
              </w:rPr>
            </w:pPr>
            <w:r w:rsidRPr="00B528D5">
              <w:rPr>
                <w:rFonts w:asciiTheme="majorHAnsi" w:hAnsiTheme="majorHAnsi" w:cstheme="majorHAnsi"/>
                <w:lang w:val="nl-BE"/>
              </w:rPr>
              <w:t xml:space="preserve">  </w:t>
            </w:r>
          </w:p>
        </w:tc>
      </w:tr>
    </w:tbl>
    <w:p w14:paraId="410DA709" w14:textId="77777777" w:rsidR="00597021" w:rsidRPr="00B528D5" w:rsidRDefault="00597021" w:rsidP="005810B4">
      <w:pPr>
        <w:pStyle w:val="Kop2"/>
        <w:rPr>
          <w:rFonts w:cstheme="majorHAnsi"/>
        </w:rPr>
      </w:pPr>
    </w:p>
    <w:p w14:paraId="4CC2FEDA" w14:textId="77777777" w:rsidR="00597021" w:rsidRPr="00B528D5" w:rsidRDefault="00597021" w:rsidP="00597021">
      <w:pPr>
        <w:rPr>
          <w:rFonts w:asciiTheme="majorHAnsi" w:hAnsiTheme="majorHAnsi" w:cstheme="majorHAnsi"/>
        </w:rPr>
      </w:pPr>
    </w:p>
    <w:p w14:paraId="78231361" w14:textId="77777777" w:rsidR="00597021" w:rsidRPr="00B528D5" w:rsidRDefault="00597021" w:rsidP="00597021">
      <w:pPr>
        <w:rPr>
          <w:rFonts w:asciiTheme="majorHAnsi" w:hAnsiTheme="majorHAnsi" w:cstheme="majorHAnsi"/>
        </w:rPr>
      </w:pPr>
    </w:p>
    <w:p w14:paraId="54B541F5" w14:textId="44A31FF4" w:rsidR="00B136F5" w:rsidRPr="00B528D5" w:rsidRDefault="00D21AE4" w:rsidP="005810B4">
      <w:pPr>
        <w:pStyle w:val="Kop2"/>
        <w:rPr>
          <w:rFonts w:cstheme="majorHAnsi"/>
        </w:rPr>
      </w:pPr>
      <w:r w:rsidRPr="00B528D5">
        <w:rPr>
          <w:rFonts w:cstheme="majorHAnsi"/>
        </w:rPr>
        <w:t xml:space="preserve">5. Algemene </w:t>
      </w:r>
      <w:proofErr w:type="spellStart"/>
      <w:r w:rsidRPr="00B528D5">
        <w:rPr>
          <w:rFonts w:cstheme="majorHAnsi"/>
        </w:rPr>
        <w:t>vergaderingen</w:t>
      </w:r>
      <w:proofErr w:type="spellEnd"/>
      <w:r w:rsidRPr="00B528D5">
        <w:rPr>
          <w:rFonts w:cstheme="majorHAnsi"/>
        </w:rPr>
        <w:t xml:space="preserve"> 2026</w:t>
      </w:r>
    </w:p>
    <w:tbl>
      <w:tblPr>
        <w:tblStyle w:val="Tabelraster"/>
        <w:tblW w:w="0" w:type="auto"/>
        <w:tblInd w:w="279" w:type="dxa"/>
        <w:tblLook w:val="04A0" w:firstRow="1" w:lastRow="0" w:firstColumn="1" w:lastColumn="0" w:noHBand="0" w:noVBand="1"/>
      </w:tblPr>
      <w:tblGrid>
        <w:gridCol w:w="3446"/>
        <w:gridCol w:w="4905"/>
      </w:tblGrid>
      <w:tr w:rsidR="00D21AE4" w:rsidRPr="00B528D5" w14:paraId="5299C7DD" w14:textId="77777777" w:rsidTr="00685513">
        <w:tc>
          <w:tcPr>
            <w:tcW w:w="3446" w:type="dxa"/>
          </w:tcPr>
          <w:p w14:paraId="3B670A0E" w14:textId="4B2E8C38" w:rsidR="00D21AE4" w:rsidRPr="00B528D5" w:rsidRDefault="00FB1E34">
            <w:pPr>
              <w:rPr>
                <w:rFonts w:asciiTheme="majorHAnsi" w:hAnsiTheme="majorHAnsi" w:cstheme="majorHAnsi"/>
                <w:lang w:val="nl-BE"/>
              </w:rPr>
            </w:pPr>
            <w:r w:rsidRPr="00B528D5">
              <w:rPr>
                <w:rFonts w:asciiTheme="majorHAnsi" w:hAnsiTheme="majorHAnsi" w:cstheme="majorHAnsi"/>
                <w:lang w:val="nl-BE"/>
              </w:rPr>
              <w:t>Wijkraad Bruynenbaert</w:t>
            </w:r>
          </w:p>
        </w:tc>
        <w:tc>
          <w:tcPr>
            <w:tcW w:w="4905" w:type="dxa"/>
          </w:tcPr>
          <w:p w14:paraId="7AF98CC1" w14:textId="230DB17F" w:rsidR="00D21AE4" w:rsidRPr="00B528D5" w:rsidRDefault="00671399">
            <w:pPr>
              <w:rPr>
                <w:rFonts w:asciiTheme="majorHAnsi" w:hAnsiTheme="majorHAnsi" w:cstheme="majorHAnsi"/>
                <w:lang w:val="nl-BE"/>
              </w:rPr>
            </w:pPr>
            <w:r>
              <w:rPr>
                <w:rFonts w:asciiTheme="majorHAnsi" w:hAnsiTheme="majorHAnsi" w:cstheme="majorHAnsi"/>
                <w:lang w:val="nl-BE"/>
              </w:rPr>
              <w:t>woe 03 juni 2026</w:t>
            </w:r>
          </w:p>
        </w:tc>
      </w:tr>
      <w:tr w:rsidR="00FB1E34" w:rsidRPr="00B528D5" w14:paraId="025AFE44" w14:textId="77777777" w:rsidTr="00685513">
        <w:tc>
          <w:tcPr>
            <w:tcW w:w="3446" w:type="dxa"/>
          </w:tcPr>
          <w:p w14:paraId="1666EBD5" w14:textId="07336E5C" w:rsidR="00FB1E34" w:rsidRPr="00B528D5" w:rsidRDefault="00FB1E34">
            <w:pPr>
              <w:rPr>
                <w:rFonts w:asciiTheme="majorHAnsi" w:hAnsiTheme="majorHAnsi" w:cstheme="majorHAnsi"/>
                <w:lang w:val="nl-BE"/>
              </w:rPr>
            </w:pPr>
            <w:r w:rsidRPr="00B528D5">
              <w:rPr>
                <w:rFonts w:asciiTheme="majorHAnsi" w:hAnsiTheme="majorHAnsi" w:cstheme="majorHAnsi"/>
                <w:lang w:val="nl-BE"/>
              </w:rPr>
              <w:t xml:space="preserve">Wijkraad </w:t>
            </w:r>
            <w:proofErr w:type="spellStart"/>
            <w:r w:rsidRPr="00B528D5">
              <w:rPr>
                <w:rFonts w:asciiTheme="majorHAnsi" w:hAnsiTheme="majorHAnsi" w:cstheme="majorHAnsi"/>
                <w:lang w:val="nl-BE"/>
              </w:rPr>
              <w:t>Buerstede</w:t>
            </w:r>
            <w:proofErr w:type="spellEnd"/>
          </w:p>
        </w:tc>
        <w:tc>
          <w:tcPr>
            <w:tcW w:w="4905" w:type="dxa"/>
          </w:tcPr>
          <w:p w14:paraId="057205F3" w14:textId="79442F85" w:rsidR="00FB1E34" w:rsidRPr="00B528D5" w:rsidRDefault="00C24082">
            <w:pPr>
              <w:rPr>
                <w:rFonts w:asciiTheme="majorHAnsi" w:hAnsiTheme="majorHAnsi" w:cstheme="majorHAnsi"/>
                <w:lang w:val="nl-BE"/>
              </w:rPr>
            </w:pPr>
            <w:r>
              <w:rPr>
                <w:rFonts w:asciiTheme="majorHAnsi" w:hAnsiTheme="majorHAnsi" w:cstheme="majorHAnsi"/>
                <w:lang w:val="nl-BE"/>
              </w:rPr>
              <w:t xml:space="preserve">woe </w:t>
            </w:r>
            <w:r w:rsidR="00036982" w:rsidRPr="00B528D5">
              <w:rPr>
                <w:rFonts w:asciiTheme="majorHAnsi" w:hAnsiTheme="majorHAnsi" w:cstheme="majorHAnsi"/>
                <w:lang w:val="nl-BE"/>
              </w:rPr>
              <w:t>20 mei</w:t>
            </w:r>
            <w:r w:rsidR="00260515" w:rsidRPr="00B528D5">
              <w:rPr>
                <w:rFonts w:asciiTheme="majorHAnsi" w:hAnsiTheme="majorHAnsi" w:cstheme="majorHAnsi"/>
                <w:lang w:val="nl-BE"/>
              </w:rPr>
              <w:t xml:space="preserve">  </w:t>
            </w:r>
            <w:r>
              <w:rPr>
                <w:rFonts w:asciiTheme="majorHAnsi" w:hAnsiTheme="majorHAnsi" w:cstheme="majorHAnsi"/>
                <w:lang w:val="nl-BE"/>
              </w:rPr>
              <w:t>2026</w:t>
            </w:r>
            <w:r w:rsidR="00260515" w:rsidRPr="00B528D5">
              <w:rPr>
                <w:rFonts w:asciiTheme="majorHAnsi" w:hAnsiTheme="majorHAnsi" w:cstheme="majorHAnsi"/>
                <w:lang w:val="nl-BE"/>
              </w:rPr>
              <w:t xml:space="preserve">         </w:t>
            </w:r>
          </w:p>
        </w:tc>
      </w:tr>
      <w:tr w:rsidR="00FB1E34" w:rsidRPr="00B528D5" w14:paraId="5D066CED" w14:textId="77777777" w:rsidTr="00685513">
        <w:tc>
          <w:tcPr>
            <w:tcW w:w="3446" w:type="dxa"/>
          </w:tcPr>
          <w:p w14:paraId="52EFAE32" w14:textId="600E2D0F" w:rsidR="00FB1E34" w:rsidRPr="00B528D5" w:rsidRDefault="00FB1E34">
            <w:pPr>
              <w:rPr>
                <w:rFonts w:asciiTheme="majorHAnsi" w:hAnsiTheme="majorHAnsi" w:cstheme="majorHAnsi"/>
                <w:lang w:val="nl-BE"/>
              </w:rPr>
            </w:pPr>
            <w:r w:rsidRPr="00B528D5">
              <w:rPr>
                <w:rFonts w:asciiTheme="majorHAnsi" w:hAnsiTheme="majorHAnsi" w:cstheme="majorHAnsi"/>
                <w:lang w:val="nl-BE"/>
              </w:rPr>
              <w:t>Wijkraad Koekoek</w:t>
            </w:r>
          </w:p>
        </w:tc>
        <w:tc>
          <w:tcPr>
            <w:tcW w:w="4905" w:type="dxa"/>
          </w:tcPr>
          <w:p w14:paraId="4FFAA12F" w14:textId="6D8C0601" w:rsidR="00FB1E34" w:rsidRPr="00B528D5" w:rsidRDefault="00C24082">
            <w:pPr>
              <w:rPr>
                <w:rFonts w:asciiTheme="majorHAnsi" w:hAnsiTheme="majorHAnsi" w:cstheme="majorHAnsi"/>
                <w:lang w:val="nl-BE"/>
              </w:rPr>
            </w:pPr>
            <w:r>
              <w:rPr>
                <w:rFonts w:asciiTheme="majorHAnsi" w:hAnsiTheme="majorHAnsi" w:cstheme="majorHAnsi"/>
                <w:lang w:val="nl-BE"/>
              </w:rPr>
              <w:t xml:space="preserve">woe </w:t>
            </w:r>
            <w:r w:rsidR="00036982" w:rsidRPr="00B528D5">
              <w:rPr>
                <w:rFonts w:asciiTheme="majorHAnsi" w:hAnsiTheme="majorHAnsi" w:cstheme="majorHAnsi"/>
                <w:lang w:val="nl-BE"/>
              </w:rPr>
              <w:t>11 februari</w:t>
            </w:r>
            <w:r>
              <w:rPr>
                <w:rFonts w:asciiTheme="majorHAnsi" w:hAnsiTheme="majorHAnsi" w:cstheme="majorHAnsi"/>
                <w:lang w:val="nl-BE"/>
              </w:rPr>
              <w:t xml:space="preserve"> 2026 </w:t>
            </w:r>
          </w:p>
        </w:tc>
      </w:tr>
      <w:tr w:rsidR="00FB1E34" w:rsidRPr="00B528D5" w14:paraId="514E887E" w14:textId="77777777" w:rsidTr="00685513">
        <w:tc>
          <w:tcPr>
            <w:tcW w:w="3446" w:type="dxa"/>
          </w:tcPr>
          <w:p w14:paraId="3FEF8A58" w14:textId="322BB3E7" w:rsidR="00FB1E34" w:rsidRPr="00B528D5" w:rsidRDefault="00FB1E34">
            <w:pPr>
              <w:rPr>
                <w:rFonts w:asciiTheme="majorHAnsi" w:hAnsiTheme="majorHAnsi" w:cstheme="majorHAnsi"/>
                <w:lang w:val="nl-BE"/>
              </w:rPr>
            </w:pPr>
            <w:r w:rsidRPr="00B528D5">
              <w:rPr>
                <w:rFonts w:asciiTheme="majorHAnsi" w:hAnsiTheme="majorHAnsi" w:cstheme="majorHAnsi"/>
                <w:lang w:val="nl-BE"/>
              </w:rPr>
              <w:t>Wijkraad Lindenbos</w:t>
            </w:r>
          </w:p>
        </w:tc>
        <w:tc>
          <w:tcPr>
            <w:tcW w:w="4905" w:type="dxa"/>
          </w:tcPr>
          <w:p w14:paraId="639B2104" w14:textId="3CA9E111" w:rsidR="00FB1E34" w:rsidRPr="00B528D5" w:rsidRDefault="00C24082">
            <w:pPr>
              <w:rPr>
                <w:rFonts w:asciiTheme="majorHAnsi" w:hAnsiTheme="majorHAnsi" w:cstheme="majorHAnsi"/>
                <w:lang w:val="nl-BE"/>
              </w:rPr>
            </w:pPr>
            <w:r>
              <w:rPr>
                <w:rFonts w:asciiTheme="majorHAnsi" w:hAnsiTheme="majorHAnsi" w:cstheme="majorHAnsi"/>
                <w:lang w:val="nl-BE"/>
              </w:rPr>
              <w:t xml:space="preserve">woe </w:t>
            </w:r>
            <w:r w:rsidR="00771113" w:rsidRPr="00B528D5">
              <w:rPr>
                <w:rFonts w:asciiTheme="majorHAnsi" w:hAnsiTheme="majorHAnsi" w:cstheme="majorHAnsi"/>
                <w:lang w:val="nl-BE"/>
              </w:rPr>
              <w:t>30 september</w:t>
            </w:r>
            <w:r>
              <w:rPr>
                <w:rFonts w:asciiTheme="majorHAnsi" w:hAnsiTheme="majorHAnsi" w:cstheme="majorHAnsi"/>
                <w:lang w:val="nl-BE"/>
              </w:rPr>
              <w:t xml:space="preserve"> 2026</w:t>
            </w:r>
          </w:p>
        </w:tc>
      </w:tr>
      <w:tr w:rsidR="00FB1E34" w:rsidRPr="00B528D5" w14:paraId="2CFDAC76" w14:textId="77777777" w:rsidTr="00685513">
        <w:tc>
          <w:tcPr>
            <w:tcW w:w="3446" w:type="dxa"/>
          </w:tcPr>
          <w:p w14:paraId="22749302" w14:textId="65815D1E" w:rsidR="00FB1E34" w:rsidRPr="00B528D5" w:rsidRDefault="00FB1E34">
            <w:pPr>
              <w:rPr>
                <w:rFonts w:asciiTheme="majorHAnsi" w:hAnsiTheme="majorHAnsi" w:cstheme="majorHAnsi"/>
                <w:lang w:val="nl-BE"/>
              </w:rPr>
            </w:pPr>
            <w:r w:rsidRPr="00B528D5">
              <w:rPr>
                <w:rFonts w:asciiTheme="majorHAnsi" w:hAnsiTheme="majorHAnsi" w:cstheme="majorHAnsi"/>
                <w:lang w:val="nl-BE"/>
              </w:rPr>
              <w:t>Wijkraad Ten Dorpe</w:t>
            </w:r>
          </w:p>
        </w:tc>
        <w:tc>
          <w:tcPr>
            <w:tcW w:w="4905" w:type="dxa"/>
          </w:tcPr>
          <w:p w14:paraId="6D388971" w14:textId="19A3421D" w:rsidR="00FB1E34" w:rsidRPr="00B528D5" w:rsidRDefault="00671399">
            <w:pPr>
              <w:rPr>
                <w:rFonts w:asciiTheme="majorHAnsi" w:hAnsiTheme="majorHAnsi" w:cstheme="majorHAnsi"/>
                <w:lang w:val="nl-BE"/>
              </w:rPr>
            </w:pPr>
            <w:r>
              <w:rPr>
                <w:rFonts w:asciiTheme="majorHAnsi" w:hAnsiTheme="majorHAnsi" w:cstheme="majorHAnsi"/>
                <w:lang w:val="nl-BE"/>
              </w:rPr>
              <w:t>woe 06 mei 2026</w:t>
            </w:r>
          </w:p>
        </w:tc>
      </w:tr>
    </w:tbl>
    <w:p w14:paraId="29AEFB1C" w14:textId="2E6F1748" w:rsidR="00B136F5" w:rsidRPr="00B528D5" w:rsidRDefault="005E54B8" w:rsidP="005810B4">
      <w:pPr>
        <w:pStyle w:val="Kop2"/>
        <w:rPr>
          <w:rFonts w:cstheme="majorHAnsi"/>
          <w:lang w:val="nl-BE"/>
        </w:rPr>
      </w:pPr>
      <w:r w:rsidRPr="00B528D5">
        <w:rPr>
          <w:rFonts w:cstheme="majorHAnsi"/>
          <w:lang w:val="nl-BE"/>
        </w:rPr>
        <w:t>6. Toekomstige activiteiten 2026</w:t>
      </w:r>
    </w:p>
    <w:tbl>
      <w:tblPr>
        <w:tblStyle w:val="Tabelraster"/>
        <w:tblW w:w="0" w:type="auto"/>
        <w:tblInd w:w="279" w:type="dxa"/>
        <w:tblLook w:val="04A0" w:firstRow="1" w:lastRow="0" w:firstColumn="1" w:lastColumn="0" w:noHBand="0" w:noVBand="1"/>
      </w:tblPr>
      <w:tblGrid>
        <w:gridCol w:w="3402"/>
        <w:gridCol w:w="4949"/>
      </w:tblGrid>
      <w:tr w:rsidR="001A6D46" w:rsidRPr="00B528D5" w14:paraId="50EAE038" w14:textId="77777777" w:rsidTr="00685513">
        <w:tc>
          <w:tcPr>
            <w:tcW w:w="3402" w:type="dxa"/>
          </w:tcPr>
          <w:p w14:paraId="020BB4F3" w14:textId="4B1A67CD" w:rsidR="001A6D46" w:rsidRPr="00B528D5" w:rsidRDefault="001A6D46" w:rsidP="001A6D46">
            <w:pPr>
              <w:rPr>
                <w:rFonts w:asciiTheme="majorHAnsi" w:hAnsiTheme="majorHAnsi" w:cstheme="majorHAnsi"/>
                <w:lang w:val="nl-BE"/>
              </w:rPr>
            </w:pPr>
            <w:r w:rsidRPr="00B528D5">
              <w:rPr>
                <w:rFonts w:asciiTheme="majorHAnsi" w:hAnsiTheme="majorHAnsi" w:cstheme="majorHAnsi"/>
                <w:lang w:val="nl-BE"/>
              </w:rPr>
              <w:t>Lentedrink</w:t>
            </w:r>
          </w:p>
        </w:tc>
        <w:tc>
          <w:tcPr>
            <w:tcW w:w="4949" w:type="dxa"/>
          </w:tcPr>
          <w:p w14:paraId="16297E9C" w14:textId="1E8EFDF5" w:rsidR="001A6D46" w:rsidRPr="00B528D5" w:rsidRDefault="00C24082" w:rsidP="001A6D46">
            <w:pPr>
              <w:rPr>
                <w:rFonts w:asciiTheme="majorHAnsi" w:hAnsiTheme="majorHAnsi" w:cstheme="majorHAnsi"/>
                <w:lang w:val="nl-BE"/>
              </w:rPr>
            </w:pPr>
            <w:proofErr w:type="spellStart"/>
            <w:r>
              <w:rPr>
                <w:rFonts w:asciiTheme="majorHAnsi" w:hAnsiTheme="majorHAnsi" w:cstheme="majorHAnsi"/>
              </w:rPr>
              <w:t>v</w:t>
            </w:r>
            <w:r w:rsidRPr="00B528D5">
              <w:rPr>
                <w:rFonts w:asciiTheme="majorHAnsi" w:hAnsiTheme="majorHAnsi" w:cstheme="majorHAnsi"/>
              </w:rPr>
              <w:t>rij</w:t>
            </w:r>
            <w:proofErr w:type="spellEnd"/>
            <w:r w:rsidR="001A6D46" w:rsidRPr="00B528D5">
              <w:rPr>
                <w:rFonts w:asciiTheme="majorHAnsi" w:hAnsiTheme="majorHAnsi" w:cstheme="majorHAnsi"/>
              </w:rPr>
              <w:t xml:space="preserve"> 1 </w:t>
            </w:r>
            <w:proofErr w:type="spellStart"/>
            <w:r w:rsidR="001A6D46" w:rsidRPr="00B528D5">
              <w:rPr>
                <w:rFonts w:asciiTheme="majorHAnsi" w:hAnsiTheme="majorHAnsi" w:cstheme="majorHAnsi"/>
              </w:rPr>
              <w:t>mei</w:t>
            </w:r>
            <w:proofErr w:type="spellEnd"/>
            <w:r w:rsidR="001A6D46" w:rsidRPr="00B528D5">
              <w:rPr>
                <w:rFonts w:asciiTheme="majorHAnsi" w:hAnsiTheme="majorHAnsi" w:cstheme="majorHAnsi"/>
              </w:rPr>
              <w:t xml:space="preserve"> 2026</w:t>
            </w:r>
          </w:p>
        </w:tc>
      </w:tr>
      <w:tr w:rsidR="001A6D46" w:rsidRPr="00B528D5" w14:paraId="6E8E79C8" w14:textId="77777777" w:rsidTr="00685513">
        <w:tc>
          <w:tcPr>
            <w:tcW w:w="3402" w:type="dxa"/>
          </w:tcPr>
          <w:p w14:paraId="459C30ED" w14:textId="25317850" w:rsidR="001A6D46" w:rsidRPr="00B528D5" w:rsidRDefault="001A6D46" w:rsidP="001A6D46">
            <w:pPr>
              <w:rPr>
                <w:rFonts w:asciiTheme="majorHAnsi" w:hAnsiTheme="majorHAnsi" w:cstheme="majorHAnsi"/>
                <w:lang w:val="nl-BE"/>
              </w:rPr>
            </w:pPr>
            <w:r w:rsidRPr="00B528D5">
              <w:rPr>
                <w:rFonts w:asciiTheme="majorHAnsi" w:hAnsiTheme="majorHAnsi" w:cstheme="majorHAnsi"/>
                <w:lang w:val="nl-BE"/>
              </w:rPr>
              <w:t>Openluchtbal</w:t>
            </w:r>
          </w:p>
        </w:tc>
        <w:tc>
          <w:tcPr>
            <w:tcW w:w="4949" w:type="dxa"/>
          </w:tcPr>
          <w:p w14:paraId="140DC014" w14:textId="64CFB806" w:rsidR="001A6D46" w:rsidRPr="00B528D5" w:rsidRDefault="00C24082" w:rsidP="001A6D46">
            <w:pPr>
              <w:rPr>
                <w:rFonts w:asciiTheme="majorHAnsi" w:hAnsiTheme="majorHAnsi" w:cstheme="majorHAnsi"/>
                <w:lang w:val="nl-BE"/>
              </w:rPr>
            </w:pPr>
            <w:r>
              <w:rPr>
                <w:rFonts w:asciiTheme="majorHAnsi" w:hAnsiTheme="majorHAnsi" w:cstheme="majorHAnsi"/>
                <w:lang w:val="nl-BE"/>
              </w:rPr>
              <w:t>z</w:t>
            </w:r>
            <w:r w:rsidR="001A6D46" w:rsidRPr="00B528D5">
              <w:rPr>
                <w:rFonts w:asciiTheme="majorHAnsi" w:hAnsiTheme="majorHAnsi" w:cstheme="majorHAnsi"/>
                <w:lang w:val="nl-BE"/>
              </w:rPr>
              <w:t>a 4 juli</w:t>
            </w:r>
            <w:r>
              <w:rPr>
                <w:rFonts w:asciiTheme="majorHAnsi" w:hAnsiTheme="majorHAnsi" w:cstheme="majorHAnsi"/>
                <w:lang w:val="nl-BE"/>
              </w:rPr>
              <w:t xml:space="preserve"> 2026</w:t>
            </w:r>
          </w:p>
        </w:tc>
      </w:tr>
      <w:tr w:rsidR="001A6D46" w:rsidRPr="00B528D5" w14:paraId="5B49BA41" w14:textId="77777777" w:rsidTr="00685513">
        <w:tc>
          <w:tcPr>
            <w:tcW w:w="3402" w:type="dxa"/>
          </w:tcPr>
          <w:p w14:paraId="69E5D29C" w14:textId="124BFBB5" w:rsidR="001A6D46" w:rsidRPr="00B528D5" w:rsidRDefault="001A6D46" w:rsidP="001A6D46">
            <w:pPr>
              <w:rPr>
                <w:rFonts w:asciiTheme="majorHAnsi" w:hAnsiTheme="majorHAnsi" w:cstheme="majorHAnsi"/>
                <w:lang w:val="nl-BE"/>
              </w:rPr>
            </w:pPr>
            <w:r w:rsidRPr="00B528D5">
              <w:rPr>
                <w:rFonts w:asciiTheme="majorHAnsi" w:hAnsiTheme="majorHAnsi" w:cstheme="majorHAnsi"/>
                <w:lang w:val="nl-BE"/>
              </w:rPr>
              <w:t>Jaarmarkt</w:t>
            </w:r>
          </w:p>
        </w:tc>
        <w:tc>
          <w:tcPr>
            <w:tcW w:w="4949" w:type="dxa"/>
          </w:tcPr>
          <w:p w14:paraId="30CD9E96" w14:textId="4C44D03B" w:rsidR="001A6D46" w:rsidRPr="00B528D5" w:rsidRDefault="00C24082" w:rsidP="001A6D46">
            <w:pPr>
              <w:rPr>
                <w:rFonts w:asciiTheme="majorHAnsi" w:hAnsiTheme="majorHAnsi" w:cstheme="majorHAnsi"/>
                <w:lang w:val="nl-BE"/>
              </w:rPr>
            </w:pPr>
            <w:r>
              <w:rPr>
                <w:rFonts w:asciiTheme="majorHAnsi" w:hAnsiTheme="majorHAnsi" w:cstheme="majorHAnsi"/>
                <w:lang w:val="nl-BE"/>
              </w:rPr>
              <w:t>d</w:t>
            </w:r>
            <w:r w:rsidR="001A6D46" w:rsidRPr="00B528D5">
              <w:rPr>
                <w:rFonts w:asciiTheme="majorHAnsi" w:hAnsiTheme="majorHAnsi" w:cstheme="majorHAnsi"/>
                <w:lang w:val="nl-BE"/>
              </w:rPr>
              <w:t>i 25 augustus</w:t>
            </w:r>
            <w:r>
              <w:rPr>
                <w:rFonts w:asciiTheme="majorHAnsi" w:hAnsiTheme="majorHAnsi" w:cstheme="majorHAnsi"/>
                <w:lang w:val="nl-BE"/>
              </w:rPr>
              <w:t xml:space="preserve"> 2026</w:t>
            </w:r>
          </w:p>
        </w:tc>
      </w:tr>
      <w:tr w:rsidR="001A6D46" w:rsidRPr="00B528D5" w14:paraId="79406CF7" w14:textId="77777777" w:rsidTr="00685513">
        <w:tc>
          <w:tcPr>
            <w:tcW w:w="3402" w:type="dxa"/>
          </w:tcPr>
          <w:p w14:paraId="1CAD1656" w14:textId="11F1BAFE" w:rsidR="001A6D46" w:rsidRPr="00B528D5" w:rsidRDefault="001A6D46" w:rsidP="001A6D46">
            <w:pPr>
              <w:rPr>
                <w:rFonts w:asciiTheme="majorHAnsi" w:hAnsiTheme="majorHAnsi" w:cstheme="majorHAnsi"/>
                <w:lang w:val="nl-BE"/>
              </w:rPr>
            </w:pPr>
            <w:r w:rsidRPr="00B528D5">
              <w:rPr>
                <w:rFonts w:asciiTheme="majorHAnsi" w:hAnsiTheme="majorHAnsi" w:cstheme="majorHAnsi"/>
                <w:lang w:val="nl-BE"/>
              </w:rPr>
              <w:t>Heikens Jaarmarkt</w:t>
            </w:r>
          </w:p>
        </w:tc>
        <w:tc>
          <w:tcPr>
            <w:tcW w:w="4949" w:type="dxa"/>
          </w:tcPr>
          <w:p w14:paraId="373EA4AE" w14:textId="6625D3CA" w:rsidR="001A6D46" w:rsidRPr="00B528D5" w:rsidRDefault="001A6D46" w:rsidP="001A6D46">
            <w:pPr>
              <w:rPr>
                <w:rFonts w:asciiTheme="majorHAnsi" w:hAnsiTheme="majorHAnsi" w:cstheme="majorHAnsi"/>
                <w:lang w:val="nl-BE"/>
              </w:rPr>
            </w:pPr>
            <w:r w:rsidRPr="00B528D5">
              <w:rPr>
                <w:rFonts w:asciiTheme="majorHAnsi" w:hAnsiTheme="majorHAnsi" w:cstheme="majorHAnsi"/>
                <w:lang w:val="nl-BE"/>
              </w:rPr>
              <w:t>22-26 oktober</w:t>
            </w:r>
            <w:r w:rsidR="00C24082">
              <w:rPr>
                <w:rFonts w:asciiTheme="majorHAnsi" w:hAnsiTheme="majorHAnsi" w:cstheme="majorHAnsi"/>
                <w:lang w:val="nl-BE"/>
              </w:rPr>
              <w:t xml:space="preserve"> 2026</w:t>
            </w:r>
          </w:p>
        </w:tc>
      </w:tr>
      <w:tr w:rsidR="001A6D46" w:rsidRPr="00B528D5" w14:paraId="58058829" w14:textId="77777777" w:rsidTr="00685513">
        <w:tc>
          <w:tcPr>
            <w:tcW w:w="3402" w:type="dxa"/>
          </w:tcPr>
          <w:p w14:paraId="7A620D7D" w14:textId="55453A55" w:rsidR="001A6D46" w:rsidRPr="00B528D5" w:rsidRDefault="001A6D46" w:rsidP="001A6D46">
            <w:pPr>
              <w:rPr>
                <w:rFonts w:asciiTheme="majorHAnsi" w:hAnsiTheme="majorHAnsi" w:cstheme="majorHAnsi"/>
                <w:lang w:val="nl-BE"/>
              </w:rPr>
            </w:pPr>
            <w:r w:rsidRPr="00B528D5">
              <w:rPr>
                <w:rFonts w:asciiTheme="majorHAnsi" w:hAnsiTheme="majorHAnsi" w:cstheme="majorHAnsi"/>
                <w:lang w:val="nl-BE"/>
              </w:rPr>
              <w:t>Kerstmarkt</w:t>
            </w:r>
          </w:p>
        </w:tc>
        <w:tc>
          <w:tcPr>
            <w:tcW w:w="4949" w:type="dxa"/>
          </w:tcPr>
          <w:p w14:paraId="1EAC6E05" w14:textId="38E30ED8" w:rsidR="001A6D46" w:rsidRPr="00B528D5" w:rsidRDefault="00C24082" w:rsidP="001A6D46">
            <w:pPr>
              <w:rPr>
                <w:rFonts w:asciiTheme="majorHAnsi" w:hAnsiTheme="majorHAnsi" w:cstheme="majorHAnsi"/>
                <w:lang w:val="nl-BE"/>
              </w:rPr>
            </w:pPr>
            <w:r>
              <w:rPr>
                <w:rFonts w:asciiTheme="majorHAnsi" w:hAnsiTheme="majorHAnsi" w:cstheme="majorHAnsi"/>
                <w:lang w:val="nl-BE"/>
              </w:rPr>
              <w:t>z</w:t>
            </w:r>
            <w:r w:rsidR="001A6D46" w:rsidRPr="00B528D5">
              <w:rPr>
                <w:rFonts w:asciiTheme="majorHAnsi" w:hAnsiTheme="majorHAnsi" w:cstheme="majorHAnsi"/>
                <w:lang w:val="nl-BE"/>
              </w:rPr>
              <w:t>a 12 december</w:t>
            </w:r>
            <w:r>
              <w:rPr>
                <w:rFonts w:asciiTheme="majorHAnsi" w:hAnsiTheme="majorHAnsi" w:cstheme="majorHAnsi"/>
                <w:lang w:val="nl-BE"/>
              </w:rPr>
              <w:t xml:space="preserve"> 2026</w:t>
            </w:r>
          </w:p>
        </w:tc>
      </w:tr>
    </w:tbl>
    <w:p w14:paraId="2434D0BC" w14:textId="77777777" w:rsidR="00B136F5" w:rsidRPr="00B528D5" w:rsidRDefault="00B136F5" w:rsidP="001A6D46">
      <w:pPr>
        <w:rPr>
          <w:rFonts w:asciiTheme="majorHAnsi" w:hAnsiTheme="majorHAnsi" w:cstheme="majorHAnsi"/>
          <w:lang w:val="nl-BE"/>
        </w:rPr>
      </w:pPr>
    </w:p>
    <w:p w14:paraId="23E27FD0" w14:textId="51C7561C" w:rsidR="005E54B8" w:rsidRPr="00B528D5" w:rsidRDefault="005E54B8" w:rsidP="005E54B8">
      <w:pPr>
        <w:pStyle w:val="Kop3"/>
        <w:rPr>
          <w:rFonts w:cstheme="majorHAnsi"/>
        </w:rPr>
      </w:pPr>
      <w:r w:rsidRPr="00B528D5">
        <w:rPr>
          <w:rFonts w:cstheme="majorHAnsi"/>
        </w:rPr>
        <w:t xml:space="preserve">6.1 </w:t>
      </w:r>
      <w:proofErr w:type="spellStart"/>
      <w:r w:rsidRPr="00B528D5">
        <w:rPr>
          <w:rFonts w:cstheme="majorHAnsi"/>
        </w:rPr>
        <w:t>Lentedrink</w:t>
      </w:r>
      <w:proofErr w:type="spellEnd"/>
      <w:r w:rsidRPr="00B528D5">
        <w:rPr>
          <w:rFonts w:cstheme="majorHAnsi"/>
        </w:rPr>
        <w:t>:</w:t>
      </w:r>
      <w:r w:rsidR="00E85BED" w:rsidRPr="00B528D5">
        <w:rPr>
          <w:rFonts w:cstheme="majorHAnsi"/>
        </w:rPr>
        <w:t xml:space="preserve"> </w:t>
      </w:r>
      <w:proofErr w:type="spellStart"/>
      <w:r w:rsidR="00C24082">
        <w:rPr>
          <w:rFonts w:cstheme="majorHAnsi"/>
        </w:rPr>
        <w:t>vrijdag</w:t>
      </w:r>
      <w:proofErr w:type="spellEnd"/>
      <w:r w:rsidR="00C24082">
        <w:rPr>
          <w:rFonts w:cstheme="majorHAnsi"/>
        </w:rPr>
        <w:t xml:space="preserve"> </w:t>
      </w:r>
      <w:r w:rsidR="00200B75" w:rsidRPr="00B528D5">
        <w:rPr>
          <w:rFonts w:cstheme="majorHAnsi"/>
        </w:rPr>
        <w:t xml:space="preserve">1 </w:t>
      </w:r>
      <w:proofErr w:type="spellStart"/>
      <w:r w:rsidR="00200B75" w:rsidRPr="00B528D5">
        <w:rPr>
          <w:rFonts w:cstheme="majorHAnsi"/>
        </w:rPr>
        <w:t>mei</w:t>
      </w:r>
      <w:proofErr w:type="spellEnd"/>
      <w:r w:rsidR="00200B75" w:rsidRPr="00B528D5">
        <w:rPr>
          <w:rFonts w:cstheme="majorHAnsi"/>
        </w:rPr>
        <w:t xml:space="preserve"> 2026</w:t>
      </w:r>
    </w:p>
    <w:p w14:paraId="676C92C0" w14:textId="1F8749F1" w:rsidR="00C27730" w:rsidRPr="00B528D5" w:rsidRDefault="009F6FB8" w:rsidP="0010671F">
      <w:pPr>
        <w:pStyle w:val="Lijstalinea"/>
        <w:numPr>
          <w:ilvl w:val="0"/>
          <w:numId w:val="8"/>
        </w:numPr>
        <w:rPr>
          <w:rFonts w:asciiTheme="majorHAnsi" w:hAnsiTheme="majorHAnsi" w:cstheme="majorHAnsi"/>
          <w:lang w:val="nl-BE"/>
        </w:rPr>
      </w:pPr>
      <w:r w:rsidRPr="00B528D5">
        <w:rPr>
          <w:rFonts w:asciiTheme="majorHAnsi" w:hAnsiTheme="majorHAnsi" w:cstheme="majorHAnsi"/>
          <w:lang w:val="nl-BE"/>
        </w:rPr>
        <w:t xml:space="preserve">Het college nam kennis van de vraag naar uniforme </w:t>
      </w:r>
      <w:r w:rsidR="00C27730" w:rsidRPr="00B528D5">
        <w:rPr>
          <w:rFonts w:asciiTheme="majorHAnsi" w:hAnsiTheme="majorHAnsi" w:cstheme="majorHAnsi"/>
          <w:lang w:val="nl-BE"/>
        </w:rPr>
        <w:t>T-shirts</w:t>
      </w:r>
      <w:r w:rsidRPr="00B528D5">
        <w:rPr>
          <w:rFonts w:asciiTheme="majorHAnsi" w:hAnsiTheme="majorHAnsi" w:cstheme="majorHAnsi"/>
          <w:lang w:val="nl-BE"/>
        </w:rPr>
        <w:t xml:space="preserve"> voor de wijkraden en besliste om hierin geen wijziging door te voeren.</w:t>
      </w:r>
      <w:r w:rsidR="00671399">
        <w:rPr>
          <w:rFonts w:asciiTheme="majorHAnsi" w:hAnsiTheme="majorHAnsi" w:cstheme="majorHAnsi"/>
          <w:lang w:val="nl-BE"/>
        </w:rPr>
        <w:t xml:space="preserve"> De huidige wijkraden hebben al eigen kledij en dit is qua herkenbaarheid opvallender dan een uniform T-shirt. </w:t>
      </w:r>
    </w:p>
    <w:p w14:paraId="04292B1F" w14:textId="539A744D" w:rsidR="009F6FB8" w:rsidRPr="00D7525D" w:rsidRDefault="009F6FB8" w:rsidP="009F6FB8">
      <w:pPr>
        <w:pStyle w:val="Kop3"/>
        <w:rPr>
          <w:rFonts w:cstheme="majorHAnsi"/>
          <w:lang w:val="nl-BE"/>
        </w:rPr>
      </w:pPr>
      <w:r w:rsidRPr="00D7525D">
        <w:rPr>
          <w:rFonts w:cstheme="majorHAnsi"/>
          <w:lang w:val="nl-BE"/>
        </w:rPr>
        <w:t xml:space="preserve">6.2 World </w:t>
      </w:r>
      <w:proofErr w:type="spellStart"/>
      <w:r w:rsidRPr="00D7525D">
        <w:rPr>
          <w:rFonts w:cstheme="majorHAnsi"/>
          <w:lang w:val="nl-BE"/>
        </w:rPr>
        <w:t>Cleanup</w:t>
      </w:r>
      <w:proofErr w:type="spellEnd"/>
      <w:r w:rsidRPr="00D7525D">
        <w:rPr>
          <w:rFonts w:cstheme="majorHAnsi"/>
          <w:lang w:val="nl-BE"/>
        </w:rPr>
        <w:t xml:space="preserve"> Day 2026: zaterdag 19 september</w:t>
      </w:r>
    </w:p>
    <w:p w14:paraId="364234AE" w14:textId="77777777" w:rsidR="00200B75" w:rsidRPr="00D7525D" w:rsidRDefault="00200B75" w:rsidP="00B62EE7">
      <w:pPr>
        <w:rPr>
          <w:rFonts w:asciiTheme="majorHAnsi" w:hAnsiTheme="majorHAnsi" w:cstheme="majorHAnsi"/>
          <w:lang w:val="nl-BE"/>
        </w:rPr>
      </w:pPr>
    </w:p>
    <w:p w14:paraId="7BF4FFD2" w14:textId="70DCF2A7" w:rsidR="002003B8" w:rsidRPr="00B528D5" w:rsidRDefault="00FB1E34" w:rsidP="00D21AE4">
      <w:pPr>
        <w:pStyle w:val="Kop2"/>
        <w:rPr>
          <w:rFonts w:cstheme="majorHAnsi"/>
          <w:lang w:val="nl-BE"/>
        </w:rPr>
      </w:pPr>
      <w:r w:rsidRPr="00B528D5">
        <w:rPr>
          <w:rFonts w:cstheme="majorHAnsi"/>
          <w:lang w:val="nl-BE"/>
        </w:rPr>
        <w:t>7</w:t>
      </w:r>
      <w:r w:rsidR="006604D1" w:rsidRPr="00B528D5">
        <w:rPr>
          <w:rFonts w:cstheme="majorHAnsi"/>
          <w:lang w:val="nl-BE"/>
        </w:rPr>
        <w:t xml:space="preserve">. </w:t>
      </w:r>
      <w:r w:rsidRPr="00B528D5">
        <w:rPr>
          <w:rFonts w:cstheme="majorHAnsi"/>
          <w:lang w:val="nl-BE"/>
        </w:rPr>
        <w:t>Agendapunten</w:t>
      </w:r>
      <w:r w:rsidR="006604D1" w:rsidRPr="00B528D5">
        <w:rPr>
          <w:rFonts w:cstheme="majorHAnsi"/>
          <w:lang w:val="nl-BE"/>
        </w:rPr>
        <w:t xml:space="preserve"> per wijk</w:t>
      </w:r>
    </w:p>
    <w:p w14:paraId="25CF62CA" w14:textId="77777777" w:rsidR="0064117E" w:rsidRPr="00B528D5" w:rsidRDefault="006604D1" w:rsidP="00BB65FF">
      <w:pPr>
        <w:pStyle w:val="Kop1"/>
        <w:rPr>
          <w:rFonts w:cstheme="majorHAnsi"/>
          <w:lang w:val="nl-BE"/>
        </w:rPr>
      </w:pPr>
      <w:r w:rsidRPr="00B528D5">
        <w:rPr>
          <w:rFonts w:cstheme="majorHAnsi"/>
          <w:lang w:val="nl-BE"/>
        </w:rPr>
        <w:t>Wijk Bruynenbaert</w:t>
      </w:r>
    </w:p>
    <w:p w14:paraId="0F7C47B0" w14:textId="2DD6EE39" w:rsidR="00040A10" w:rsidRPr="00B528D5" w:rsidRDefault="006604D1" w:rsidP="00040A10">
      <w:pPr>
        <w:pStyle w:val="Kop2"/>
        <w:rPr>
          <w:rFonts w:cstheme="majorHAnsi"/>
          <w:lang w:val="nl-BE"/>
        </w:rPr>
      </w:pPr>
      <w:r w:rsidRPr="00B528D5">
        <w:rPr>
          <w:rFonts w:cstheme="majorHAnsi"/>
          <w:lang w:val="nl-BE"/>
        </w:rPr>
        <w:t xml:space="preserve">Lopende dossiers: </w:t>
      </w:r>
      <w:r w:rsidR="007474A4" w:rsidRPr="00B528D5">
        <w:rPr>
          <w:rFonts w:cstheme="majorHAnsi"/>
          <w:lang w:val="nl-BE"/>
        </w:rPr>
        <w:t>(zie verslagen vorige wijkraadvoorzittersvergaderingen)</w:t>
      </w:r>
    </w:p>
    <w:p w14:paraId="1DC862AF" w14:textId="412A47FB" w:rsidR="00E336C3" w:rsidRPr="00E336C3" w:rsidRDefault="00200B75" w:rsidP="00E336C3">
      <w:pPr>
        <w:pStyle w:val="Lijstalinea"/>
        <w:numPr>
          <w:ilvl w:val="0"/>
          <w:numId w:val="15"/>
        </w:numPr>
        <w:rPr>
          <w:rFonts w:asciiTheme="majorHAnsi" w:hAnsiTheme="majorHAnsi" w:cstheme="majorHAnsi"/>
          <w:lang w:val="nl-BE"/>
        </w:rPr>
      </w:pPr>
      <w:r w:rsidRPr="00B528D5">
        <w:rPr>
          <w:rFonts w:asciiTheme="majorHAnsi" w:hAnsiTheme="majorHAnsi" w:cstheme="majorHAnsi"/>
          <w:lang w:val="nl-BE"/>
        </w:rPr>
        <w:t xml:space="preserve">Rioleringswerken B. De </w:t>
      </w:r>
      <w:proofErr w:type="spellStart"/>
      <w:r w:rsidRPr="00B528D5">
        <w:rPr>
          <w:rFonts w:asciiTheme="majorHAnsi" w:hAnsiTheme="majorHAnsi" w:cstheme="majorHAnsi"/>
          <w:lang w:val="nl-BE"/>
        </w:rPr>
        <w:t>Borrekenslaan</w:t>
      </w:r>
      <w:proofErr w:type="spellEnd"/>
      <w:r w:rsidRPr="00B528D5">
        <w:rPr>
          <w:rFonts w:asciiTheme="majorHAnsi" w:hAnsiTheme="majorHAnsi" w:cstheme="majorHAnsi"/>
          <w:lang w:val="nl-BE"/>
        </w:rPr>
        <w:t xml:space="preserve">: </w:t>
      </w:r>
    </w:p>
    <w:p w14:paraId="0510594A" w14:textId="40F81486" w:rsidR="00200B75" w:rsidRDefault="00200B75" w:rsidP="00E336C3">
      <w:pPr>
        <w:pStyle w:val="Lijstalinea"/>
        <w:numPr>
          <w:ilvl w:val="0"/>
          <w:numId w:val="29"/>
        </w:numPr>
        <w:rPr>
          <w:rFonts w:asciiTheme="majorHAnsi" w:hAnsiTheme="majorHAnsi" w:cstheme="majorHAnsi"/>
          <w:lang w:val="nl-BE"/>
        </w:rPr>
      </w:pPr>
      <w:r w:rsidRPr="00E336C3">
        <w:rPr>
          <w:rFonts w:asciiTheme="majorHAnsi" w:hAnsiTheme="majorHAnsi" w:cstheme="majorHAnsi"/>
          <w:lang w:val="nl-BE"/>
        </w:rPr>
        <w:t xml:space="preserve">Start </w:t>
      </w:r>
      <w:r w:rsidR="005810B4" w:rsidRPr="00E336C3">
        <w:rPr>
          <w:rFonts w:asciiTheme="majorHAnsi" w:hAnsiTheme="majorHAnsi" w:cstheme="majorHAnsi"/>
          <w:lang w:val="nl-BE"/>
        </w:rPr>
        <w:t xml:space="preserve">is </w:t>
      </w:r>
      <w:r w:rsidRPr="00E336C3">
        <w:rPr>
          <w:rFonts w:asciiTheme="majorHAnsi" w:hAnsiTheme="majorHAnsi" w:cstheme="majorHAnsi"/>
          <w:lang w:val="nl-BE"/>
        </w:rPr>
        <w:t xml:space="preserve">voorzien in </w:t>
      </w:r>
      <w:r w:rsidR="00834431" w:rsidRPr="00E336C3">
        <w:rPr>
          <w:rFonts w:asciiTheme="majorHAnsi" w:hAnsiTheme="majorHAnsi" w:cstheme="majorHAnsi"/>
          <w:lang w:val="nl-BE"/>
        </w:rPr>
        <w:t>2026</w:t>
      </w:r>
      <w:r w:rsidRPr="00E336C3">
        <w:rPr>
          <w:rFonts w:asciiTheme="majorHAnsi" w:hAnsiTheme="majorHAnsi" w:cstheme="majorHAnsi"/>
          <w:lang w:val="nl-BE"/>
        </w:rPr>
        <w:t xml:space="preserve">; uiterste datum voor subsidies. </w:t>
      </w:r>
      <w:r w:rsidR="00C24082" w:rsidRPr="00E336C3">
        <w:rPr>
          <w:rFonts w:asciiTheme="majorHAnsi" w:hAnsiTheme="majorHAnsi" w:cstheme="majorHAnsi"/>
          <w:lang w:val="nl-BE"/>
        </w:rPr>
        <w:t>Het s</w:t>
      </w:r>
      <w:r w:rsidRPr="00E336C3">
        <w:rPr>
          <w:rFonts w:asciiTheme="majorHAnsi" w:hAnsiTheme="majorHAnsi" w:cstheme="majorHAnsi"/>
          <w:lang w:val="nl-BE"/>
        </w:rPr>
        <w:t xml:space="preserve">tudiebureau mikt op start in 2026 (vermoedelijk </w:t>
      </w:r>
      <w:r w:rsidR="00834431" w:rsidRPr="00E336C3">
        <w:rPr>
          <w:rFonts w:asciiTheme="majorHAnsi" w:hAnsiTheme="majorHAnsi" w:cstheme="majorHAnsi"/>
          <w:lang w:val="nl-BE"/>
        </w:rPr>
        <w:t>late najaar</w:t>
      </w:r>
      <w:r w:rsidRPr="00E336C3">
        <w:rPr>
          <w:rFonts w:asciiTheme="majorHAnsi" w:hAnsiTheme="majorHAnsi" w:cstheme="majorHAnsi"/>
          <w:lang w:val="nl-BE"/>
        </w:rPr>
        <w:t>).</w:t>
      </w:r>
    </w:p>
    <w:p w14:paraId="2B6D16EC" w14:textId="66236422" w:rsidR="003A49DA" w:rsidRPr="00E336C3" w:rsidRDefault="003A49DA" w:rsidP="003A49DA">
      <w:pPr>
        <w:pStyle w:val="Lijstalinea"/>
        <w:numPr>
          <w:ilvl w:val="0"/>
          <w:numId w:val="29"/>
        </w:numPr>
        <w:rPr>
          <w:rFonts w:asciiTheme="majorHAnsi" w:hAnsiTheme="majorHAnsi" w:cstheme="majorHAnsi"/>
          <w:lang w:val="nl-BE"/>
        </w:rPr>
      </w:pPr>
      <w:r w:rsidRPr="00E336C3">
        <w:rPr>
          <w:rFonts w:asciiTheme="majorHAnsi" w:hAnsiTheme="majorHAnsi" w:cstheme="majorHAnsi"/>
          <w:lang w:val="nl-BE"/>
        </w:rPr>
        <w:t xml:space="preserve">Er moet waterinfiltratie </w:t>
      </w:r>
      <w:r w:rsidR="00797C67" w:rsidRPr="00E336C3">
        <w:rPr>
          <w:rFonts w:asciiTheme="majorHAnsi" w:hAnsiTheme="majorHAnsi" w:cstheme="majorHAnsi"/>
          <w:lang w:val="nl-BE"/>
        </w:rPr>
        <w:t xml:space="preserve">worden </w:t>
      </w:r>
      <w:r w:rsidRPr="00E336C3">
        <w:rPr>
          <w:rFonts w:asciiTheme="majorHAnsi" w:hAnsiTheme="majorHAnsi" w:cstheme="majorHAnsi"/>
          <w:lang w:val="nl-BE"/>
        </w:rPr>
        <w:t xml:space="preserve">voorzien. </w:t>
      </w:r>
      <w:r w:rsidR="00FB1FCE" w:rsidRPr="00E336C3">
        <w:rPr>
          <w:rFonts w:asciiTheme="majorHAnsi" w:hAnsiTheme="majorHAnsi" w:cstheme="majorHAnsi"/>
          <w:lang w:val="nl-BE"/>
        </w:rPr>
        <w:t xml:space="preserve">Dit is wetgeving. </w:t>
      </w:r>
    </w:p>
    <w:p w14:paraId="7DD1E87E" w14:textId="77777777" w:rsidR="00200B75" w:rsidRPr="00B528D5" w:rsidRDefault="00200B75" w:rsidP="003A49DA">
      <w:pPr>
        <w:pStyle w:val="Lijstalinea"/>
        <w:rPr>
          <w:rFonts w:asciiTheme="majorHAnsi" w:hAnsiTheme="majorHAnsi" w:cstheme="majorHAnsi"/>
          <w:lang w:val="nl-BE"/>
        </w:rPr>
      </w:pPr>
    </w:p>
    <w:p w14:paraId="2E089369" w14:textId="00AFD68B" w:rsidR="007474A4" w:rsidRDefault="007474A4" w:rsidP="0010671F">
      <w:pPr>
        <w:pStyle w:val="Lijstalinea"/>
        <w:numPr>
          <w:ilvl w:val="0"/>
          <w:numId w:val="15"/>
        </w:numPr>
        <w:rPr>
          <w:rFonts w:asciiTheme="majorHAnsi" w:hAnsiTheme="majorHAnsi" w:cstheme="majorHAnsi"/>
          <w:lang w:val="nl-BE"/>
        </w:rPr>
      </w:pPr>
      <w:proofErr w:type="spellStart"/>
      <w:r w:rsidRPr="00B528D5">
        <w:rPr>
          <w:rFonts w:asciiTheme="majorHAnsi" w:hAnsiTheme="majorHAnsi" w:cstheme="majorHAnsi"/>
          <w:lang w:val="nl-BE"/>
        </w:rPr>
        <w:t>Stavaza</w:t>
      </w:r>
      <w:proofErr w:type="spellEnd"/>
      <w:r w:rsidRPr="00B528D5">
        <w:rPr>
          <w:rFonts w:asciiTheme="majorHAnsi" w:hAnsiTheme="majorHAnsi" w:cstheme="majorHAnsi"/>
          <w:lang w:val="nl-BE"/>
        </w:rPr>
        <w:t xml:space="preserve"> werken A12</w:t>
      </w:r>
      <w:r w:rsidR="00BB65FF" w:rsidRPr="00B528D5">
        <w:rPr>
          <w:rFonts w:asciiTheme="majorHAnsi" w:hAnsiTheme="majorHAnsi" w:cstheme="majorHAnsi"/>
          <w:lang w:val="nl-BE"/>
        </w:rPr>
        <w:t xml:space="preserve"> (24.10.2024)</w:t>
      </w:r>
    </w:p>
    <w:p w14:paraId="1B92E774" w14:textId="77777777" w:rsidR="00E336C3" w:rsidRDefault="00797C67" w:rsidP="00E336C3">
      <w:pPr>
        <w:pStyle w:val="Lijstalinea"/>
        <w:numPr>
          <w:ilvl w:val="0"/>
          <w:numId w:val="30"/>
        </w:numPr>
        <w:rPr>
          <w:rFonts w:asciiTheme="majorHAnsi" w:hAnsiTheme="majorHAnsi" w:cstheme="majorHAnsi"/>
          <w:lang w:val="nl-BE"/>
        </w:rPr>
      </w:pPr>
      <w:r w:rsidRPr="00E336C3">
        <w:rPr>
          <w:rFonts w:asciiTheme="majorHAnsi" w:hAnsiTheme="majorHAnsi" w:cstheme="majorHAnsi"/>
          <w:lang w:val="nl-BE"/>
        </w:rPr>
        <w:t>De werken zouden r</w:t>
      </w:r>
      <w:r w:rsidR="00FB1FCE" w:rsidRPr="00E336C3">
        <w:rPr>
          <w:rFonts w:asciiTheme="majorHAnsi" w:hAnsiTheme="majorHAnsi" w:cstheme="majorHAnsi"/>
          <w:lang w:val="nl-BE"/>
        </w:rPr>
        <w:t xml:space="preserve">ond 2030 starten. We gaan naar 3 kleinere tunnels. </w:t>
      </w:r>
    </w:p>
    <w:p w14:paraId="1BA0A424" w14:textId="09083982" w:rsidR="00FB1FCE" w:rsidRPr="00E336C3" w:rsidRDefault="00E336C3" w:rsidP="00E336C3">
      <w:pPr>
        <w:pStyle w:val="Lijstalinea"/>
        <w:ind w:left="1440"/>
        <w:rPr>
          <w:rFonts w:asciiTheme="majorHAnsi" w:hAnsiTheme="majorHAnsi" w:cstheme="majorHAnsi"/>
          <w:lang w:val="nl-BE"/>
        </w:rPr>
      </w:pPr>
      <w:r>
        <w:rPr>
          <w:rFonts w:asciiTheme="majorHAnsi" w:hAnsiTheme="majorHAnsi" w:cstheme="majorHAnsi"/>
          <w:lang w:val="nl-BE"/>
        </w:rPr>
        <w:t xml:space="preserve">De </w:t>
      </w:r>
      <w:r w:rsidR="00FB1FCE" w:rsidRPr="00E336C3">
        <w:rPr>
          <w:rFonts w:asciiTheme="majorHAnsi" w:hAnsiTheme="majorHAnsi" w:cstheme="majorHAnsi"/>
          <w:lang w:val="nl-BE"/>
        </w:rPr>
        <w:t>Busbanen blijven aan de zijkant</w:t>
      </w:r>
    </w:p>
    <w:p w14:paraId="3AB2D50D" w14:textId="77777777" w:rsidR="00200B75" w:rsidRPr="00B528D5" w:rsidRDefault="00200B75" w:rsidP="00200B75">
      <w:pPr>
        <w:pStyle w:val="Lijstalinea"/>
        <w:rPr>
          <w:rFonts w:asciiTheme="majorHAnsi" w:hAnsiTheme="majorHAnsi" w:cstheme="majorHAnsi"/>
          <w:lang w:val="nl-BE"/>
        </w:rPr>
      </w:pPr>
    </w:p>
    <w:p w14:paraId="6433F2E6" w14:textId="42F9FBF3" w:rsidR="007474A4" w:rsidRPr="00B528D5" w:rsidRDefault="007474A4" w:rsidP="0010671F">
      <w:pPr>
        <w:pStyle w:val="Lijstalinea"/>
        <w:numPr>
          <w:ilvl w:val="0"/>
          <w:numId w:val="15"/>
        </w:numPr>
        <w:rPr>
          <w:rFonts w:asciiTheme="majorHAnsi" w:hAnsiTheme="majorHAnsi" w:cstheme="majorHAnsi"/>
          <w:lang w:val="nl-BE"/>
        </w:rPr>
      </w:pPr>
      <w:r w:rsidRPr="00B528D5">
        <w:rPr>
          <w:rFonts w:asciiTheme="majorHAnsi" w:hAnsiTheme="majorHAnsi" w:cstheme="majorHAnsi"/>
          <w:lang w:val="nl-BE"/>
        </w:rPr>
        <w:t>overzicht van de timing van de grote (</w:t>
      </w:r>
      <w:proofErr w:type="spellStart"/>
      <w:r w:rsidRPr="00B528D5">
        <w:rPr>
          <w:rFonts w:asciiTheme="majorHAnsi" w:hAnsiTheme="majorHAnsi" w:cstheme="majorHAnsi"/>
          <w:lang w:val="nl-BE"/>
        </w:rPr>
        <w:t>riolerings</w:t>
      </w:r>
      <w:proofErr w:type="spellEnd"/>
      <w:r w:rsidRPr="00B528D5">
        <w:rPr>
          <w:rFonts w:asciiTheme="majorHAnsi" w:hAnsiTheme="majorHAnsi" w:cstheme="majorHAnsi"/>
          <w:lang w:val="nl-BE"/>
        </w:rPr>
        <w:t>)werken doorheen de hele gemeente</w:t>
      </w:r>
      <w:r w:rsidR="00C81831" w:rsidRPr="00B528D5">
        <w:rPr>
          <w:rFonts w:asciiTheme="majorHAnsi" w:hAnsiTheme="majorHAnsi" w:cstheme="majorHAnsi"/>
          <w:lang w:val="nl-BE"/>
        </w:rPr>
        <w:t>:</w:t>
      </w:r>
    </w:p>
    <w:p w14:paraId="383282EB" w14:textId="2F102EBD" w:rsidR="00C81831" w:rsidRPr="00B528D5" w:rsidRDefault="00432307" w:rsidP="0010671F">
      <w:pPr>
        <w:pStyle w:val="Lijstalinea"/>
        <w:numPr>
          <w:ilvl w:val="1"/>
          <w:numId w:val="8"/>
        </w:numPr>
        <w:rPr>
          <w:rFonts w:asciiTheme="majorHAnsi" w:hAnsiTheme="majorHAnsi" w:cstheme="majorHAnsi"/>
          <w:lang w:val="nl-BE"/>
        </w:rPr>
      </w:pPr>
      <w:r w:rsidRPr="00B528D5">
        <w:rPr>
          <w:rFonts w:asciiTheme="majorHAnsi" w:hAnsiTheme="majorHAnsi" w:cstheme="majorHAnsi"/>
          <w:lang w:val="nl-BE"/>
        </w:rPr>
        <w:t>Laar/Kapellestraat komt eraan</w:t>
      </w:r>
      <w:r w:rsidR="005810B4" w:rsidRPr="00B528D5">
        <w:rPr>
          <w:rFonts w:asciiTheme="majorHAnsi" w:hAnsiTheme="majorHAnsi" w:cstheme="majorHAnsi"/>
          <w:lang w:val="nl-BE"/>
        </w:rPr>
        <w:t>.</w:t>
      </w:r>
    </w:p>
    <w:p w14:paraId="095873F7" w14:textId="1ADDE619" w:rsidR="00432307" w:rsidRPr="00B528D5" w:rsidRDefault="00432307" w:rsidP="00C81831">
      <w:pPr>
        <w:pStyle w:val="Lijstalinea"/>
        <w:ind w:firstLine="720"/>
        <w:rPr>
          <w:rFonts w:asciiTheme="majorHAnsi" w:hAnsiTheme="majorHAnsi" w:cstheme="majorHAnsi"/>
          <w:lang w:val="nl-BE"/>
        </w:rPr>
      </w:pPr>
      <w:proofErr w:type="spellStart"/>
      <w:r w:rsidRPr="00B528D5">
        <w:rPr>
          <w:rFonts w:asciiTheme="majorHAnsi" w:hAnsiTheme="majorHAnsi" w:cstheme="majorHAnsi"/>
          <w:lang w:val="nl-BE"/>
        </w:rPr>
        <w:t>Borrekenslaan</w:t>
      </w:r>
      <w:proofErr w:type="spellEnd"/>
      <w:r w:rsidRPr="00B528D5">
        <w:rPr>
          <w:rFonts w:asciiTheme="majorHAnsi" w:hAnsiTheme="majorHAnsi" w:cstheme="majorHAnsi"/>
          <w:lang w:val="nl-BE"/>
        </w:rPr>
        <w:t xml:space="preserve"> zal in dezelfde periode vallen</w:t>
      </w:r>
      <w:r w:rsidR="005810B4" w:rsidRPr="00B528D5">
        <w:rPr>
          <w:rFonts w:asciiTheme="majorHAnsi" w:hAnsiTheme="majorHAnsi" w:cstheme="majorHAnsi"/>
          <w:lang w:val="nl-BE"/>
        </w:rPr>
        <w:t>.</w:t>
      </w:r>
    </w:p>
    <w:p w14:paraId="6EFBB641" w14:textId="0A5F948E" w:rsidR="009C70C0" w:rsidRPr="00B528D5" w:rsidRDefault="009C70C0" w:rsidP="009C70C0">
      <w:pPr>
        <w:pStyle w:val="Lijstalinea"/>
        <w:numPr>
          <w:ilvl w:val="1"/>
          <w:numId w:val="8"/>
        </w:numPr>
        <w:rPr>
          <w:rFonts w:asciiTheme="majorHAnsi" w:hAnsiTheme="majorHAnsi" w:cstheme="majorHAnsi"/>
          <w:lang w:val="nl-BE"/>
        </w:rPr>
      </w:pPr>
      <w:r w:rsidRPr="00B528D5">
        <w:rPr>
          <w:rFonts w:asciiTheme="majorHAnsi" w:hAnsiTheme="majorHAnsi" w:cstheme="majorHAnsi"/>
          <w:lang w:val="nl-BE"/>
        </w:rPr>
        <w:lastRenderedPageBreak/>
        <w:t xml:space="preserve">De markt zal tijdens de werken definitief doorgaan in de Guido Gezellestraat; op vraag van de marktkramers wordt onderzocht hoe de markt ononderbroken kan blijven, zonder instroom via </w:t>
      </w:r>
      <w:r w:rsidR="00671399">
        <w:rPr>
          <w:rFonts w:asciiTheme="majorHAnsi" w:hAnsiTheme="majorHAnsi" w:cstheme="majorHAnsi"/>
          <w:lang w:val="nl-BE"/>
        </w:rPr>
        <w:t>de</w:t>
      </w:r>
      <w:r w:rsidRPr="00B528D5">
        <w:rPr>
          <w:rFonts w:asciiTheme="majorHAnsi" w:hAnsiTheme="majorHAnsi" w:cstheme="majorHAnsi"/>
          <w:lang w:val="nl-BE"/>
        </w:rPr>
        <w:t xml:space="preserve"> Vrijheidsstraat, waarbij de nodige omleidingen worden bekeken</w:t>
      </w:r>
      <w:r w:rsidR="00671399">
        <w:rPr>
          <w:rFonts w:asciiTheme="majorHAnsi" w:hAnsiTheme="majorHAnsi" w:cstheme="majorHAnsi"/>
          <w:lang w:val="nl-BE"/>
        </w:rPr>
        <w:t xml:space="preserve"> als de aannemer gekend is en er meer zicht is op de concrete faseringen.</w:t>
      </w:r>
    </w:p>
    <w:p w14:paraId="536E530E" w14:textId="0E05F313" w:rsidR="00432307" w:rsidRPr="00B528D5" w:rsidRDefault="00C81831" w:rsidP="0010671F">
      <w:pPr>
        <w:pStyle w:val="Lijstalinea"/>
        <w:numPr>
          <w:ilvl w:val="1"/>
          <w:numId w:val="8"/>
        </w:numPr>
        <w:rPr>
          <w:rFonts w:asciiTheme="majorHAnsi" w:hAnsiTheme="majorHAnsi" w:cstheme="majorHAnsi"/>
          <w:lang w:val="nl-BE"/>
        </w:rPr>
      </w:pPr>
      <w:r w:rsidRPr="00B528D5">
        <w:rPr>
          <w:rFonts w:asciiTheme="majorHAnsi" w:hAnsiTheme="majorHAnsi" w:cstheme="majorHAnsi"/>
          <w:lang w:val="nl-BE"/>
        </w:rPr>
        <w:t xml:space="preserve">Leon </w:t>
      </w:r>
      <w:proofErr w:type="spellStart"/>
      <w:r w:rsidRPr="00B528D5">
        <w:rPr>
          <w:rFonts w:asciiTheme="majorHAnsi" w:hAnsiTheme="majorHAnsi" w:cstheme="majorHAnsi"/>
          <w:lang w:val="nl-BE"/>
        </w:rPr>
        <w:t>Gilliotlaan</w:t>
      </w:r>
      <w:proofErr w:type="spellEnd"/>
      <w:r w:rsidRPr="00B528D5">
        <w:rPr>
          <w:rFonts w:asciiTheme="majorHAnsi" w:hAnsiTheme="majorHAnsi" w:cstheme="majorHAnsi"/>
          <w:lang w:val="nl-BE"/>
        </w:rPr>
        <w:t xml:space="preserve"> en Jan Davidlaan: doortrekken </w:t>
      </w:r>
      <w:proofErr w:type="spellStart"/>
      <w:r w:rsidRPr="00B528D5">
        <w:rPr>
          <w:rFonts w:asciiTheme="majorHAnsi" w:hAnsiTheme="majorHAnsi" w:cstheme="majorHAnsi"/>
          <w:lang w:val="nl-BE"/>
        </w:rPr>
        <w:t>fietsas</w:t>
      </w:r>
      <w:proofErr w:type="spellEnd"/>
      <w:r w:rsidRPr="00B528D5">
        <w:rPr>
          <w:rFonts w:asciiTheme="majorHAnsi" w:hAnsiTheme="majorHAnsi" w:cstheme="majorHAnsi"/>
          <w:lang w:val="nl-BE"/>
        </w:rPr>
        <w:t xml:space="preserve"> en mogelijk invoeren van een knip. (fietsstraat </w:t>
      </w:r>
      <w:r w:rsidR="00671399">
        <w:rPr>
          <w:rFonts w:asciiTheme="majorHAnsi" w:hAnsiTheme="majorHAnsi" w:cstheme="majorHAnsi"/>
          <w:lang w:val="nl-BE"/>
        </w:rPr>
        <w:t xml:space="preserve">en </w:t>
      </w:r>
      <w:proofErr w:type="spellStart"/>
      <w:r w:rsidR="00671399">
        <w:rPr>
          <w:rFonts w:asciiTheme="majorHAnsi" w:hAnsiTheme="majorHAnsi" w:cstheme="majorHAnsi"/>
          <w:lang w:val="nl-BE"/>
        </w:rPr>
        <w:t>schoolstraat</w:t>
      </w:r>
      <w:proofErr w:type="spellEnd"/>
      <w:r w:rsidR="00671399">
        <w:rPr>
          <w:rFonts w:asciiTheme="majorHAnsi" w:hAnsiTheme="majorHAnsi" w:cstheme="majorHAnsi"/>
          <w:lang w:val="nl-BE"/>
        </w:rPr>
        <w:t xml:space="preserve"> </w:t>
      </w:r>
      <w:r w:rsidRPr="00B528D5">
        <w:rPr>
          <w:rFonts w:asciiTheme="majorHAnsi" w:hAnsiTheme="majorHAnsi" w:cstheme="majorHAnsi"/>
          <w:lang w:val="nl-BE"/>
        </w:rPr>
        <w:t>aan De Blokkendoos wordt positief onthaald)</w:t>
      </w:r>
    </w:p>
    <w:p w14:paraId="53A8B630" w14:textId="35A41792" w:rsidR="00C81831" w:rsidRPr="00B528D5" w:rsidRDefault="00121A5A" w:rsidP="0010671F">
      <w:pPr>
        <w:pStyle w:val="Lijstalinea"/>
        <w:numPr>
          <w:ilvl w:val="1"/>
          <w:numId w:val="8"/>
        </w:numPr>
        <w:rPr>
          <w:rFonts w:asciiTheme="majorHAnsi" w:hAnsiTheme="majorHAnsi" w:cstheme="majorHAnsi"/>
          <w:lang w:val="nl-BE"/>
        </w:rPr>
      </w:pPr>
      <w:proofErr w:type="spellStart"/>
      <w:r w:rsidRPr="00B528D5">
        <w:rPr>
          <w:rFonts w:asciiTheme="majorHAnsi" w:hAnsiTheme="majorHAnsi" w:cstheme="majorHAnsi"/>
          <w:lang w:val="nl-BE"/>
        </w:rPr>
        <w:t>Kontichsesteenweg</w:t>
      </w:r>
      <w:proofErr w:type="spellEnd"/>
      <w:r w:rsidR="00797C67">
        <w:rPr>
          <w:rFonts w:asciiTheme="majorHAnsi" w:hAnsiTheme="majorHAnsi" w:cstheme="majorHAnsi"/>
          <w:lang w:val="nl-BE"/>
        </w:rPr>
        <w:t>:</w:t>
      </w:r>
      <w:r w:rsidRPr="00B528D5">
        <w:rPr>
          <w:rFonts w:asciiTheme="majorHAnsi" w:hAnsiTheme="majorHAnsi" w:cstheme="majorHAnsi"/>
          <w:lang w:val="nl-BE"/>
        </w:rPr>
        <w:t xml:space="preserve"> het gedeelte dat nog niet is </w:t>
      </w:r>
      <w:r w:rsidR="005810B4" w:rsidRPr="00B528D5">
        <w:rPr>
          <w:rFonts w:asciiTheme="majorHAnsi" w:hAnsiTheme="majorHAnsi" w:cstheme="majorHAnsi"/>
          <w:lang w:val="nl-BE"/>
        </w:rPr>
        <w:t>aangepakt</w:t>
      </w:r>
      <w:r w:rsidRPr="00B528D5">
        <w:rPr>
          <w:rFonts w:asciiTheme="majorHAnsi" w:hAnsiTheme="majorHAnsi" w:cstheme="majorHAnsi"/>
          <w:lang w:val="nl-BE"/>
        </w:rPr>
        <w:t>.</w:t>
      </w:r>
    </w:p>
    <w:p w14:paraId="137017A4" w14:textId="4987A62D" w:rsidR="00121A5A" w:rsidRPr="00B528D5" w:rsidRDefault="00121A5A" w:rsidP="00121A5A">
      <w:pPr>
        <w:pStyle w:val="Lijstalinea"/>
        <w:ind w:left="1440"/>
        <w:rPr>
          <w:rFonts w:asciiTheme="majorHAnsi" w:hAnsiTheme="majorHAnsi" w:cstheme="majorHAnsi"/>
          <w:lang w:val="nl-BE"/>
        </w:rPr>
      </w:pPr>
      <w:r w:rsidRPr="00B528D5">
        <w:rPr>
          <w:rFonts w:asciiTheme="majorHAnsi" w:hAnsiTheme="majorHAnsi" w:cstheme="majorHAnsi"/>
          <w:lang w:val="nl-BE"/>
        </w:rPr>
        <w:t xml:space="preserve">Er komen </w:t>
      </w:r>
      <w:r w:rsidR="00797C67">
        <w:rPr>
          <w:rFonts w:asciiTheme="majorHAnsi" w:hAnsiTheme="majorHAnsi" w:cstheme="majorHAnsi"/>
          <w:lang w:val="nl-BE"/>
        </w:rPr>
        <w:t>twee</w:t>
      </w:r>
      <w:r w:rsidRPr="00B528D5">
        <w:rPr>
          <w:rFonts w:asciiTheme="majorHAnsi" w:hAnsiTheme="majorHAnsi" w:cstheme="majorHAnsi"/>
          <w:lang w:val="nl-BE"/>
        </w:rPr>
        <w:t xml:space="preserve"> voorsorteerstroken op de </w:t>
      </w:r>
      <w:proofErr w:type="spellStart"/>
      <w:r w:rsidRPr="00B528D5">
        <w:rPr>
          <w:rFonts w:asciiTheme="majorHAnsi" w:hAnsiTheme="majorHAnsi" w:cstheme="majorHAnsi"/>
          <w:lang w:val="nl-BE"/>
        </w:rPr>
        <w:t>Kontichse</w:t>
      </w:r>
      <w:r w:rsidR="00834431" w:rsidRPr="00B528D5">
        <w:rPr>
          <w:rFonts w:asciiTheme="majorHAnsi" w:hAnsiTheme="majorHAnsi" w:cstheme="majorHAnsi"/>
          <w:lang w:val="nl-BE"/>
        </w:rPr>
        <w:t>s</w:t>
      </w:r>
      <w:r w:rsidRPr="00B528D5">
        <w:rPr>
          <w:rFonts w:asciiTheme="majorHAnsi" w:hAnsiTheme="majorHAnsi" w:cstheme="majorHAnsi"/>
          <w:lang w:val="nl-BE"/>
        </w:rPr>
        <w:t>teenweg</w:t>
      </w:r>
      <w:proofErr w:type="spellEnd"/>
      <w:r w:rsidR="00834431" w:rsidRPr="00B528D5">
        <w:rPr>
          <w:rFonts w:asciiTheme="majorHAnsi" w:hAnsiTheme="majorHAnsi" w:cstheme="majorHAnsi"/>
          <w:lang w:val="nl-BE"/>
        </w:rPr>
        <w:t xml:space="preserve"> aan het kruispunt met B. van </w:t>
      </w:r>
      <w:proofErr w:type="spellStart"/>
      <w:r w:rsidR="00834431" w:rsidRPr="00B528D5">
        <w:rPr>
          <w:rFonts w:asciiTheme="majorHAnsi" w:hAnsiTheme="majorHAnsi" w:cstheme="majorHAnsi"/>
          <w:lang w:val="nl-BE"/>
        </w:rPr>
        <w:t>Ertbornstraat</w:t>
      </w:r>
      <w:proofErr w:type="spellEnd"/>
      <w:r w:rsidR="00834431" w:rsidRPr="00B528D5">
        <w:rPr>
          <w:rFonts w:asciiTheme="majorHAnsi" w:hAnsiTheme="majorHAnsi" w:cstheme="majorHAnsi"/>
          <w:lang w:val="nl-BE"/>
        </w:rPr>
        <w:t>/Dijkstraat</w:t>
      </w:r>
      <w:r w:rsidRPr="00B528D5">
        <w:rPr>
          <w:rFonts w:asciiTheme="majorHAnsi" w:hAnsiTheme="majorHAnsi" w:cstheme="majorHAnsi"/>
          <w:lang w:val="nl-BE"/>
        </w:rPr>
        <w:t>.</w:t>
      </w:r>
    </w:p>
    <w:p w14:paraId="4FA660B6" w14:textId="2FCEB217" w:rsidR="00121A5A" w:rsidRPr="00B528D5" w:rsidRDefault="00121A5A" w:rsidP="0010671F">
      <w:pPr>
        <w:pStyle w:val="Lijstalinea"/>
        <w:numPr>
          <w:ilvl w:val="1"/>
          <w:numId w:val="8"/>
        </w:numPr>
        <w:rPr>
          <w:rFonts w:asciiTheme="majorHAnsi" w:hAnsiTheme="majorHAnsi" w:cstheme="majorHAnsi"/>
          <w:lang w:val="nl-BE"/>
        </w:rPr>
      </w:pPr>
      <w:r w:rsidRPr="00B528D5">
        <w:rPr>
          <w:rFonts w:asciiTheme="majorHAnsi" w:hAnsiTheme="majorHAnsi" w:cstheme="majorHAnsi"/>
          <w:lang w:val="nl-BE"/>
        </w:rPr>
        <w:t xml:space="preserve">Project </w:t>
      </w:r>
      <w:proofErr w:type="spellStart"/>
      <w:r w:rsidRPr="00B528D5">
        <w:rPr>
          <w:rFonts w:asciiTheme="majorHAnsi" w:hAnsiTheme="majorHAnsi" w:cstheme="majorHAnsi"/>
          <w:lang w:val="nl-BE"/>
        </w:rPr>
        <w:t>Varenloop</w:t>
      </w:r>
      <w:proofErr w:type="spellEnd"/>
      <w:r w:rsidRPr="00B528D5">
        <w:rPr>
          <w:rFonts w:asciiTheme="majorHAnsi" w:hAnsiTheme="majorHAnsi" w:cstheme="majorHAnsi"/>
          <w:lang w:val="nl-BE"/>
        </w:rPr>
        <w:t xml:space="preserve"> in wijk Lindenbos (2027)</w:t>
      </w:r>
      <w:r w:rsidR="00671399">
        <w:rPr>
          <w:rFonts w:asciiTheme="majorHAnsi" w:hAnsiTheme="majorHAnsi" w:cstheme="majorHAnsi"/>
          <w:lang w:val="nl-BE"/>
        </w:rPr>
        <w:t>. In november 2025 vond een infovergadering</w:t>
      </w:r>
      <w:r w:rsidR="00D9485B">
        <w:rPr>
          <w:rFonts w:asciiTheme="majorHAnsi" w:hAnsiTheme="majorHAnsi" w:cstheme="majorHAnsi"/>
          <w:lang w:val="nl-BE"/>
        </w:rPr>
        <w:t xml:space="preserve"> voor de wijk plaats. </w:t>
      </w:r>
    </w:p>
    <w:p w14:paraId="4C4F3497" w14:textId="5195F4CB" w:rsidR="00121A5A" w:rsidRPr="00B528D5" w:rsidRDefault="00121A5A" w:rsidP="0010671F">
      <w:pPr>
        <w:spacing w:after="0"/>
        <w:ind w:left="1080"/>
        <w:rPr>
          <w:rFonts w:asciiTheme="majorHAnsi" w:hAnsiTheme="majorHAnsi" w:cstheme="majorHAnsi"/>
          <w:u w:val="single"/>
          <w:lang w:val="nl-BE"/>
        </w:rPr>
      </w:pPr>
      <w:r w:rsidRPr="00B528D5">
        <w:rPr>
          <w:rFonts w:asciiTheme="majorHAnsi" w:hAnsiTheme="majorHAnsi" w:cstheme="majorHAnsi"/>
          <w:u w:val="single"/>
          <w:lang w:val="nl-BE"/>
        </w:rPr>
        <w:t>Niet opgenomen in meerjarenplanning:</w:t>
      </w:r>
    </w:p>
    <w:p w14:paraId="34F17D10" w14:textId="3926DB25" w:rsidR="00121A5A" w:rsidRPr="00B528D5" w:rsidRDefault="00834431" w:rsidP="0010671F">
      <w:pPr>
        <w:pStyle w:val="Lijstalinea"/>
        <w:numPr>
          <w:ilvl w:val="1"/>
          <w:numId w:val="8"/>
        </w:numPr>
        <w:rPr>
          <w:rFonts w:asciiTheme="majorHAnsi" w:hAnsiTheme="majorHAnsi" w:cstheme="majorHAnsi"/>
          <w:lang w:val="nl-BE"/>
        </w:rPr>
      </w:pPr>
      <w:proofErr w:type="spellStart"/>
      <w:r w:rsidRPr="00B528D5">
        <w:rPr>
          <w:rFonts w:asciiTheme="majorHAnsi" w:hAnsiTheme="majorHAnsi" w:cstheme="majorHAnsi"/>
          <w:lang w:val="nl-BE"/>
        </w:rPr>
        <w:t>Cleydaallaan</w:t>
      </w:r>
      <w:proofErr w:type="spellEnd"/>
      <w:r w:rsidR="00121A5A" w:rsidRPr="00B528D5">
        <w:rPr>
          <w:rFonts w:asciiTheme="majorHAnsi" w:hAnsiTheme="majorHAnsi" w:cstheme="majorHAnsi"/>
          <w:lang w:val="nl-BE"/>
        </w:rPr>
        <w:t>: eerst evolutie fietsbrug</w:t>
      </w:r>
      <w:r w:rsidRPr="00B528D5">
        <w:rPr>
          <w:rFonts w:asciiTheme="majorHAnsi" w:hAnsiTheme="majorHAnsi" w:cstheme="majorHAnsi"/>
          <w:lang w:val="nl-BE"/>
        </w:rPr>
        <w:t xml:space="preserve"> afwachten om te weten hoe de aansluitingen op het fietspad zullen verlopen</w:t>
      </w:r>
      <w:r w:rsidR="00121A5A" w:rsidRPr="00B528D5">
        <w:rPr>
          <w:rFonts w:asciiTheme="majorHAnsi" w:hAnsiTheme="majorHAnsi" w:cstheme="majorHAnsi"/>
          <w:lang w:val="nl-BE"/>
        </w:rPr>
        <w:t>.</w:t>
      </w:r>
    </w:p>
    <w:p w14:paraId="76C09C29" w14:textId="1CBC44F2" w:rsidR="00121A5A" w:rsidRPr="00B528D5" w:rsidRDefault="00121A5A" w:rsidP="0010671F">
      <w:pPr>
        <w:pStyle w:val="Lijstalinea"/>
        <w:numPr>
          <w:ilvl w:val="1"/>
          <w:numId w:val="8"/>
        </w:numPr>
        <w:rPr>
          <w:rFonts w:asciiTheme="majorHAnsi" w:hAnsiTheme="majorHAnsi" w:cstheme="majorHAnsi"/>
          <w:lang w:val="nl-BE"/>
        </w:rPr>
      </w:pPr>
      <w:proofErr w:type="spellStart"/>
      <w:r w:rsidRPr="00B528D5">
        <w:rPr>
          <w:rFonts w:asciiTheme="majorHAnsi" w:hAnsiTheme="majorHAnsi" w:cstheme="majorHAnsi"/>
          <w:lang w:val="nl-BE"/>
        </w:rPr>
        <w:t>Pierstraat</w:t>
      </w:r>
      <w:proofErr w:type="spellEnd"/>
      <w:r w:rsidRPr="00B528D5">
        <w:rPr>
          <w:rFonts w:asciiTheme="majorHAnsi" w:hAnsiTheme="majorHAnsi" w:cstheme="majorHAnsi"/>
          <w:lang w:val="nl-BE"/>
        </w:rPr>
        <w:t xml:space="preserve">: eerst doortrekking van de expresweg (2028), aansluitend </w:t>
      </w:r>
      <w:proofErr w:type="spellStart"/>
      <w:r w:rsidRPr="00B528D5">
        <w:rPr>
          <w:rFonts w:asciiTheme="majorHAnsi" w:hAnsiTheme="majorHAnsi" w:cstheme="majorHAnsi"/>
          <w:lang w:val="nl-BE"/>
        </w:rPr>
        <w:t>Reetsesteenweg</w:t>
      </w:r>
      <w:proofErr w:type="spellEnd"/>
      <w:r w:rsidRPr="00B528D5">
        <w:rPr>
          <w:rFonts w:asciiTheme="majorHAnsi" w:hAnsiTheme="majorHAnsi" w:cstheme="majorHAnsi"/>
          <w:lang w:val="nl-BE"/>
        </w:rPr>
        <w:t xml:space="preserve"> en daarna </w:t>
      </w:r>
      <w:proofErr w:type="spellStart"/>
      <w:r w:rsidRPr="00B528D5">
        <w:rPr>
          <w:rFonts w:asciiTheme="majorHAnsi" w:hAnsiTheme="majorHAnsi" w:cstheme="majorHAnsi"/>
          <w:lang w:val="nl-BE"/>
        </w:rPr>
        <w:t>Pierstraat</w:t>
      </w:r>
      <w:proofErr w:type="spellEnd"/>
      <w:r w:rsidRPr="00B528D5">
        <w:rPr>
          <w:rFonts w:asciiTheme="majorHAnsi" w:hAnsiTheme="majorHAnsi" w:cstheme="majorHAnsi"/>
          <w:lang w:val="nl-BE"/>
        </w:rPr>
        <w:t>.</w:t>
      </w:r>
    </w:p>
    <w:p w14:paraId="24019FAC" w14:textId="30CE129F" w:rsidR="00121A5A" w:rsidRPr="00B528D5" w:rsidRDefault="00121A5A" w:rsidP="00121A5A">
      <w:pPr>
        <w:pStyle w:val="Lijstalinea"/>
        <w:ind w:left="1440"/>
        <w:rPr>
          <w:rFonts w:asciiTheme="majorHAnsi" w:hAnsiTheme="majorHAnsi" w:cstheme="majorHAnsi"/>
          <w:lang w:val="nl-BE"/>
        </w:rPr>
      </w:pPr>
      <w:r w:rsidRPr="00B528D5">
        <w:rPr>
          <w:rFonts w:asciiTheme="majorHAnsi" w:hAnsiTheme="majorHAnsi" w:cstheme="majorHAnsi"/>
          <w:lang w:val="nl-BE"/>
        </w:rPr>
        <w:t>Er is budget voorzien om de slechte betonplaten</w:t>
      </w:r>
      <w:r w:rsidR="00834431" w:rsidRPr="00B528D5">
        <w:rPr>
          <w:rFonts w:asciiTheme="majorHAnsi" w:hAnsiTheme="majorHAnsi" w:cstheme="majorHAnsi"/>
          <w:lang w:val="nl-BE"/>
        </w:rPr>
        <w:t xml:space="preserve"> in de </w:t>
      </w:r>
      <w:proofErr w:type="spellStart"/>
      <w:r w:rsidR="00834431" w:rsidRPr="00B528D5">
        <w:rPr>
          <w:rFonts w:asciiTheme="majorHAnsi" w:hAnsiTheme="majorHAnsi" w:cstheme="majorHAnsi"/>
          <w:lang w:val="nl-BE"/>
        </w:rPr>
        <w:t>Pierstraat</w:t>
      </w:r>
      <w:proofErr w:type="spellEnd"/>
      <w:r w:rsidR="00834431" w:rsidRPr="00B528D5">
        <w:rPr>
          <w:rFonts w:asciiTheme="majorHAnsi" w:hAnsiTheme="majorHAnsi" w:cstheme="majorHAnsi"/>
          <w:lang w:val="nl-BE"/>
        </w:rPr>
        <w:t xml:space="preserve"> (kant wijk Koekoek)</w:t>
      </w:r>
      <w:r w:rsidRPr="00B528D5">
        <w:rPr>
          <w:rFonts w:asciiTheme="majorHAnsi" w:hAnsiTheme="majorHAnsi" w:cstheme="majorHAnsi"/>
          <w:lang w:val="nl-BE"/>
        </w:rPr>
        <w:t xml:space="preserve"> te vervangen.</w:t>
      </w:r>
    </w:p>
    <w:p w14:paraId="0128297A" w14:textId="19F81B77" w:rsidR="00121A5A" w:rsidRPr="00B528D5" w:rsidRDefault="00121A5A" w:rsidP="0010671F">
      <w:pPr>
        <w:pStyle w:val="Lijstalinea"/>
        <w:numPr>
          <w:ilvl w:val="1"/>
          <w:numId w:val="8"/>
        </w:numPr>
        <w:rPr>
          <w:rFonts w:asciiTheme="majorHAnsi" w:hAnsiTheme="majorHAnsi" w:cstheme="majorHAnsi"/>
          <w:lang w:val="nl-BE"/>
        </w:rPr>
      </w:pPr>
      <w:proofErr w:type="spellStart"/>
      <w:r w:rsidRPr="00B528D5">
        <w:rPr>
          <w:rFonts w:asciiTheme="majorHAnsi" w:hAnsiTheme="majorHAnsi" w:cstheme="majorHAnsi"/>
          <w:lang w:val="nl-BE"/>
        </w:rPr>
        <w:t>Binnengebied</w:t>
      </w:r>
      <w:proofErr w:type="spellEnd"/>
      <w:r w:rsidRPr="00B528D5">
        <w:rPr>
          <w:rFonts w:asciiTheme="majorHAnsi" w:hAnsiTheme="majorHAnsi" w:cstheme="majorHAnsi"/>
          <w:lang w:val="nl-BE"/>
        </w:rPr>
        <w:t xml:space="preserve"> van de </w:t>
      </w:r>
      <w:proofErr w:type="spellStart"/>
      <w:r w:rsidRPr="00B528D5">
        <w:rPr>
          <w:rFonts w:asciiTheme="majorHAnsi" w:hAnsiTheme="majorHAnsi" w:cstheme="majorHAnsi"/>
          <w:lang w:val="nl-BE"/>
        </w:rPr>
        <w:t>Buerstede</w:t>
      </w:r>
      <w:proofErr w:type="spellEnd"/>
      <w:r w:rsidRPr="00B528D5">
        <w:rPr>
          <w:rFonts w:asciiTheme="majorHAnsi" w:hAnsiTheme="majorHAnsi" w:cstheme="majorHAnsi"/>
          <w:lang w:val="nl-BE"/>
        </w:rPr>
        <w:t>: wordt bekeken</w:t>
      </w:r>
    </w:p>
    <w:p w14:paraId="080F1435" w14:textId="628EBE8F" w:rsidR="00121A5A" w:rsidRPr="00B528D5" w:rsidRDefault="00121A5A" w:rsidP="00121A5A">
      <w:pPr>
        <w:pStyle w:val="Lijstalinea"/>
        <w:ind w:left="1440"/>
        <w:rPr>
          <w:rFonts w:asciiTheme="majorHAnsi" w:hAnsiTheme="majorHAnsi" w:cstheme="majorHAnsi"/>
          <w:lang w:val="nl-BE"/>
        </w:rPr>
      </w:pPr>
      <w:r w:rsidRPr="00B528D5">
        <w:rPr>
          <w:rFonts w:asciiTheme="majorHAnsi" w:hAnsiTheme="majorHAnsi" w:cstheme="majorHAnsi"/>
          <w:lang w:val="nl-BE"/>
        </w:rPr>
        <w:t>(tegenwoordig is er een nieuwe techniek waardoor de werken sneller kunnen worden uitgevoerd, het uitzicht blijft hetzelfde en het is budgetvriendelijker</w:t>
      </w:r>
      <w:r w:rsidR="00EB30BD" w:rsidRPr="00B528D5">
        <w:rPr>
          <w:rFonts w:asciiTheme="majorHAnsi" w:hAnsiTheme="majorHAnsi" w:cstheme="majorHAnsi"/>
          <w:lang w:val="nl-BE"/>
        </w:rPr>
        <w:t>)</w:t>
      </w:r>
    </w:p>
    <w:p w14:paraId="7C315B0C" w14:textId="77777777" w:rsidR="000627AB" w:rsidRPr="00B528D5" w:rsidRDefault="000627AB" w:rsidP="00121A5A">
      <w:pPr>
        <w:pStyle w:val="Lijstalinea"/>
        <w:ind w:left="1440"/>
        <w:rPr>
          <w:rFonts w:asciiTheme="majorHAnsi" w:hAnsiTheme="majorHAnsi" w:cstheme="majorHAnsi"/>
          <w:lang w:val="nl-BE"/>
        </w:rPr>
      </w:pPr>
    </w:p>
    <w:p w14:paraId="770A3B23" w14:textId="3E7C692A" w:rsidR="000627AB" w:rsidRPr="00B528D5" w:rsidRDefault="000627AB" w:rsidP="009C70C0">
      <w:pPr>
        <w:pStyle w:val="Lijstalinea"/>
        <w:ind w:left="1440"/>
        <w:rPr>
          <w:rFonts w:asciiTheme="majorHAnsi" w:hAnsiTheme="majorHAnsi" w:cstheme="majorHAnsi"/>
          <w:lang w:val="nl-BE"/>
        </w:rPr>
      </w:pPr>
      <w:r w:rsidRPr="00B528D5">
        <w:rPr>
          <w:rFonts w:asciiTheme="majorHAnsi" w:hAnsiTheme="majorHAnsi" w:cstheme="majorHAnsi"/>
          <w:lang w:val="nl-BE"/>
        </w:rPr>
        <w:t xml:space="preserve">Totaal: </w:t>
      </w:r>
      <w:r w:rsidR="00834431" w:rsidRPr="00B528D5">
        <w:rPr>
          <w:rFonts w:asciiTheme="majorHAnsi" w:hAnsiTheme="majorHAnsi" w:cstheme="majorHAnsi"/>
          <w:lang w:val="nl-BE"/>
        </w:rPr>
        <w:t xml:space="preserve">circa </w:t>
      </w:r>
      <w:r w:rsidRPr="00B528D5">
        <w:rPr>
          <w:rFonts w:asciiTheme="majorHAnsi" w:hAnsiTheme="majorHAnsi" w:cstheme="majorHAnsi"/>
          <w:lang w:val="nl-BE"/>
        </w:rPr>
        <w:t>11 miljoen investeringen voor de rioleringsprojecten.</w:t>
      </w:r>
    </w:p>
    <w:p w14:paraId="063E0F36" w14:textId="77777777" w:rsidR="009C70C0" w:rsidRPr="00B528D5" w:rsidRDefault="009C70C0" w:rsidP="009C70C0">
      <w:pPr>
        <w:pStyle w:val="Lijstalinea"/>
        <w:ind w:left="1440"/>
        <w:rPr>
          <w:rFonts w:asciiTheme="majorHAnsi" w:hAnsiTheme="majorHAnsi" w:cstheme="majorHAnsi"/>
          <w:lang w:val="nl-BE"/>
        </w:rPr>
      </w:pPr>
    </w:p>
    <w:p w14:paraId="44E9BC32" w14:textId="45EF2CB6" w:rsidR="00121A5A" w:rsidRDefault="00121A5A" w:rsidP="0010671F">
      <w:pPr>
        <w:pStyle w:val="Lijstalinea"/>
        <w:numPr>
          <w:ilvl w:val="0"/>
          <w:numId w:val="15"/>
        </w:numPr>
        <w:rPr>
          <w:rFonts w:asciiTheme="majorHAnsi" w:hAnsiTheme="majorHAnsi" w:cstheme="majorHAnsi"/>
          <w:lang w:val="nl-BE"/>
        </w:rPr>
      </w:pPr>
      <w:proofErr w:type="spellStart"/>
      <w:r w:rsidRPr="00B528D5">
        <w:rPr>
          <w:rFonts w:asciiTheme="majorHAnsi" w:hAnsiTheme="majorHAnsi" w:cstheme="majorHAnsi"/>
          <w:lang w:val="nl-BE"/>
        </w:rPr>
        <w:t>Stavaza</w:t>
      </w:r>
      <w:proofErr w:type="spellEnd"/>
      <w:r w:rsidRPr="00B528D5">
        <w:rPr>
          <w:rFonts w:asciiTheme="majorHAnsi" w:hAnsiTheme="majorHAnsi" w:cstheme="majorHAnsi"/>
          <w:lang w:val="nl-BE"/>
        </w:rPr>
        <w:t xml:space="preserve"> I</w:t>
      </w:r>
      <w:r w:rsidR="00797C67">
        <w:rPr>
          <w:rFonts w:asciiTheme="majorHAnsi" w:hAnsiTheme="majorHAnsi" w:cstheme="majorHAnsi"/>
          <w:lang w:val="nl-BE"/>
        </w:rPr>
        <w:t>SVAG</w:t>
      </w:r>
      <w:r w:rsidRPr="00B528D5">
        <w:rPr>
          <w:rFonts w:asciiTheme="majorHAnsi" w:hAnsiTheme="majorHAnsi" w:cstheme="majorHAnsi"/>
          <w:lang w:val="nl-BE"/>
        </w:rPr>
        <w:t>:</w:t>
      </w:r>
    </w:p>
    <w:p w14:paraId="08BEFB1B" w14:textId="64A702C0" w:rsidR="000627AB" w:rsidRPr="00E336C3" w:rsidRDefault="000627AB" w:rsidP="00E336C3">
      <w:pPr>
        <w:pStyle w:val="Lijstalinea"/>
        <w:numPr>
          <w:ilvl w:val="0"/>
          <w:numId w:val="30"/>
        </w:numPr>
        <w:rPr>
          <w:rFonts w:asciiTheme="majorHAnsi" w:hAnsiTheme="majorHAnsi" w:cstheme="majorHAnsi"/>
          <w:lang w:val="nl-BE"/>
        </w:rPr>
      </w:pPr>
      <w:r w:rsidRPr="00E336C3">
        <w:rPr>
          <w:rFonts w:asciiTheme="majorHAnsi" w:hAnsiTheme="majorHAnsi" w:cstheme="majorHAnsi"/>
          <w:lang w:val="nl-BE"/>
        </w:rPr>
        <w:t>Over ISVAG is er weinig nieuws. De stuurgroep volgt de ontwikkelingen</w:t>
      </w:r>
      <w:r w:rsidR="00834431" w:rsidRPr="00E336C3">
        <w:rPr>
          <w:rFonts w:asciiTheme="majorHAnsi" w:hAnsiTheme="majorHAnsi" w:cstheme="majorHAnsi"/>
          <w:lang w:val="nl-BE"/>
        </w:rPr>
        <w:t xml:space="preserve"> op en </w:t>
      </w:r>
      <w:r w:rsidR="00D9485B">
        <w:rPr>
          <w:rFonts w:asciiTheme="majorHAnsi" w:hAnsiTheme="majorHAnsi" w:cstheme="majorHAnsi"/>
          <w:lang w:val="nl-BE"/>
        </w:rPr>
        <w:t>bracht</w:t>
      </w:r>
      <w:r w:rsidR="00834431" w:rsidRPr="00E336C3">
        <w:rPr>
          <w:rFonts w:asciiTheme="majorHAnsi" w:hAnsiTheme="majorHAnsi" w:cstheme="majorHAnsi"/>
          <w:lang w:val="nl-BE"/>
        </w:rPr>
        <w:t xml:space="preserve"> een werkbezoek aan</w:t>
      </w:r>
      <w:r w:rsidRPr="00E336C3">
        <w:rPr>
          <w:rFonts w:asciiTheme="majorHAnsi" w:hAnsiTheme="majorHAnsi" w:cstheme="majorHAnsi"/>
          <w:lang w:val="nl-BE"/>
        </w:rPr>
        <w:t xml:space="preserve"> Kopenhagen. Daarnaast is er communicatie met de intercommunale van Gent om mogelijke opties te bekijken. ISVAG beschikt over een capaciteit van 14</w:t>
      </w:r>
      <w:r w:rsidR="00834431" w:rsidRPr="00E336C3">
        <w:rPr>
          <w:rFonts w:asciiTheme="majorHAnsi" w:hAnsiTheme="majorHAnsi" w:cstheme="majorHAnsi"/>
          <w:lang w:val="nl-BE"/>
        </w:rPr>
        <w:t>4</w:t>
      </w:r>
      <w:r w:rsidRPr="00E336C3">
        <w:rPr>
          <w:rFonts w:asciiTheme="majorHAnsi" w:hAnsiTheme="majorHAnsi" w:cstheme="majorHAnsi"/>
          <w:lang w:val="nl-BE"/>
        </w:rPr>
        <w:t xml:space="preserve"> ton; er wordt gestreefd naar ovens met een capaciteit van </w:t>
      </w:r>
      <w:r w:rsidR="00834431" w:rsidRPr="00E336C3">
        <w:rPr>
          <w:rFonts w:asciiTheme="majorHAnsi" w:hAnsiTheme="majorHAnsi" w:cstheme="majorHAnsi"/>
          <w:lang w:val="nl-BE"/>
        </w:rPr>
        <w:t xml:space="preserve">meer dan </w:t>
      </w:r>
      <w:r w:rsidRPr="00E336C3">
        <w:rPr>
          <w:rFonts w:asciiTheme="majorHAnsi" w:hAnsiTheme="majorHAnsi" w:cstheme="majorHAnsi"/>
          <w:lang w:val="nl-BE"/>
        </w:rPr>
        <w:t>300 ton.</w:t>
      </w:r>
    </w:p>
    <w:p w14:paraId="32032196" w14:textId="77777777" w:rsidR="009F6FB8" w:rsidRPr="00B528D5" w:rsidRDefault="009F6FB8" w:rsidP="000627AB">
      <w:pPr>
        <w:pStyle w:val="Lijstalinea"/>
        <w:rPr>
          <w:rFonts w:asciiTheme="majorHAnsi" w:hAnsiTheme="majorHAnsi" w:cstheme="majorHAnsi"/>
          <w:lang w:val="nl-BE"/>
        </w:rPr>
      </w:pPr>
    </w:p>
    <w:p w14:paraId="4AD8B13E" w14:textId="77777777" w:rsidR="00D9485B" w:rsidRDefault="009F6FB8" w:rsidP="0010671F">
      <w:pPr>
        <w:pStyle w:val="Lijstalinea"/>
        <w:numPr>
          <w:ilvl w:val="0"/>
          <w:numId w:val="15"/>
        </w:numPr>
        <w:rPr>
          <w:rFonts w:asciiTheme="majorHAnsi" w:hAnsiTheme="majorHAnsi" w:cstheme="majorHAnsi"/>
          <w:lang w:val="nl-BE"/>
        </w:rPr>
      </w:pPr>
      <w:r w:rsidRPr="00B528D5">
        <w:rPr>
          <w:rFonts w:asciiTheme="majorHAnsi" w:hAnsiTheme="majorHAnsi" w:cstheme="majorHAnsi"/>
          <w:lang w:val="nl-BE"/>
        </w:rPr>
        <w:t xml:space="preserve">Zone 30 </w:t>
      </w:r>
      <w:r w:rsidR="00797C67">
        <w:rPr>
          <w:rFonts w:asciiTheme="majorHAnsi" w:hAnsiTheme="majorHAnsi" w:cstheme="majorHAnsi"/>
          <w:lang w:val="nl-BE"/>
        </w:rPr>
        <w:t xml:space="preserve">in de </w:t>
      </w:r>
      <w:r w:rsidRPr="00B528D5">
        <w:rPr>
          <w:rFonts w:asciiTheme="majorHAnsi" w:hAnsiTheme="majorHAnsi" w:cstheme="majorHAnsi"/>
          <w:lang w:val="nl-BE"/>
        </w:rPr>
        <w:t xml:space="preserve"> Hoevelei werd uitgebreid tot aan hoek </w:t>
      </w:r>
      <w:r w:rsidR="00797C67">
        <w:rPr>
          <w:rFonts w:asciiTheme="majorHAnsi" w:hAnsiTheme="majorHAnsi" w:cstheme="majorHAnsi"/>
          <w:lang w:val="nl-BE"/>
        </w:rPr>
        <w:t xml:space="preserve">met de </w:t>
      </w:r>
      <w:proofErr w:type="spellStart"/>
      <w:r w:rsidRPr="00B528D5">
        <w:rPr>
          <w:rFonts w:asciiTheme="majorHAnsi" w:hAnsiTheme="majorHAnsi" w:cstheme="majorHAnsi"/>
          <w:lang w:val="nl-BE"/>
        </w:rPr>
        <w:t>Wolffaertshoflaan</w:t>
      </w:r>
      <w:proofErr w:type="spellEnd"/>
      <w:r w:rsidR="00D9485B">
        <w:rPr>
          <w:rFonts w:asciiTheme="majorHAnsi" w:hAnsiTheme="majorHAnsi" w:cstheme="majorHAnsi"/>
          <w:lang w:val="nl-BE"/>
        </w:rPr>
        <w:t>:</w:t>
      </w:r>
    </w:p>
    <w:p w14:paraId="6914E59B" w14:textId="08F1DE10" w:rsidR="009F6FB8" w:rsidRPr="00B528D5" w:rsidRDefault="00D9485B" w:rsidP="00D9485B">
      <w:pPr>
        <w:pStyle w:val="Lijstalinea"/>
        <w:rPr>
          <w:rFonts w:asciiTheme="majorHAnsi" w:hAnsiTheme="majorHAnsi" w:cstheme="majorHAnsi"/>
          <w:lang w:val="nl-BE"/>
        </w:rPr>
      </w:pPr>
      <w:r>
        <w:rPr>
          <w:rFonts w:asciiTheme="majorHAnsi" w:hAnsiTheme="majorHAnsi" w:cstheme="majorHAnsi"/>
          <w:lang w:val="nl-BE"/>
        </w:rPr>
        <w:t>is uitgevoerd ondertussen.</w:t>
      </w:r>
    </w:p>
    <w:p w14:paraId="2D288668" w14:textId="41E0C7AE" w:rsidR="009C70C0" w:rsidRPr="00B528D5" w:rsidRDefault="009C70C0" w:rsidP="007E2CE6">
      <w:pPr>
        <w:pStyle w:val="Lijstalinea"/>
        <w:numPr>
          <w:ilvl w:val="0"/>
          <w:numId w:val="30"/>
        </w:numPr>
        <w:rPr>
          <w:rFonts w:asciiTheme="majorHAnsi" w:hAnsiTheme="majorHAnsi" w:cstheme="majorHAnsi"/>
          <w:lang w:val="nl-BE"/>
        </w:rPr>
      </w:pPr>
      <w:r w:rsidRPr="00B528D5">
        <w:rPr>
          <w:rFonts w:asciiTheme="majorHAnsi" w:hAnsiTheme="majorHAnsi" w:cstheme="majorHAnsi"/>
          <w:lang w:val="nl-BE"/>
        </w:rPr>
        <w:t xml:space="preserve">Dit werd als een goede beslissing </w:t>
      </w:r>
      <w:r w:rsidR="00797C67">
        <w:rPr>
          <w:rFonts w:asciiTheme="majorHAnsi" w:hAnsiTheme="majorHAnsi" w:cstheme="majorHAnsi"/>
          <w:lang w:val="nl-BE"/>
        </w:rPr>
        <w:t>ervaren</w:t>
      </w:r>
      <w:r w:rsidRPr="00B528D5">
        <w:rPr>
          <w:rFonts w:asciiTheme="majorHAnsi" w:hAnsiTheme="majorHAnsi" w:cstheme="majorHAnsi"/>
          <w:lang w:val="nl-BE"/>
        </w:rPr>
        <w:t>, waarvoor dank werd uitgesproken</w:t>
      </w:r>
      <w:r w:rsidR="00D9485B">
        <w:rPr>
          <w:rFonts w:asciiTheme="majorHAnsi" w:hAnsiTheme="majorHAnsi" w:cstheme="majorHAnsi"/>
          <w:lang w:val="nl-BE"/>
        </w:rPr>
        <w:t>.</w:t>
      </w:r>
    </w:p>
    <w:p w14:paraId="2BA934EA" w14:textId="2F86EFE1" w:rsidR="0064117E" w:rsidRPr="00B528D5" w:rsidRDefault="006604D1" w:rsidP="000627AB">
      <w:pPr>
        <w:pStyle w:val="Kop2"/>
        <w:rPr>
          <w:rFonts w:cstheme="majorHAnsi"/>
          <w:lang w:val="nl-BE"/>
        </w:rPr>
      </w:pPr>
      <w:r w:rsidRPr="00B528D5">
        <w:rPr>
          <w:rFonts w:cstheme="majorHAnsi"/>
          <w:lang w:val="nl-BE"/>
        </w:rPr>
        <w:lastRenderedPageBreak/>
        <w:t xml:space="preserve">Nieuwe punten: </w:t>
      </w:r>
      <w:r w:rsidR="00D7525D">
        <w:rPr>
          <w:rFonts w:cstheme="majorHAnsi"/>
          <w:lang w:val="nl-BE"/>
        </w:rPr>
        <w:t>/</w:t>
      </w:r>
    </w:p>
    <w:p w14:paraId="17F8CE85" w14:textId="2DFB1A0C" w:rsidR="002003B8" w:rsidRPr="00B528D5" w:rsidRDefault="006604D1" w:rsidP="00BB65FF">
      <w:pPr>
        <w:pStyle w:val="Kop1"/>
        <w:rPr>
          <w:rFonts w:cstheme="majorHAnsi"/>
          <w:lang w:val="nl-BE"/>
        </w:rPr>
      </w:pPr>
      <w:r w:rsidRPr="00B528D5">
        <w:rPr>
          <w:rFonts w:cstheme="majorHAnsi"/>
          <w:lang w:val="nl-BE"/>
        </w:rPr>
        <w:t>Wijk Lindenbos</w:t>
      </w:r>
    </w:p>
    <w:p w14:paraId="5E83D223" w14:textId="152309BD" w:rsidR="007474A4" w:rsidRPr="00B528D5" w:rsidRDefault="006604D1" w:rsidP="00BB65FF">
      <w:pPr>
        <w:pStyle w:val="Kop2"/>
        <w:rPr>
          <w:rFonts w:cstheme="majorHAnsi"/>
          <w:lang w:val="nl-BE"/>
        </w:rPr>
      </w:pPr>
      <w:r w:rsidRPr="00B528D5">
        <w:rPr>
          <w:rFonts w:cstheme="majorHAnsi"/>
          <w:lang w:val="nl-BE"/>
        </w:rPr>
        <w:t xml:space="preserve">Lopende dossiers: </w:t>
      </w:r>
      <w:r w:rsidR="00F068FD" w:rsidRPr="00B528D5">
        <w:rPr>
          <w:rFonts w:cstheme="majorHAnsi"/>
          <w:lang w:val="nl-BE"/>
        </w:rPr>
        <w:t>(zie verslagen vorige wijkraadvoorzittersvergaderingen)</w:t>
      </w:r>
    </w:p>
    <w:p w14:paraId="43BB7F24" w14:textId="290C2D18" w:rsidR="007474A4" w:rsidRPr="00B528D5" w:rsidRDefault="00797C67" w:rsidP="0010671F">
      <w:pPr>
        <w:pStyle w:val="Lijstalinea"/>
        <w:numPr>
          <w:ilvl w:val="0"/>
          <w:numId w:val="10"/>
        </w:numPr>
        <w:rPr>
          <w:rFonts w:asciiTheme="majorHAnsi" w:hAnsiTheme="majorHAnsi" w:cstheme="majorHAnsi"/>
          <w:lang w:val="nl-BE"/>
        </w:rPr>
      </w:pPr>
      <w:proofErr w:type="spellStart"/>
      <w:r>
        <w:rPr>
          <w:rFonts w:asciiTheme="majorHAnsi" w:hAnsiTheme="majorHAnsi" w:cstheme="majorHAnsi"/>
          <w:lang w:val="nl-BE"/>
        </w:rPr>
        <w:t>S</w:t>
      </w:r>
      <w:r w:rsidR="007474A4" w:rsidRPr="00B528D5">
        <w:rPr>
          <w:rFonts w:asciiTheme="majorHAnsi" w:hAnsiTheme="majorHAnsi" w:cstheme="majorHAnsi"/>
          <w:lang w:val="nl-BE"/>
        </w:rPr>
        <w:t>tavaza</w:t>
      </w:r>
      <w:proofErr w:type="spellEnd"/>
      <w:r w:rsidR="007474A4" w:rsidRPr="00B528D5">
        <w:rPr>
          <w:rFonts w:asciiTheme="majorHAnsi" w:hAnsiTheme="majorHAnsi" w:cstheme="majorHAnsi"/>
          <w:lang w:val="nl-BE"/>
        </w:rPr>
        <w:t xml:space="preserve"> project Lindenbos</w:t>
      </w:r>
      <w:r>
        <w:rPr>
          <w:rFonts w:asciiTheme="majorHAnsi" w:hAnsiTheme="majorHAnsi" w:cstheme="majorHAnsi"/>
          <w:lang w:val="nl-BE"/>
        </w:rPr>
        <w:t>:</w:t>
      </w:r>
    </w:p>
    <w:p w14:paraId="575951D9" w14:textId="57CECEBF" w:rsidR="00E336C3" w:rsidRPr="00D9485B" w:rsidRDefault="00282833" w:rsidP="00D9485B">
      <w:pPr>
        <w:pStyle w:val="Lijstalinea"/>
        <w:rPr>
          <w:rFonts w:asciiTheme="majorHAnsi" w:hAnsiTheme="majorHAnsi" w:cstheme="majorHAnsi"/>
          <w:lang w:val="nl-BE"/>
        </w:rPr>
      </w:pPr>
      <w:r w:rsidRPr="00B528D5">
        <w:rPr>
          <w:rFonts w:asciiTheme="majorHAnsi" w:hAnsiTheme="majorHAnsi" w:cstheme="majorHAnsi"/>
          <w:lang w:val="nl-BE"/>
        </w:rPr>
        <w:t>RUP is opgestart en zou max</w:t>
      </w:r>
      <w:r w:rsidR="00797C67">
        <w:rPr>
          <w:rFonts w:asciiTheme="majorHAnsi" w:hAnsiTheme="majorHAnsi" w:cstheme="majorHAnsi"/>
          <w:lang w:val="nl-BE"/>
        </w:rPr>
        <w:t>imaal</w:t>
      </w:r>
      <w:r w:rsidRPr="00B528D5">
        <w:rPr>
          <w:rFonts w:asciiTheme="majorHAnsi" w:hAnsiTheme="majorHAnsi" w:cstheme="majorHAnsi"/>
          <w:lang w:val="nl-BE"/>
        </w:rPr>
        <w:t xml:space="preserve"> een jaar mogen duren</w:t>
      </w:r>
      <w:r w:rsidR="00AC1B17" w:rsidRPr="00B528D5">
        <w:rPr>
          <w:rFonts w:asciiTheme="majorHAnsi" w:hAnsiTheme="majorHAnsi" w:cstheme="majorHAnsi"/>
          <w:lang w:val="nl-BE"/>
        </w:rPr>
        <w:t>.</w:t>
      </w:r>
    </w:p>
    <w:p w14:paraId="1286A591" w14:textId="1F215124" w:rsidR="009341E7" w:rsidRPr="00B528D5" w:rsidRDefault="006604D1" w:rsidP="00C27730">
      <w:pPr>
        <w:pStyle w:val="Kop2"/>
        <w:rPr>
          <w:rFonts w:cstheme="majorHAnsi"/>
          <w:lang w:val="nl-BE"/>
        </w:rPr>
      </w:pPr>
      <w:r w:rsidRPr="00B528D5">
        <w:rPr>
          <w:rFonts w:cstheme="majorHAnsi"/>
          <w:lang w:val="nl-BE"/>
        </w:rPr>
        <w:t xml:space="preserve">Nieuwe punten: </w:t>
      </w:r>
    </w:p>
    <w:p w14:paraId="6B91A854" w14:textId="33463362" w:rsidR="00771113" w:rsidRPr="00B528D5" w:rsidRDefault="00771113" w:rsidP="00771113">
      <w:pPr>
        <w:pStyle w:val="Lijstalinea"/>
        <w:numPr>
          <w:ilvl w:val="0"/>
          <w:numId w:val="19"/>
        </w:numPr>
        <w:rPr>
          <w:rFonts w:asciiTheme="majorHAnsi" w:hAnsiTheme="majorHAnsi" w:cstheme="majorHAnsi"/>
          <w:lang w:val="nl-BE"/>
        </w:rPr>
      </w:pPr>
      <w:r w:rsidRPr="00B528D5">
        <w:rPr>
          <w:rFonts w:asciiTheme="majorHAnsi" w:hAnsiTheme="majorHAnsi" w:cstheme="majorHAnsi"/>
          <w:lang w:val="nl-BE"/>
        </w:rPr>
        <w:t>Verandering samenstelling van de wijkraad:</w:t>
      </w:r>
    </w:p>
    <w:p w14:paraId="2A84CFE4" w14:textId="77777777" w:rsidR="00771113" w:rsidRPr="00B528D5" w:rsidRDefault="00771113" w:rsidP="00771113">
      <w:pPr>
        <w:pStyle w:val="Lijstalinea"/>
        <w:rPr>
          <w:rFonts w:asciiTheme="majorHAnsi" w:hAnsiTheme="majorHAnsi" w:cstheme="majorHAnsi"/>
          <w:lang w:val="nl-BE"/>
        </w:rPr>
      </w:pPr>
    </w:p>
    <w:tbl>
      <w:tblPr>
        <w:tblStyle w:val="Tabelraster"/>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42"/>
        <w:gridCol w:w="3978"/>
      </w:tblGrid>
      <w:tr w:rsidR="00771113" w:rsidRPr="00B528D5" w14:paraId="3ADBF903" w14:textId="77777777" w:rsidTr="00771113">
        <w:tc>
          <w:tcPr>
            <w:tcW w:w="4315" w:type="dxa"/>
          </w:tcPr>
          <w:p w14:paraId="22EB841C" w14:textId="74D382F2" w:rsidR="00771113" w:rsidRPr="00B528D5" w:rsidRDefault="00771113" w:rsidP="00771113">
            <w:pPr>
              <w:pStyle w:val="Lijstalinea"/>
              <w:ind w:left="0"/>
              <w:rPr>
                <w:rFonts w:asciiTheme="majorHAnsi" w:hAnsiTheme="majorHAnsi" w:cstheme="majorHAnsi"/>
                <w:lang w:val="nl-BE"/>
              </w:rPr>
            </w:pPr>
            <w:r w:rsidRPr="00B528D5">
              <w:rPr>
                <w:rFonts w:asciiTheme="majorHAnsi" w:hAnsiTheme="majorHAnsi" w:cstheme="majorHAnsi"/>
                <w:lang w:val="nl-BE"/>
              </w:rPr>
              <w:t xml:space="preserve">Mieke Caeyers </w:t>
            </w:r>
          </w:p>
        </w:tc>
        <w:tc>
          <w:tcPr>
            <w:tcW w:w="4315" w:type="dxa"/>
          </w:tcPr>
          <w:p w14:paraId="4037E1BD" w14:textId="4285A260" w:rsidR="00771113" w:rsidRPr="00B528D5" w:rsidRDefault="00771113" w:rsidP="00771113">
            <w:pPr>
              <w:pStyle w:val="Lijstalinea"/>
              <w:ind w:left="0"/>
              <w:rPr>
                <w:rFonts w:asciiTheme="majorHAnsi" w:hAnsiTheme="majorHAnsi" w:cstheme="majorHAnsi"/>
                <w:lang w:val="nl-BE"/>
              </w:rPr>
            </w:pPr>
            <w:r w:rsidRPr="00B528D5">
              <w:rPr>
                <w:rFonts w:asciiTheme="majorHAnsi" w:hAnsiTheme="majorHAnsi" w:cstheme="majorHAnsi"/>
                <w:lang w:val="nl-BE"/>
              </w:rPr>
              <w:t>Voorzitter</w:t>
            </w:r>
          </w:p>
        </w:tc>
      </w:tr>
      <w:tr w:rsidR="00771113" w:rsidRPr="00B528D5" w14:paraId="17089EC2" w14:textId="77777777" w:rsidTr="00771113">
        <w:tc>
          <w:tcPr>
            <w:tcW w:w="4315" w:type="dxa"/>
          </w:tcPr>
          <w:p w14:paraId="0662B325" w14:textId="1ECFA3BB" w:rsidR="00771113" w:rsidRPr="00B528D5" w:rsidRDefault="00771113" w:rsidP="00771113">
            <w:pPr>
              <w:pStyle w:val="Lijstalinea"/>
              <w:ind w:left="0"/>
              <w:rPr>
                <w:rFonts w:asciiTheme="majorHAnsi" w:hAnsiTheme="majorHAnsi" w:cstheme="majorHAnsi"/>
                <w:lang w:val="nl-BE"/>
              </w:rPr>
            </w:pPr>
            <w:r w:rsidRPr="00B528D5">
              <w:rPr>
                <w:rFonts w:asciiTheme="majorHAnsi" w:hAnsiTheme="majorHAnsi" w:cstheme="majorHAnsi"/>
                <w:lang w:val="nl-BE"/>
              </w:rPr>
              <w:t xml:space="preserve">Els Van Geet </w:t>
            </w:r>
          </w:p>
        </w:tc>
        <w:tc>
          <w:tcPr>
            <w:tcW w:w="4315" w:type="dxa"/>
          </w:tcPr>
          <w:p w14:paraId="137F55BB" w14:textId="4DE7826B" w:rsidR="00771113" w:rsidRPr="00B528D5" w:rsidRDefault="00771113" w:rsidP="00771113">
            <w:pPr>
              <w:pStyle w:val="Lijstalinea"/>
              <w:ind w:left="0"/>
              <w:rPr>
                <w:rFonts w:asciiTheme="majorHAnsi" w:hAnsiTheme="majorHAnsi" w:cstheme="majorHAnsi"/>
                <w:lang w:val="nl-BE"/>
              </w:rPr>
            </w:pPr>
            <w:r w:rsidRPr="00B528D5">
              <w:rPr>
                <w:rFonts w:asciiTheme="majorHAnsi" w:hAnsiTheme="majorHAnsi" w:cstheme="majorHAnsi"/>
                <w:lang w:val="nl-BE"/>
              </w:rPr>
              <w:t>Penningmeester</w:t>
            </w:r>
          </w:p>
        </w:tc>
      </w:tr>
      <w:tr w:rsidR="00771113" w:rsidRPr="00B528D5" w14:paraId="7E9629A5" w14:textId="77777777" w:rsidTr="00771113">
        <w:tc>
          <w:tcPr>
            <w:tcW w:w="4315" w:type="dxa"/>
          </w:tcPr>
          <w:p w14:paraId="3FB444ED" w14:textId="4FEC26FA" w:rsidR="00771113" w:rsidRPr="00B528D5" w:rsidRDefault="00771113" w:rsidP="00771113">
            <w:pPr>
              <w:pStyle w:val="Lijstalinea"/>
              <w:ind w:left="0"/>
              <w:rPr>
                <w:rFonts w:asciiTheme="majorHAnsi" w:hAnsiTheme="majorHAnsi" w:cstheme="majorHAnsi"/>
                <w:lang w:val="nl-BE"/>
              </w:rPr>
            </w:pPr>
            <w:r w:rsidRPr="00B528D5">
              <w:rPr>
                <w:rFonts w:asciiTheme="majorHAnsi" w:hAnsiTheme="majorHAnsi" w:cstheme="majorHAnsi"/>
                <w:lang w:val="nl-BE"/>
              </w:rPr>
              <w:t>Wouter Stuer</w:t>
            </w:r>
          </w:p>
        </w:tc>
        <w:tc>
          <w:tcPr>
            <w:tcW w:w="4315" w:type="dxa"/>
          </w:tcPr>
          <w:p w14:paraId="01C5067A" w14:textId="7D58BEC0" w:rsidR="00771113" w:rsidRPr="00B528D5" w:rsidRDefault="00771113" w:rsidP="00771113">
            <w:pPr>
              <w:pStyle w:val="Lijstalinea"/>
              <w:ind w:left="0"/>
              <w:rPr>
                <w:rFonts w:asciiTheme="majorHAnsi" w:hAnsiTheme="majorHAnsi" w:cstheme="majorHAnsi"/>
                <w:lang w:val="nl-BE"/>
              </w:rPr>
            </w:pPr>
            <w:r w:rsidRPr="00B528D5">
              <w:rPr>
                <w:rFonts w:asciiTheme="majorHAnsi" w:hAnsiTheme="majorHAnsi" w:cstheme="majorHAnsi"/>
                <w:lang w:val="nl-BE"/>
              </w:rPr>
              <w:t>Secretaris</w:t>
            </w:r>
          </w:p>
        </w:tc>
      </w:tr>
      <w:tr w:rsidR="00771113" w:rsidRPr="00B528D5" w14:paraId="2664F42F" w14:textId="77777777" w:rsidTr="00771113">
        <w:tc>
          <w:tcPr>
            <w:tcW w:w="4315" w:type="dxa"/>
          </w:tcPr>
          <w:p w14:paraId="4B755DF6" w14:textId="513FBAB8" w:rsidR="00771113" w:rsidRPr="00B528D5" w:rsidRDefault="00771113" w:rsidP="00771113">
            <w:pPr>
              <w:pStyle w:val="Lijstalinea"/>
              <w:ind w:left="0"/>
              <w:rPr>
                <w:rFonts w:asciiTheme="majorHAnsi" w:hAnsiTheme="majorHAnsi" w:cstheme="majorHAnsi"/>
                <w:lang w:val="nl-BE"/>
              </w:rPr>
            </w:pPr>
            <w:r w:rsidRPr="00B528D5">
              <w:rPr>
                <w:rFonts w:asciiTheme="majorHAnsi" w:hAnsiTheme="majorHAnsi" w:cstheme="majorHAnsi"/>
                <w:lang w:val="nl-BE"/>
              </w:rPr>
              <w:t>Bert Van Reeth</w:t>
            </w:r>
          </w:p>
        </w:tc>
        <w:tc>
          <w:tcPr>
            <w:tcW w:w="4315" w:type="dxa"/>
          </w:tcPr>
          <w:p w14:paraId="70A288BF" w14:textId="77777777" w:rsidR="00771113" w:rsidRPr="00B528D5" w:rsidRDefault="00771113" w:rsidP="00771113">
            <w:pPr>
              <w:pStyle w:val="Lijstalinea"/>
              <w:ind w:left="0"/>
              <w:rPr>
                <w:rFonts w:asciiTheme="majorHAnsi" w:hAnsiTheme="majorHAnsi" w:cstheme="majorHAnsi"/>
                <w:lang w:val="nl-BE"/>
              </w:rPr>
            </w:pPr>
          </w:p>
        </w:tc>
      </w:tr>
      <w:tr w:rsidR="00771113" w:rsidRPr="00B528D5" w14:paraId="0FC227EC" w14:textId="77777777" w:rsidTr="00771113">
        <w:tc>
          <w:tcPr>
            <w:tcW w:w="4315" w:type="dxa"/>
          </w:tcPr>
          <w:p w14:paraId="5AA01C6E" w14:textId="38BDC220" w:rsidR="00771113" w:rsidRPr="00B528D5" w:rsidRDefault="00771113" w:rsidP="00771113">
            <w:pPr>
              <w:pStyle w:val="Lijstalinea"/>
              <w:ind w:left="0"/>
              <w:rPr>
                <w:rFonts w:asciiTheme="majorHAnsi" w:hAnsiTheme="majorHAnsi" w:cstheme="majorHAnsi"/>
                <w:lang w:val="nl-BE"/>
              </w:rPr>
            </w:pPr>
            <w:r w:rsidRPr="00B528D5">
              <w:rPr>
                <w:rFonts w:asciiTheme="majorHAnsi" w:hAnsiTheme="majorHAnsi" w:cstheme="majorHAnsi"/>
                <w:lang w:val="nl-BE"/>
              </w:rPr>
              <w:t>Paola Quaglia</w:t>
            </w:r>
          </w:p>
        </w:tc>
        <w:tc>
          <w:tcPr>
            <w:tcW w:w="4315" w:type="dxa"/>
          </w:tcPr>
          <w:p w14:paraId="4B6F815A" w14:textId="77777777" w:rsidR="00771113" w:rsidRPr="00B528D5" w:rsidRDefault="00771113" w:rsidP="00771113">
            <w:pPr>
              <w:pStyle w:val="Lijstalinea"/>
              <w:ind w:left="0"/>
              <w:rPr>
                <w:rFonts w:asciiTheme="majorHAnsi" w:hAnsiTheme="majorHAnsi" w:cstheme="majorHAnsi"/>
                <w:lang w:val="nl-BE"/>
              </w:rPr>
            </w:pPr>
          </w:p>
        </w:tc>
      </w:tr>
      <w:tr w:rsidR="00771113" w:rsidRPr="00B528D5" w14:paraId="21A2C6B7" w14:textId="77777777" w:rsidTr="00771113">
        <w:tc>
          <w:tcPr>
            <w:tcW w:w="4315" w:type="dxa"/>
          </w:tcPr>
          <w:p w14:paraId="3A222804" w14:textId="6019F7FB" w:rsidR="00771113" w:rsidRPr="00B528D5" w:rsidRDefault="00771113" w:rsidP="00771113">
            <w:pPr>
              <w:pStyle w:val="Lijstalinea"/>
              <w:ind w:left="0"/>
              <w:rPr>
                <w:rFonts w:asciiTheme="majorHAnsi" w:hAnsiTheme="majorHAnsi" w:cstheme="majorHAnsi"/>
                <w:lang w:val="nl-BE"/>
              </w:rPr>
            </w:pPr>
            <w:r w:rsidRPr="00B528D5">
              <w:rPr>
                <w:rFonts w:asciiTheme="majorHAnsi" w:hAnsiTheme="majorHAnsi" w:cstheme="majorHAnsi"/>
                <w:lang w:val="nl-BE"/>
              </w:rPr>
              <w:t>Dieter Smedts</w:t>
            </w:r>
          </w:p>
        </w:tc>
        <w:tc>
          <w:tcPr>
            <w:tcW w:w="4315" w:type="dxa"/>
          </w:tcPr>
          <w:p w14:paraId="4B65F632" w14:textId="77777777" w:rsidR="00771113" w:rsidRPr="00B528D5" w:rsidRDefault="00771113" w:rsidP="00771113">
            <w:pPr>
              <w:pStyle w:val="Lijstalinea"/>
              <w:ind w:left="0"/>
              <w:rPr>
                <w:rFonts w:asciiTheme="majorHAnsi" w:hAnsiTheme="majorHAnsi" w:cstheme="majorHAnsi"/>
                <w:lang w:val="nl-BE"/>
              </w:rPr>
            </w:pPr>
          </w:p>
        </w:tc>
      </w:tr>
      <w:tr w:rsidR="00771113" w:rsidRPr="00B528D5" w14:paraId="6237885B" w14:textId="77777777" w:rsidTr="00771113">
        <w:tc>
          <w:tcPr>
            <w:tcW w:w="4315" w:type="dxa"/>
          </w:tcPr>
          <w:p w14:paraId="64B726C3" w14:textId="493A689A" w:rsidR="00771113" w:rsidRPr="00B528D5" w:rsidRDefault="00771113" w:rsidP="00771113">
            <w:pPr>
              <w:pStyle w:val="Lijstalinea"/>
              <w:ind w:left="0"/>
              <w:rPr>
                <w:rFonts w:asciiTheme="majorHAnsi" w:hAnsiTheme="majorHAnsi" w:cstheme="majorHAnsi"/>
                <w:b/>
                <w:bCs/>
                <w:lang w:val="nl-BE"/>
              </w:rPr>
            </w:pPr>
            <w:r w:rsidRPr="00B528D5">
              <w:rPr>
                <w:rFonts w:asciiTheme="majorHAnsi" w:hAnsiTheme="majorHAnsi" w:cstheme="majorHAnsi"/>
                <w:b/>
                <w:bCs/>
                <w:lang w:val="nl-BE"/>
              </w:rPr>
              <w:t xml:space="preserve">Griet </w:t>
            </w:r>
            <w:proofErr w:type="spellStart"/>
            <w:r w:rsidRPr="00B528D5">
              <w:rPr>
                <w:rFonts w:asciiTheme="majorHAnsi" w:hAnsiTheme="majorHAnsi" w:cstheme="majorHAnsi"/>
                <w:b/>
                <w:bCs/>
                <w:lang w:val="nl-BE"/>
              </w:rPr>
              <w:t>Hoflijk</w:t>
            </w:r>
            <w:proofErr w:type="spellEnd"/>
          </w:p>
        </w:tc>
        <w:tc>
          <w:tcPr>
            <w:tcW w:w="4315" w:type="dxa"/>
          </w:tcPr>
          <w:p w14:paraId="615703BE" w14:textId="77777777" w:rsidR="00771113" w:rsidRPr="00B528D5" w:rsidRDefault="00771113" w:rsidP="00771113">
            <w:pPr>
              <w:pStyle w:val="Lijstalinea"/>
              <w:ind w:left="0"/>
              <w:rPr>
                <w:rFonts w:asciiTheme="majorHAnsi" w:hAnsiTheme="majorHAnsi" w:cstheme="majorHAnsi"/>
                <w:lang w:val="nl-BE"/>
              </w:rPr>
            </w:pPr>
          </w:p>
        </w:tc>
      </w:tr>
      <w:tr w:rsidR="00771113" w:rsidRPr="00B528D5" w14:paraId="1CB7B635" w14:textId="77777777" w:rsidTr="00771113">
        <w:tc>
          <w:tcPr>
            <w:tcW w:w="4315" w:type="dxa"/>
          </w:tcPr>
          <w:p w14:paraId="5CD16113" w14:textId="72AFF424" w:rsidR="00771113" w:rsidRPr="00B528D5" w:rsidRDefault="00771113" w:rsidP="00771113">
            <w:pPr>
              <w:pStyle w:val="Lijstalinea"/>
              <w:ind w:left="0"/>
              <w:rPr>
                <w:rFonts w:asciiTheme="majorHAnsi" w:hAnsiTheme="majorHAnsi" w:cstheme="majorHAnsi"/>
                <w:b/>
                <w:bCs/>
                <w:lang w:val="nl-BE"/>
              </w:rPr>
            </w:pPr>
            <w:proofErr w:type="spellStart"/>
            <w:r w:rsidRPr="00B528D5">
              <w:rPr>
                <w:rFonts w:asciiTheme="majorHAnsi" w:hAnsiTheme="majorHAnsi" w:cstheme="majorHAnsi"/>
                <w:b/>
                <w:bCs/>
                <w:lang w:val="nl-BE"/>
              </w:rPr>
              <w:t>Ushi</w:t>
            </w:r>
            <w:proofErr w:type="spellEnd"/>
            <w:r w:rsidRPr="00B528D5">
              <w:rPr>
                <w:rFonts w:asciiTheme="majorHAnsi" w:hAnsiTheme="majorHAnsi" w:cstheme="majorHAnsi"/>
                <w:b/>
                <w:bCs/>
                <w:lang w:val="nl-BE"/>
              </w:rPr>
              <w:t xml:space="preserve"> Merchandise</w:t>
            </w:r>
          </w:p>
        </w:tc>
        <w:tc>
          <w:tcPr>
            <w:tcW w:w="4315" w:type="dxa"/>
          </w:tcPr>
          <w:p w14:paraId="67860D43" w14:textId="77777777" w:rsidR="00771113" w:rsidRPr="00B528D5" w:rsidRDefault="00771113" w:rsidP="00771113">
            <w:pPr>
              <w:pStyle w:val="Lijstalinea"/>
              <w:ind w:left="0"/>
              <w:rPr>
                <w:rFonts w:asciiTheme="majorHAnsi" w:hAnsiTheme="majorHAnsi" w:cstheme="majorHAnsi"/>
                <w:lang w:val="nl-BE"/>
              </w:rPr>
            </w:pPr>
          </w:p>
        </w:tc>
      </w:tr>
      <w:tr w:rsidR="00771113" w:rsidRPr="00B528D5" w14:paraId="5716D52F" w14:textId="77777777" w:rsidTr="00771113">
        <w:tc>
          <w:tcPr>
            <w:tcW w:w="4315" w:type="dxa"/>
          </w:tcPr>
          <w:p w14:paraId="5D497EDE" w14:textId="59868FC7" w:rsidR="00771113" w:rsidRPr="00B528D5" w:rsidRDefault="00771113" w:rsidP="00771113">
            <w:pPr>
              <w:pStyle w:val="Lijstalinea"/>
              <w:ind w:left="0"/>
              <w:rPr>
                <w:rFonts w:asciiTheme="majorHAnsi" w:hAnsiTheme="majorHAnsi" w:cstheme="majorHAnsi"/>
                <w:b/>
                <w:bCs/>
                <w:lang w:val="nl-BE"/>
              </w:rPr>
            </w:pPr>
            <w:r w:rsidRPr="00B528D5">
              <w:rPr>
                <w:rFonts w:asciiTheme="majorHAnsi" w:hAnsiTheme="majorHAnsi" w:cstheme="majorHAnsi"/>
                <w:b/>
                <w:bCs/>
                <w:lang w:val="nl-BE"/>
              </w:rPr>
              <w:t>Jessica Cools</w:t>
            </w:r>
          </w:p>
        </w:tc>
        <w:tc>
          <w:tcPr>
            <w:tcW w:w="4315" w:type="dxa"/>
          </w:tcPr>
          <w:p w14:paraId="6794EB61" w14:textId="77777777" w:rsidR="00771113" w:rsidRPr="00B528D5" w:rsidRDefault="00771113" w:rsidP="00771113">
            <w:pPr>
              <w:pStyle w:val="Lijstalinea"/>
              <w:ind w:left="0"/>
              <w:rPr>
                <w:rFonts w:asciiTheme="majorHAnsi" w:hAnsiTheme="majorHAnsi" w:cstheme="majorHAnsi"/>
                <w:lang w:val="nl-BE"/>
              </w:rPr>
            </w:pPr>
          </w:p>
        </w:tc>
      </w:tr>
      <w:tr w:rsidR="00771113" w:rsidRPr="00B528D5" w14:paraId="5C8D9F67" w14:textId="77777777" w:rsidTr="00771113">
        <w:tc>
          <w:tcPr>
            <w:tcW w:w="4315" w:type="dxa"/>
          </w:tcPr>
          <w:p w14:paraId="2DDF0011" w14:textId="5768240F" w:rsidR="00771113" w:rsidRPr="00B528D5" w:rsidRDefault="00771113" w:rsidP="00771113">
            <w:pPr>
              <w:pStyle w:val="Lijstalinea"/>
              <w:ind w:left="0"/>
              <w:rPr>
                <w:rFonts w:asciiTheme="majorHAnsi" w:hAnsiTheme="majorHAnsi" w:cstheme="majorHAnsi"/>
                <w:b/>
                <w:bCs/>
                <w:lang w:val="nl-BE"/>
              </w:rPr>
            </w:pPr>
            <w:r w:rsidRPr="00B528D5">
              <w:rPr>
                <w:rFonts w:asciiTheme="majorHAnsi" w:hAnsiTheme="majorHAnsi" w:cstheme="majorHAnsi"/>
                <w:b/>
                <w:bCs/>
                <w:lang w:val="nl-BE"/>
              </w:rPr>
              <w:t xml:space="preserve">Brigitta </w:t>
            </w:r>
            <w:proofErr w:type="spellStart"/>
            <w:r w:rsidRPr="00B528D5">
              <w:rPr>
                <w:rFonts w:asciiTheme="majorHAnsi" w:hAnsiTheme="majorHAnsi" w:cstheme="majorHAnsi"/>
                <w:b/>
                <w:bCs/>
                <w:lang w:val="nl-BE"/>
              </w:rPr>
              <w:t>Triolo</w:t>
            </w:r>
            <w:proofErr w:type="spellEnd"/>
          </w:p>
        </w:tc>
        <w:tc>
          <w:tcPr>
            <w:tcW w:w="4315" w:type="dxa"/>
          </w:tcPr>
          <w:p w14:paraId="5F124FD6" w14:textId="77777777" w:rsidR="00771113" w:rsidRPr="00B528D5" w:rsidRDefault="00771113" w:rsidP="00771113">
            <w:pPr>
              <w:pStyle w:val="Lijstalinea"/>
              <w:ind w:left="0"/>
              <w:rPr>
                <w:rFonts w:asciiTheme="majorHAnsi" w:hAnsiTheme="majorHAnsi" w:cstheme="majorHAnsi"/>
                <w:lang w:val="nl-BE"/>
              </w:rPr>
            </w:pPr>
          </w:p>
        </w:tc>
      </w:tr>
    </w:tbl>
    <w:p w14:paraId="026B47B6" w14:textId="77777777" w:rsidR="002003B8" w:rsidRPr="00B528D5" w:rsidRDefault="006604D1" w:rsidP="00BB65FF">
      <w:pPr>
        <w:pStyle w:val="Kop1"/>
        <w:rPr>
          <w:rFonts w:cstheme="majorHAnsi"/>
          <w:lang w:val="nl-BE"/>
        </w:rPr>
      </w:pPr>
      <w:r w:rsidRPr="00B528D5">
        <w:rPr>
          <w:rFonts w:cstheme="majorHAnsi"/>
          <w:lang w:val="nl-BE"/>
        </w:rPr>
        <w:t>Wijk Ten Dorpe</w:t>
      </w:r>
    </w:p>
    <w:p w14:paraId="004E3B23" w14:textId="6EE551EB" w:rsidR="0064117E" w:rsidRPr="00B528D5" w:rsidRDefault="0064117E" w:rsidP="00BB65FF">
      <w:pPr>
        <w:pStyle w:val="Kop2"/>
        <w:rPr>
          <w:rFonts w:cstheme="majorHAnsi"/>
          <w:lang w:val="nl-BE"/>
        </w:rPr>
      </w:pPr>
      <w:r w:rsidRPr="00B528D5">
        <w:rPr>
          <w:rFonts w:cstheme="majorHAnsi"/>
          <w:lang w:val="nl-BE"/>
        </w:rPr>
        <w:t xml:space="preserve">Lopende dossiers: </w:t>
      </w:r>
      <w:r w:rsidR="00F068FD" w:rsidRPr="00B528D5">
        <w:rPr>
          <w:rFonts w:cstheme="majorHAnsi"/>
          <w:lang w:val="nl-BE"/>
        </w:rPr>
        <w:t>(zie verslagen vorige wijkraadvoorzittersvergaderingen)</w:t>
      </w:r>
    </w:p>
    <w:p w14:paraId="60D82EA5" w14:textId="77777777" w:rsidR="00597021" w:rsidRPr="00B528D5" w:rsidRDefault="00C27730" w:rsidP="00322A41">
      <w:pPr>
        <w:numPr>
          <w:ilvl w:val="0"/>
          <w:numId w:val="9"/>
        </w:numPr>
        <w:spacing w:before="100" w:beforeAutospacing="1" w:after="100" w:afterAutospacing="1" w:line="240" w:lineRule="auto"/>
        <w:rPr>
          <w:rFonts w:asciiTheme="majorHAnsi" w:hAnsiTheme="majorHAnsi" w:cstheme="majorHAnsi"/>
          <w:u w:val="single"/>
          <w:lang w:val="nl-BE"/>
        </w:rPr>
      </w:pPr>
      <w:r w:rsidRPr="00B528D5">
        <w:rPr>
          <w:rFonts w:asciiTheme="majorHAnsi" w:eastAsia="Times New Roman" w:hAnsiTheme="majorHAnsi" w:cstheme="majorHAnsi"/>
          <w:color w:val="000000"/>
          <w:lang w:val="nl-BE"/>
        </w:rPr>
        <w:t xml:space="preserve">Doortrekken gele suggestiestrook in de B.v. </w:t>
      </w:r>
      <w:proofErr w:type="spellStart"/>
      <w:r w:rsidRPr="00B528D5">
        <w:rPr>
          <w:rFonts w:asciiTheme="majorHAnsi" w:eastAsia="Times New Roman" w:hAnsiTheme="majorHAnsi" w:cstheme="majorHAnsi"/>
          <w:color w:val="000000"/>
          <w:lang w:val="nl-BE"/>
        </w:rPr>
        <w:t>Ertbornstraat</w:t>
      </w:r>
      <w:proofErr w:type="spellEnd"/>
      <w:r w:rsidRPr="00B528D5">
        <w:rPr>
          <w:rFonts w:asciiTheme="majorHAnsi" w:eastAsia="Times New Roman" w:hAnsiTheme="majorHAnsi" w:cstheme="majorHAnsi"/>
          <w:color w:val="000000"/>
          <w:lang w:val="nl-BE"/>
        </w:rPr>
        <w:t>, richting Kleistraat.</w:t>
      </w:r>
    </w:p>
    <w:p w14:paraId="16BFE226" w14:textId="77777777" w:rsidR="00CF4A46" w:rsidRPr="00B528D5" w:rsidRDefault="009C70C0" w:rsidP="00CF4A46">
      <w:pPr>
        <w:pStyle w:val="Lijstalinea"/>
        <w:numPr>
          <w:ilvl w:val="0"/>
          <w:numId w:val="22"/>
        </w:numPr>
        <w:spacing w:before="100" w:beforeAutospacing="1" w:after="100" w:afterAutospacing="1" w:line="240" w:lineRule="auto"/>
        <w:rPr>
          <w:rFonts w:asciiTheme="majorHAnsi" w:hAnsiTheme="majorHAnsi" w:cstheme="majorHAnsi"/>
          <w:u w:val="single"/>
          <w:lang w:val="nl-BE"/>
        </w:rPr>
      </w:pPr>
      <w:r w:rsidRPr="00B528D5">
        <w:rPr>
          <w:rFonts w:asciiTheme="majorHAnsi" w:hAnsiTheme="majorHAnsi" w:cstheme="majorHAnsi"/>
          <w:u w:val="single"/>
          <w:lang w:val="nl-BE"/>
        </w:rPr>
        <w:t>Antwoord Bart: 18.03.2026</w:t>
      </w:r>
    </w:p>
    <w:p w14:paraId="5848BB87" w14:textId="735B6CB0" w:rsidR="00DB4766" w:rsidRPr="00B528D5" w:rsidRDefault="00CF4A46" w:rsidP="00CF4A46">
      <w:pPr>
        <w:pStyle w:val="Lijstalinea"/>
        <w:spacing w:before="100" w:beforeAutospacing="1" w:after="100" w:afterAutospacing="1" w:line="240" w:lineRule="auto"/>
        <w:ind w:left="1134"/>
        <w:rPr>
          <w:rFonts w:asciiTheme="majorHAnsi" w:hAnsiTheme="majorHAnsi" w:cstheme="majorHAnsi"/>
          <w:u w:val="single"/>
          <w:lang w:val="nl-BE"/>
        </w:rPr>
      </w:pPr>
      <w:r w:rsidRPr="00B528D5">
        <w:rPr>
          <w:rFonts w:asciiTheme="majorHAnsi" w:hAnsiTheme="majorHAnsi" w:cstheme="majorHAnsi"/>
          <w:lang w:val="nl-BE"/>
        </w:rPr>
        <w:t>Dit wordt uitgesteld tot het voorjaar, wanneer de weersomstandigheden gunstiger zijn</w:t>
      </w:r>
      <w:r w:rsidR="00D9485B">
        <w:rPr>
          <w:rFonts w:asciiTheme="majorHAnsi" w:hAnsiTheme="majorHAnsi" w:cstheme="majorHAnsi"/>
          <w:lang w:val="nl-BE"/>
        </w:rPr>
        <w:t>.</w:t>
      </w:r>
    </w:p>
    <w:p w14:paraId="6920B214" w14:textId="77777777" w:rsidR="00DB4766" w:rsidRPr="00B528D5" w:rsidRDefault="00DB4766" w:rsidP="00DB4766">
      <w:pPr>
        <w:numPr>
          <w:ilvl w:val="0"/>
          <w:numId w:val="9"/>
        </w:numPr>
        <w:spacing w:before="100" w:beforeAutospacing="1" w:after="100" w:afterAutospacing="1" w:line="240" w:lineRule="auto"/>
        <w:rPr>
          <w:rFonts w:asciiTheme="majorHAnsi" w:eastAsia="Times New Roman" w:hAnsiTheme="majorHAnsi" w:cstheme="majorHAnsi"/>
          <w:color w:val="000000"/>
          <w:lang w:val="nl-BE"/>
        </w:rPr>
      </w:pPr>
      <w:r w:rsidRPr="00B528D5">
        <w:rPr>
          <w:rFonts w:asciiTheme="majorHAnsi" w:eastAsia="Times New Roman" w:hAnsiTheme="majorHAnsi" w:cstheme="majorHAnsi"/>
          <w:color w:val="000000"/>
          <w:lang w:val="nl-BE"/>
        </w:rPr>
        <w:t>Werken dorpskern (Kapellestraat &amp; Laar) – De Lijn: timing, omleidingen en vervanghaltes</w:t>
      </w:r>
    </w:p>
    <w:p w14:paraId="0C1919F4" w14:textId="77777777" w:rsidR="00CF4A46" w:rsidRDefault="00CF4A46" w:rsidP="00CF4A46">
      <w:pPr>
        <w:pStyle w:val="Lijstalinea"/>
        <w:numPr>
          <w:ilvl w:val="0"/>
          <w:numId w:val="22"/>
        </w:numPr>
        <w:spacing w:before="100" w:beforeAutospacing="1" w:after="100" w:afterAutospacing="1" w:line="240" w:lineRule="auto"/>
        <w:rPr>
          <w:rFonts w:asciiTheme="majorHAnsi" w:hAnsiTheme="majorHAnsi" w:cstheme="majorHAnsi"/>
          <w:u w:val="single"/>
          <w:lang w:val="nl-BE"/>
        </w:rPr>
      </w:pPr>
      <w:r w:rsidRPr="00B528D5">
        <w:rPr>
          <w:rFonts w:asciiTheme="majorHAnsi" w:hAnsiTheme="majorHAnsi" w:cstheme="majorHAnsi"/>
          <w:u w:val="single"/>
          <w:lang w:val="nl-BE"/>
        </w:rPr>
        <w:t>Antwoord Bart: 18.03.2026</w:t>
      </w:r>
    </w:p>
    <w:p w14:paraId="56B83E62" w14:textId="7AF68EE3" w:rsidR="00797C67" w:rsidRDefault="00797C67" w:rsidP="00797C67">
      <w:pPr>
        <w:pStyle w:val="Lijstalinea"/>
        <w:spacing w:before="100" w:beforeAutospacing="1" w:after="100" w:afterAutospacing="1" w:line="240" w:lineRule="auto"/>
        <w:ind w:left="1134"/>
        <w:rPr>
          <w:rFonts w:asciiTheme="majorHAnsi" w:hAnsiTheme="majorHAnsi" w:cstheme="majorHAnsi"/>
          <w:lang w:val="nl-BE"/>
        </w:rPr>
      </w:pPr>
      <w:r w:rsidRPr="00797C67">
        <w:rPr>
          <w:rFonts w:asciiTheme="majorHAnsi" w:hAnsiTheme="majorHAnsi" w:cstheme="majorHAnsi"/>
          <w:lang w:val="nl-BE"/>
        </w:rPr>
        <w:t xml:space="preserve">Voor de werken in de dorpskern is de gunning ondertussen definitief. Er zijn geen bezwaren en het dossier is uitvoerbaar. Het dossier komt in mei op de gemeenteraad, met de bedoeling om in november van start te gaan. De meer ingrijpende omleidingen zullen </w:t>
      </w:r>
      <w:r w:rsidR="00D9485B">
        <w:rPr>
          <w:rFonts w:asciiTheme="majorHAnsi" w:hAnsiTheme="majorHAnsi" w:cstheme="majorHAnsi"/>
          <w:lang w:val="nl-BE"/>
        </w:rPr>
        <w:t>pas in de loop van 2027</w:t>
      </w:r>
      <w:r w:rsidRPr="00797C67">
        <w:rPr>
          <w:rFonts w:asciiTheme="majorHAnsi" w:hAnsiTheme="majorHAnsi" w:cstheme="majorHAnsi"/>
          <w:lang w:val="nl-BE"/>
        </w:rPr>
        <w:t xml:space="preserve"> starten. </w:t>
      </w:r>
    </w:p>
    <w:p w14:paraId="784FFA1C" w14:textId="0EC68978" w:rsidR="00D9485B" w:rsidRPr="00797C67" w:rsidRDefault="00D9485B" w:rsidP="00797C67">
      <w:pPr>
        <w:pStyle w:val="Lijstalinea"/>
        <w:spacing w:before="100" w:beforeAutospacing="1" w:after="100" w:afterAutospacing="1" w:line="240" w:lineRule="auto"/>
        <w:ind w:left="1134"/>
        <w:rPr>
          <w:rFonts w:asciiTheme="majorHAnsi" w:hAnsiTheme="majorHAnsi" w:cstheme="majorHAnsi"/>
          <w:lang w:val="nl-BE"/>
        </w:rPr>
      </w:pPr>
      <w:r>
        <w:rPr>
          <w:rFonts w:asciiTheme="majorHAnsi" w:hAnsiTheme="majorHAnsi" w:cstheme="majorHAnsi"/>
          <w:lang w:val="nl-BE"/>
        </w:rPr>
        <w:t>Tijdens de werken op het Laar en het begin van de Kapellestraat kan de traditionele marktomleiding plaatsvinden.</w:t>
      </w:r>
    </w:p>
    <w:p w14:paraId="6FDD9C2C" w14:textId="66A0721A" w:rsidR="00CF4A46" w:rsidRPr="00B528D5" w:rsidRDefault="0064117E" w:rsidP="00D9485B">
      <w:pPr>
        <w:pStyle w:val="Kop2"/>
        <w:rPr>
          <w:rFonts w:cstheme="majorHAnsi"/>
          <w:lang w:val="nl-BE"/>
        </w:rPr>
      </w:pPr>
      <w:r w:rsidRPr="00B528D5">
        <w:rPr>
          <w:rStyle w:val="Kop4Char"/>
          <w:rFonts w:cstheme="majorHAnsi"/>
          <w:b/>
          <w:bCs/>
          <w:i w:val="0"/>
          <w:iCs w:val="0"/>
          <w:lang w:val="nl-BE"/>
        </w:rPr>
        <w:lastRenderedPageBreak/>
        <w:t>Nieuwe punten</w:t>
      </w:r>
      <w:r w:rsidRPr="00B528D5">
        <w:rPr>
          <w:rFonts w:cstheme="majorHAnsi"/>
          <w:lang w:val="nl-BE"/>
        </w:rPr>
        <w:t>:</w:t>
      </w:r>
      <w:r w:rsidR="00D9485B">
        <w:rPr>
          <w:rFonts w:cstheme="majorHAnsi"/>
          <w:lang w:val="nl-BE"/>
        </w:rPr>
        <w:t xml:space="preserve"> /</w:t>
      </w:r>
    </w:p>
    <w:p w14:paraId="79AC73BE" w14:textId="77777777" w:rsidR="002003B8" w:rsidRPr="00B528D5" w:rsidRDefault="006604D1" w:rsidP="00BB65FF">
      <w:pPr>
        <w:pStyle w:val="Kop1"/>
        <w:rPr>
          <w:rFonts w:cstheme="majorHAnsi"/>
          <w:lang w:val="nl-BE"/>
        </w:rPr>
      </w:pPr>
      <w:r w:rsidRPr="00B528D5">
        <w:rPr>
          <w:rFonts w:cstheme="majorHAnsi"/>
          <w:lang w:val="nl-BE"/>
        </w:rPr>
        <w:t>Wijk Koekoek</w:t>
      </w:r>
    </w:p>
    <w:p w14:paraId="5BB7D06B" w14:textId="228FCBA7" w:rsidR="00790339" w:rsidRPr="00B528D5" w:rsidRDefault="006604D1" w:rsidP="005810B4">
      <w:pPr>
        <w:pStyle w:val="Kop2"/>
        <w:rPr>
          <w:rFonts w:cstheme="majorHAnsi"/>
          <w:lang w:val="nl-BE"/>
        </w:rPr>
      </w:pPr>
      <w:r w:rsidRPr="00B528D5">
        <w:rPr>
          <w:rFonts w:cstheme="majorHAnsi"/>
          <w:lang w:val="nl-BE"/>
        </w:rPr>
        <w:t xml:space="preserve">Lopende dossiers: </w:t>
      </w:r>
      <w:r w:rsidR="00AE3AE7" w:rsidRPr="00B528D5">
        <w:rPr>
          <w:rFonts w:cstheme="majorHAnsi"/>
          <w:lang w:val="nl-BE"/>
        </w:rPr>
        <w:t>(zie verslagen vorige wijkraadvoorzittersvergaderingen)</w:t>
      </w:r>
    </w:p>
    <w:p w14:paraId="15B757CB" w14:textId="77777777" w:rsidR="007625B0" w:rsidRPr="00B528D5" w:rsidRDefault="007625B0" w:rsidP="007625B0">
      <w:pPr>
        <w:pStyle w:val="Lijstalinea"/>
        <w:rPr>
          <w:rFonts w:asciiTheme="majorHAnsi" w:hAnsiTheme="majorHAnsi" w:cstheme="majorHAnsi"/>
          <w:lang w:val="nl-BE"/>
        </w:rPr>
      </w:pPr>
    </w:p>
    <w:p w14:paraId="7D82BDE8" w14:textId="3E6A5575" w:rsidR="00790339" w:rsidRPr="00B528D5" w:rsidRDefault="00F068FD" w:rsidP="0010671F">
      <w:pPr>
        <w:pStyle w:val="Lijstalinea"/>
        <w:numPr>
          <w:ilvl w:val="0"/>
          <w:numId w:val="11"/>
        </w:numPr>
        <w:rPr>
          <w:rFonts w:asciiTheme="majorHAnsi" w:hAnsiTheme="majorHAnsi" w:cstheme="majorHAnsi"/>
          <w:lang w:val="nl-BE"/>
        </w:rPr>
      </w:pPr>
      <w:r w:rsidRPr="00B528D5">
        <w:rPr>
          <w:rFonts w:asciiTheme="majorHAnsi" w:hAnsiTheme="majorHAnsi" w:cstheme="majorHAnsi"/>
          <w:lang w:val="nl-BE"/>
        </w:rPr>
        <w:t>Camera’s aan de Koekoekstraat</w:t>
      </w:r>
      <w:r w:rsidR="0041450D" w:rsidRPr="00B528D5">
        <w:rPr>
          <w:rFonts w:asciiTheme="majorHAnsi" w:hAnsiTheme="majorHAnsi" w:cstheme="majorHAnsi"/>
          <w:lang w:val="nl-BE"/>
        </w:rPr>
        <w:t xml:space="preserve">: </w:t>
      </w:r>
    </w:p>
    <w:p w14:paraId="1F486D68" w14:textId="6F353FED" w:rsidR="001E447A" w:rsidRPr="00B528D5" w:rsidRDefault="00D319B6" w:rsidP="00506C3C">
      <w:pPr>
        <w:pStyle w:val="Lijstalinea"/>
        <w:rPr>
          <w:rFonts w:asciiTheme="majorHAnsi" w:hAnsiTheme="majorHAnsi" w:cstheme="majorHAnsi"/>
          <w:lang w:val="nl-BE"/>
        </w:rPr>
      </w:pPr>
      <w:r w:rsidRPr="00B528D5">
        <w:rPr>
          <w:rFonts w:asciiTheme="majorHAnsi" w:hAnsiTheme="majorHAnsi" w:cstheme="majorHAnsi"/>
          <w:lang w:val="nl-BE"/>
        </w:rPr>
        <w:t>John: Heeft rechtspraak i.v.m. camera</w:t>
      </w:r>
      <w:r w:rsidR="00B4695A">
        <w:rPr>
          <w:rFonts w:asciiTheme="majorHAnsi" w:hAnsiTheme="majorHAnsi" w:cstheme="majorHAnsi"/>
          <w:lang w:val="nl-BE"/>
        </w:rPr>
        <w:t>’</w:t>
      </w:r>
      <w:r w:rsidRPr="00B528D5">
        <w:rPr>
          <w:rFonts w:asciiTheme="majorHAnsi" w:hAnsiTheme="majorHAnsi" w:cstheme="majorHAnsi"/>
          <w:lang w:val="nl-BE"/>
        </w:rPr>
        <w:t xml:space="preserve">s </w:t>
      </w:r>
      <w:r w:rsidR="00B4695A">
        <w:rPr>
          <w:rFonts w:asciiTheme="majorHAnsi" w:hAnsiTheme="majorHAnsi" w:cstheme="majorHAnsi"/>
          <w:lang w:val="nl-BE"/>
        </w:rPr>
        <w:t xml:space="preserve">voor </w:t>
      </w:r>
      <w:r w:rsidRPr="00B528D5">
        <w:rPr>
          <w:rFonts w:asciiTheme="majorHAnsi" w:hAnsiTheme="majorHAnsi" w:cstheme="majorHAnsi"/>
          <w:lang w:val="nl-BE"/>
        </w:rPr>
        <w:t>trajectcontrole door privéfirma's impact op ons project? Timing?</w:t>
      </w:r>
    </w:p>
    <w:p w14:paraId="5AE7456E" w14:textId="77777777" w:rsidR="00CF4A46" w:rsidRPr="00B528D5" w:rsidRDefault="00CF4A46" w:rsidP="00CF4A46">
      <w:pPr>
        <w:pStyle w:val="Lijstalinea"/>
        <w:numPr>
          <w:ilvl w:val="0"/>
          <w:numId w:val="27"/>
        </w:numPr>
        <w:rPr>
          <w:rFonts w:asciiTheme="majorHAnsi" w:hAnsiTheme="majorHAnsi" w:cstheme="majorHAnsi"/>
          <w:u w:val="single"/>
          <w:lang w:val="nl-BE"/>
        </w:rPr>
      </w:pPr>
      <w:r w:rsidRPr="00B528D5">
        <w:rPr>
          <w:rFonts w:asciiTheme="majorHAnsi" w:hAnsiTheme="majorHAnsi" w:cstheme="majorHAnsi"/>
          <w:u w:val="single"/>
          <w:lang w:val="nl-BE"/>
        </w:rPr>
        <w:t xml:space="preserve">Antwoord (mobiliteit): Steven (03.12.2025): </w:t>
      </w:r>
    </w:p>
    <w:p w14:paraId="755F77BB" w14:textId="77777777" w:rsidR="00CF4A46" w:rsidRPr="00B528D5" w:rsidRDefault="00CF4A46" w:rsidP="007A7108">
      <w:pPr>
        <w:pStyle w:val="Lijstalinea"/>
        <w:ind w:left="1440"/>
        <w:rPr>
          <w:rFonts w:asciiTheme="majorHAnsi" w:hAnsiTheme="majorHAnsi" w:cstheme="majorHAnsi"/>
          <w:lang w:val="nl-BE"/>
        </w:rPr>
      </w:pPr>
      <w:r w:rsidRPr="00B528D5">
        <w:rPr>
          <w:rFonts w:asciiTheme="majorHAnsi" w:hAnsiTheme="majorHAnsi" w:cstheme="majorHAnsi"/>
          <w:lang w:val="nl-BE"/>
        </w:rPr>
        <w:t>Het dossier rond de camera’s is volop in behandeling. De offerte voor de nieuwe camera’s is nog niet zo lang geleden binnengekomen en intussen werd het deel voor Aartselaar berekend. Dit moet nog worden goedgekeurd door het college. De dienst Mobiliteit is momenteel bezig met de voorbereiding van het agendapunt.</w:t>
      </w:r>
    </w:p>
    <w:p w14:paraId="5FB6928F" w14:textId="5C050E3C" w:rsidR="00D319B6" w:rsidRPr="00B528D5" w:rsidRDefault="00D319B6" w:rsidP="00F96E5D">
      <w:pPr>
        <w:pStyle w:val="Lijstalinea"/>
        <w:ind w:left="1440"/>
        <w:rPr>
          <w:rFonts w:asciiTheme="majorHAnsi" w:hAnsiTheme="majorHAnsi" w:cstheme="majorHAnsi"/>
          <w:lang w:val="nl-BE"/>
        </w:rPr>
      </w:pPr>
      <w:r w:rsidRPr="00B528D5">
        <w:rPr>
          <w:rFonts w:asciiTheme="majorHAnsi" w:hAnsiTheme="majorHAnsi" w:cstheme="majorHAnsi"/>
          <w:lang w:val="nl-BE"/>
        </w:rPr>
        <w:t>Er komt dus een camerawissel: de nieuwe camera’s worden door ons aangekocht en de huidige zullen verdwijnen. Daarnaast zal er nog een bewonersbrief worden verstuurd om iedereen te informeren over deze wijziging.</w:t>
      </w:r>
    </w:p>
    <w:p w14:paraId="6BAD3FA8" w14:textId="611960D6" w:rsidR="00D319B6" w:rsidRPr="00B528D5" w:rsidRDefault="00D319B6" w:rsidP="00F96E5D">
      <w:pPr>
        <w:pStyle w:val="Lijstalinea"/>
        <w:ind w:left="1440"/>
        <w:rPr>
          <w:rFonts w:asciiTheme="majorHAnsi" w:hAnsiTheme="majorHAnsi" w:cstheme="majorHAnsi"/>
          <w:lang w:val="nl-BE"/>
        </w:rPr>
      </w:pPr>
      <w:r w:rsidRPr="00B528D5">
        <w:rPr>
          <w:rFonts w:asciiTheme="majorHAnsi" w:hAnsiTheme="majorHAnsi" w:cstheme="majorHAnsi"/>
          <w:lang w:val="nl-BE"/>
        </w:rPr>
        <w:t xml:space="preserve">De recente rechtspraak heeft geen impact op onze camera’s, omdat wij de verwerking niet uitbesteden aan </w:t>
      </w:r>
      <w:proofErr w:type="spellStart"/>
      <w:r w:rsidRPr="00B528D5">
        <w:rPr>
          <w:rFonts w:asciiTheme="majorHAnsi" w:hAnsiTheme="majorHAnsi" w:cstheme="majorHAnsi"/>
          <w:lang w:val="nl-BE"/>
        </w:rPr>
        <w:t>T</w:t>
      </w:r>
      <w:r w:rsidR="00834431" w:rsidRPr="00B528D5">
        <w:rPr>
          <w:rFonts w:asciiTheme="majorHAnsi" w:hAnsiTheme="majorHAnsi" w:cstheme="majorHAnsi"/>
          <w:lang w:val="nl-BE"/>
        </w:rPr>
        <w:t>aa</w:t>
      </w:r>
      <w:r w:rsidRPr="00B528D5">
        <w:rPr>
          <w:rFonts w:asciiTheme="majorHAnsi" w:hAnsiTheme="majorHAnsi" w:cstheme="majorHAnsi"/>
          <w:lang w:val="nl-BE"/>
        </w:rPr>
        <w:t>S</w:t>
      </w:r>
      <w:proofErr w:type="spellEnd"/>
      <w:r w:rsidRPr="00B528D5">
        <w:rPr>
          <w:rFonts w:asciiTheme="majorHAnsi" w:hAnsiTheme="majorHAnsi" w:cstheme="majorHAnsi"/>
          <w:lang w:val="nl-BE"/>
        </w:rPr>
        <w:t>-firma’s. Alle vaststellingen worden door ons eigen personeel gedaan.</w:t>
      </w:r>
    </w:p>
    <w:p w14:paraId="0D4E1D88" w14:textId="41F634F0" w:rsidR="00CF4A46" w:rsidRPr="00B528D5" w:rsidRDefault="00D319B6" w:rsidP="00F96E5D">
      <w:pPr>
        <w:pStyle w:val="Lijstalinea"/>
        <w:ind w:left="1440"/>
        <w:rPr>
          <w:rFonts w:asciiTheme="majorHAnsi" w:hAnsiTheme="majorHAnsi" w:cstheme="majorHAnsi"/>
          <w:lang w:val="nl-BE"/>
        </w:rPr>
      </w:pPr>
      <w:r w:rsidRPr="00B528D5">
        <w:rPr>
          <w:rFonts w:asciiTheme="majorHAnsi" w:hAnsiTheme="majorHAnsi" w:cstheme="majorHAnsi"/>
          <w:lang w:val="nl-BE"/>
        </w:rPr>
        <w:t>Wat de timing betreft, zijn we deels afhankelijk van onze buurgemeente, aangezien we samen moeten opstarten. Hun budgetten zijn alvast ook al voorzien.</w:t>
      </w:r>
    </w:p>
    <w:p w14:paraId="125DC36E" w14:textId="77777777" w:rsidR="00CF4A46" w:rsidRPr="00B528D5" w:rsidRDefault="00CF4A46" w:rsidP="00CF4A46">
      <w:pPr>
        <w:pStyle w:val="Lijstalinea"/>
        <w:ind w:left="1440"/>
        <w:rPr>
          <w:rFonts w:asciiTheme="majorHAnsi" w:hAnsiTheme="majorHAnsi" w:cstheme="majorHAnsi"/>
          <w:lang w:val="nl-BE"/>
        </w:rPr>
      </w:pPr>
    </w:p>
    <w:p w14:paraId="4A0E88FD" w14:textId="77777777" w:rsidR="00CF4A46" w:rsidRPr="00B528D5" w:rsidRDefault="00D319B6" w:rsidP="00CF4A46">
      <w:pPr>
        <w:pStyle w:val="Lijstalinea"/>
        <w:numPr>
          <w:ilvl w:val="0"/>
          <w:numId w:val="27"/>
        </w:numPr>
        <w:rPr>
          <w:rFonts w:asciiTheme="majorHAnsi" w:hAnsiTheme="majorHAnsi" w:cstheme="majorHAnsi"/>
          <w:lang w:val="nl-BE"/>
        </w:rPr>
      </w:pPr>
      <w:r w:rsidRPr="00B528D5">
        <w:rPr>
          <w:rFonts w:asciiTheme="majorHAnsi" w:hAnsiTheme="majorHAnsi" w:cstheme="majorHAnsi"/>
          <w:u w:val="single"/>
          <w:lang w:val="nl-BE"/>
        </w:rPr>
        <w:t>Toelichting door Bart:</w:t>
      </w:r>
    </w:p>
    <w:p w14:paraId="1E30CC30" w14:textId="68E2645E" w:rsidR="00CF4A46" w:rsidRPr="00B528D5" w:rsidRDefault="003D3580" w:rsidP="00CF4A46">
      <w:pPr>
        <w:pStyle w:val="Lijstalinea"/>
        <w:ind w:left="1440"/>
        <w:rPr>
          <w:rFonts w:asciiTheme="majorHAnsi" w:hAnsiTheme="majorHAnsi" w:cstheme="majorHAnsi"/>
          <w:lang w:val="nl-BE"/>
        </w:rPr>
      </w:pPr>
      <w:r w:rsidRPr="00B528D5">
        <w:rPr>
          <w:rFonts w:asciiTheme="majorHAnsi" w:hAnsiTheme="majorHAnsi" w:cstheme="majorHAnsi"/>
          <w:lang w:val="nl-BE"/>
        </w:rPr>
        <w:t>In  het MJP staat 96</w:t>
      </w:r>
      <w:r w:rsidR="00B4695A">
        <w:rPr>
          <w:rFonts w:asciiTheme="majorHAnsi" w:hAnsiTheme="majorHAnsi" w:cstheme="majorHAnsi"/>
          <w:lang w:val="nl-BE"/>
        </w:rPr>
        <w:t>.</w:t>
      </w:r>
      <w:r w:rsidRPr="00B528D5">
        <w:rPr>
          <w:rFonts w:asciiTheme="majorHAnsi" w:hAnsiTheme="majorHAnsi" w:cstheme="majorHAnsi"/>
          <w:lang w:val="nl-BE"/>
        </w:rPr>
        <w:t>000 euro klaar voor de camera’s.</w:t>
      </w:r>
    </w:p>
    <w:p w14:paraId="4BFCB29D" w14:textId="50314FD3" w:rsidR="00506C3C" w:rsidRPr="00B528D5" w:rsidRDefault="00593B12" w:rsidP="00CF4A46">
      <w:pPr>
        <w:pStyle w:val="Lijstalinea"/>
        <w:ind w:left="1440"/>
        <w:rPr>
          <w:rFonts w:asciiTheme="majorHAnsi" w:hAnsiTheme="majorHAnsi" w:cstheme="majorHAnsi"/>
          <w:lang w:val="nl-BE"/>
        </w:rPr>
      </w:pPr>
      <w:r w:rsidRPr="00B528D5">
        <w:rPr>
          <w:rFonts w:asciiTheme="majorHAnsi" w:hAnsiTheme="majorHAnsi" w:cstheme="majorHAnsi"/>
          <w:lang w:val="nl-BE"/>
        </w:rPr>
        <w:t xml:space="preserve">In wijk Koekoek </w:t>
      </w:r>
      <w:r w:rsidR="00B4695A">
        <w:rPr>
          <w:rFonts w:asciiTheme="majorHAnsi" w:hAnsiTheme="majorHAnsi" w:cstheme="majorHAnsi"/>
          <w:lang w:val="nl-BE"/>
        </w:rPr>
        <w:t xml:space="preserve">gaat het om </w:t>
      </w:r>
      <w:r w:rsidRPr="00B528D5">
        <w:rPr>
          <w:rFonts w:asciiTheme="majorHAnsi" w:hAnsiTheme="majorHAnsi" w:cstheme="majorHAnsi"/>
          <w:lang w:val="nl-BE"/>
        </w:rPr>
        <w:t>GAS 4, vooral gericht op sluipverkeer</w:t>
      </w:r>
      <w:r w:rsidR="00B4695A">
        <w:rPr>
          <w:rFonts w:asciiTheme="majorHAnsi" w:hAnsiTheme="majorHAnsi" w:cstheme="majorHAnsi"/>
          <w:lang w:val="nl-BE"/>
        </w:rPr>
        <w:t>.</w:t>
      </w:r>
    </w:p>
    <w:p w14:paraId="1FB04413" w14:textId="77777777" w:rsidR="00CF4A46" w:rsidRPr="00B528D5" w:rsidRDefault="00CF4A46" w:rsidP="00CF4A46">
      <w:pPr>
        <w:pStyle w:val="Lijstalinea"/>
        <w:ind w:left="1440"/>
        <w:rPr>
          <w:rFonts w:asciiTheme="majorHAnsi" w:hAnsiTheme="majorHAnsi" w:cstheme="majorHAnsi"/>
          <w:lang w:val="nl-BE"/>
        </w:rPr>
      </w:pPr>
    </w:p>
    <w:p w14:paraId="75A7EC4E" w14:textId="64D040AC" w:rsidR="00DB4766" w:rsidRPr="00B528D5" w:rsidRDefault="00B4695A" w:rsidP="00CF4A46">
      <w:pPr>
        <w:pStyle w:val="Lijstalinea"/>
        <w:numPr>
          <w:ilvl w:val="0"/>
          <w:numId w:val="27"/>
        </w:numPr>
        <w:rPr>
          <w:rFonts w:asciiTheme="majorHAnsi" w:hAnsiTheme="majorHAnsi" w:cstheme="majorHAnsi"/>
          <w:lang w:val="nl-BE"/>
        </w:rPr>
      </w:pPr>
      <w:r>
        <w:rPr>
          <w:rFonts w:asciiTheme="majorHAnsi" w:hAnsiTheme="majorHAnsi" w:cstheme="majorHAnsi"/>
          <w:u w:val="single"/>
          <w:lang w:val="nl-BE"/>
        </w:rPr>
        <w:t xml:space="preserve">Antwoord </w:t>
      </w:r>
      <w:r w:rsidR="00DB4766" w:rsidRPr="00B528D5">
        <w:rPr>
          <w:rFonts w:asciiTheme="majorHAnsi" w:hAnsiTheme="majorHAnsi" w:cstheme="majorHAnsi"/>
          <w:u w:val="single"/>
          <w:lang w:val="nl-BE"/>
        </w:rPr>
        <w:t>Bart</w:t>
      </w:r>
      <w:r>
        <w:rPr>
          <w:rFonts w:asciiTheme="majorHAnsi" w:hAnsiTheme="majorHAnsi" w:cstheme="majorHAnsi"/>
          <w:u w:val="single"/>
          <w:lang w:val="nl-BE"/>
        </w:rPr>
        <w:t xml:space="preserve"> (</w:t>
      </w:r>
      <w:r w:rsidR="00DB4766" w:rsidRPr="00B528D5">
        <w:rPr>
          <w:rFonts w:asciiTheme="majorHAnsi" w:hAnsiTheme="majorHAnsi" w:cstheme="majorHAnsi"/>
          <w:u w:val="single"/>
          <w:lang w:val="nl-BE"/>
        </w:rPr>
        <w:t>19.03.2026</w:t>
      </w:r>
      <w:r>
        <w:rPr>
          <w:rFonts w:asciiTheme="majorHAnsi" w:hAnsiTheme="majorHAnsi" w:cstheme="majorHAnsi"/>
          <w:u w:val="single"/>
          <w:lang w:val="nl-BE"/>
        </w:rPr>
        <w:t>):</w:t>
      </w:r>
    </w:p>
    <w:p w14:paraId="5C236236" w14:textId="77777777" w:rsidR="00DB4766" w:rsidRPr="00B528D5" w:rsidRDefault="00DB4766" w:rsidP="00CF4A46">
      <w:pPr>
        <w:pStyle w:val="Lijstalinea"/>
        <w:ind w:left="1440"/>
        <w:rPr>
          <w:rFonts w:asciiTheme="majorHAnsi" w:hAnsiTheme="majorHAnsi" w:cstheme="majorHAnsi"/>
          <w:lang w:val="nl-BE"/>
        </w:rPr>
      </w:pPr>
      <w:r w:rsidRPr="00B528D5">
        <w:rPr>
          <w:rFonts w:asciiTheme="majorHAnsi" w:hAnsiTheme="majorHAnsi" w:cstheme="majorHAnsi"/>
          <w:lang w:val="nl-BE"/>
        </w:rPr>
        <w:t>Onze mobiliteitsambtenaar is langdurig afwezig, maar er werd intussen externe ondersteuning ingeschakeld om dit dossier hopelijk snel op de gemeenteraad te brengen.</w:t>
      </w:r>
    </w:p>
    <w:p w14:paraId="1E5BB9E9" w14:textId="77777777" w:rsidR="00DB4766" w:rsidRPr="00B528D5" w:rsidRDefault="00DB4766" w:rsidP="0010671F">
      <w:pPr>
        <w:pStyle w:val="Lijstalinea"/>
        <w:rPr>
          <w:rFonts w:asciiTheme="majorHAnsi" w:hAnsiTheme="majorHAnsi" w:cstheme="majorHAnsi"/>
          <w:u w:val="single"/>
          <w:lang w:val="nl-BE"/>
        </w:rPr>
      </w:pPr>
    </w:p>
    <w:p w14:paraId="30D1F9DC" w14:textId="77777777" w:rsidR="0010671F" w:rsidRPr="00B528D5" w:rsidRDefault="0010671F" w:rsidP="0010671F">
      <w:pPr>
        <w:pStyle w:val="Lijstalinea"/>
        <w:rPr>
          <w:rFonts w:asciiTheme="majorHAnsi" w:hAnsiTheme="majorHAnsi" w:cstheme="majorHAnsi"/>
          <w:lang w:val="nl-BE"/>
        </w:rPr>
      </w:pPr>
    </w:p>
    <w:p w14:paraId="5B429E9B" w14:textId="7578C334" w:rsidR="00506C3C" w:rsidRDefault="00B4695A" w:rsidP="0010671F">
      <w:pPr>
        <w:pStyle w:val="Lijstalinea"/>
        <w:numPr>
          <w:ilvl w:val="0"/>
          <w:numId w:val="11"/>
        </w:numPr>
        <w:rPr>
          <w:rFonts w:asciiTheme="majorHAnsi" w:eastAsia="Times New Roman" w:hAnsiTheme="majorHAnsi" w:cstheme="majorHAnsi"/>
          <w:lang w:val="nl-BE"/>
        </w:rPr>
      </w:pPr>
      <w:r>
        <w:rPr>
          <w:rFonts w:asciiTheme="majorHAnsi" w:eastAsia="Times New Roman" w:hAnsiTheme="majorHAnsi" w:cstheme="majorHAnsi"/>
          <w:lang w:val="nl-BE"/>
        </w:rPr>
        <w:t xml:space="preserve">Stand van zaken </w:t>
      </w:r>
      <w:proofErr w:type="spellStart"/>
      <w:r>
        <w:rPr>
          <w:rFonts w:asciiTheme="majorHAnsi" w:eastAsia="Times New Roman" w:hAnsiTheme="majorHAnsi" w:cstheme="majorHAnsi"/>
          <w:lang w:val="nl-BE"/>
        </w:rPr>
        <w:t>Tuinlei</w:t>
      </w:r>
      <w:proofErr w:type="spellEnd"/>
      <w:r>
        <w:rPr>
          <w:rFonts w:asciiTheme="majorHAnsi" w:eastAsia="Times New Roman" w:hAnsiTheme="majorHAnsi" w:cstheme="majorHAnsi"/>
          <w:lang w:val="nl-BE"/>
        </w:rPr>
        <w:t>: eenrichtingsverkeer</w:t>
      </w:r>
      <w:r w:rsidR="00506C3C" w:rsidRPr="00B528D5">
        <w:rPr>
          <w:rFonts w:asciiTheme="majorHAnsi" w:eastAsia="Times New Roman" w:hAnsiTheme="majorHAnsi" w:cstheme="majorHAnsi"/>
          <w:lang w:val="nl-BE"/>
        </w:rPr>
        <w:t>? Wat als het zo blijft en er een dodehoekongeval komt met een fietser? De nieuwe straat is heel smal geworden en wat als ze met 2 vrachtwagens passeren.</w:t>
      </w:r>
    </w:p>
    <w:p w14:paraId="07760FF9" w14:textId="77777777" w:rsidR="00D9485B" w:rsidRDefault="00D9485B" w:rsidP="00D9485B">
      <w:pPr>
        <w:pStyle w:val="Lijstalinea"/>
        <w:rPr>
          <w:rFonts w:asciiTheme="majorHAnsi" w:eastAsia="Times New Roman" w:hAnsiTheme="majorHAnsi" w:cstheme="majorHAnsi"/>
          <w:lang w:val="nl-BE"/>
        </w:rPr>
      </w:pPr>
    </w:p>
    <w:p w14:paraId="295DB458" w14:textId="77777777" w:rsidR="00E336C3" w:rsidRDefault="00E336C3" w:rsidP="00E336C3">
      <w:pPr>
        <w:pStyle w:val="Lijstalinea"/>
        <w:rPr>
          <w:rFonts w:asciiTheme="majorHAnsi" w:eastAsia="Times New Roman" w:hAnsiTheme="majorHAnsi" w:cstheme="majorHAnsi"/>
          <w:lang w:val="nl-BE"/>
        </w:rPr>
      </w:pPr>
    </w:p>
    <w:p w14:paraId="6558BCF3" w14:textId="77777777" w:rsidR="00E336C3" w:rsidRPr="00E336C3" w:rsidRDefault="00506C3C" w:rsidP="00E336C3">
      <w:pPr>
        <w:pStyle w:val="Lijstalinea"/>
        <w:numPr>
          <w:ilvl w:val="0"/>
          <w:numId w:val="27"/>
        </w:numPr>
        <w:rPr>
          <w:rFonts w:asciiTheme="majorHAnsi" w:eastAsia="Times New Roman" w:hAnsiTheme="majorHAnsi" w:cstheme="majorHAnsi"/>
          <w:lang w:val="nl-BE"/>
        </w:rPr>
      </w:pPr>
      <w:r w:rsidRPr="00E336C3">
        <w:rPr>
          <w:rFonts w:asciiTheme="majorHAnsi" w:hAnsiTheme="majorHAnsi" w:cstheme="majorHAnsi"/>
          <w:u w:val="single"/>
          <w:lang w:val="nl-BE"/>
        </w:rPr>
        <w:lastRenderedPageBreak/>
        <w:t>Antwoord Bart:</w:t>
      </w:r>
    </w:p>
    <w:p w14:paraId="0A5912A3" w14:textId="402EFACF" w:rsidR="00506C3C" w:rsidRDefault="00506C3C" w:rsidP="00E336C3">
      <w:pPr>
        <w:pStyle w:val="Lijstalinea"/>
        <w:ind w:left="1440"/>
        <w:rPr>
          <w:rFonts w:asciiTheme="majorHAnsi" w:hAnsiTheme="majorHAnsi" w:cstheme="majorHAnsi"/>
          <w:lang w:val="nl-BE"/>
        </w:rPr>
      </w:pPr>
      <w:r w:rsidRPr="00E336C3">
        <w:rPr>
          <w:rFonts w:asciiTheme="majorHAnsi" w:hAnsiTheme="majorHAnsi" w:cstheme="majorHAnsi"/>
          <w:lang w:val="nl-BE"/>
        </w:rPr>
        <w:t xml:space="preserve">Begin dit jaar werd een dading afgesloten met </w:t>
      </w:r>
      <w:proofErr w:type="spellStart"/>
      <w:r w:rsidRPr="00E336C3">
        <w:rPr>
          <w:rFonts w:asciiTheme="majorHAnsi" w:hAnsiTheme="majorHAnsi" w:cstheme="majorHAnsi"/>
          <w:lang w:val="nl-BE"/>
        </w:rPr>
        <w:t>Motown</w:t>
      </w:r>
      <w:proofErr w:type="spellEnd"/>
      <w:r w:rsidRPr="00E336C3">
        <w:rPr>
          <w:rFonts w:asciiTheme="majorHAnsi" w:hAnsiTheme="majorHAnsi" w:cstheme="majorHAnsi"/>
          <w:lang w:val="nl-BE"/>
        </w:rPr>
        <w:t xml:space="preserve">. De bedoeling is om de </w:t>
      </w:r>
      <w:proofErr w:type="spellStart"/>
      <w:r w:rsidRPr="00E336C3">
        <w:rPr>
          <w:rFonts w:asciiTheme="majorHAnsi" w:hAnsiTheme="majorHAnsi" w:cstheme="majorHAnsi"/>
          <w:lang w:val="nl-BE"/>
        </w:rPr>
        <w:t>Tuinlei</w:t>
      </w:r>
      <w:proofErr w:type="spellEnd"/>
      <w:r w:rsidRPr="00E336C3">
        <w:rPr>
          <w:rFonts w:asciiTheme="majorHAnsi" w:hAnsiTheme="majorHAnsi" w:cstheme="majorHAnsi"/>
          <w:lang w:val="nl-BE"/>
        </w:rPr>
        <w:t xml:space="preserve"> licht te verleggen, verder weg van het hoekperceel, om het zicht te verbeteren. Het verkeer valt al bij al mee, de complete verzadiging uit vroegere studies is geen waarheid geworden. Momenteel wordt samen met advocaten bekeken om tot een dading te komen met het oog op de toekomst.</w:t>
      </w:r>
    </w:p>
    <w:p w14:paraId="75EAFF15" w14:textId="77777777" w:rsidR="00E336C3" w:rsidRDefault="00E336C3" w:rsidP="00E336C3">
      <w:pPr>
        <w:pStyle w:val="Lijstalinea"/>
        <w:ind w:left="1440"/>
        <w:rPr>
          <w:rFonts w:asciiTheme="majorHAnsi" w:hAnsiTheme="majorHAnsi" w:cstheme="majorHAnsi"/>
          <w:lang w:val="nl-BE"/>
        </w:rPr>
      </w:pPr>
    </w:p>
    <w:p w14:paraId="5625C6E0" w14:textId="30DD3FFB" w:rsidR="00DB4766" w:rsidRPr="00E336C3" w:rsidRDefault="00DB4766" w:rsidP="00E336C3">
      <w:pPr>
        <w:pStyle w:val="Lijstalinea"/>
        <w:numPr>
          <w:ilvl w:val="0"/>
          <w:numId w:val="27"/>
        </w:numPr>
        <w:rPr>
          <w:rFonts w:asciiTheme="majorHAnsi" w:eastAsia="Times New Roman" w:hAnsiTheme="majorHAnsi" w:cstheme="majorHAnsi"/>
          <w:lang w:val="nl-BE"/>
        </w:rPr>
      </w:pPr>
      <w:r w:rsidRPr="00E336C3">
        <w:rPr>
          <w:rFonts w:asciiTheme="majorHAnsi" w:hAnsiTheme="majorHAnsi" w:cstheme="majorHAnsi"/>
          <w:u w:val="single"/>
          <w:lang w:val="nl-BE"/>
        </w:rPr>
        <w:t>Antwoord Bart: 1</w:t>
      </w:r>
      <w:r w:rsidR="00745E70" w:rsidRPr="00E336C3">
        <w:rPr>
          <w:rFonts w:asciiTheme="majorHAnsi" w:hAnsiTheme="majorHAnsi" w:cstheme="majorHAnsi"/>
          <w:u w:val="single"/>
          <w:lang w:val="nl-BE"/>
        </w:rPr>
        <w:t>8</w:t>
      </w:r>
      <w:r w:rsidRPr="00E336C3">
        <w:rPr>
          <w:rFonts w:asciiTheme="majorHAnsi" w:hAnsiTheme="majorHAnsi" w:cstheme="majorHAnsi"/>
          <w:u w:val="single"/>
          <w:lang w:val="nl-BE"/>
        </w:rPr>
        <w:t>.0</w:t>
      </w:r>
      <w:r w:rsidR="00745E70" w:rsidRPr="00E336C3">
        <w:rPr>
          <w:rFonts w:asciiTheme="majorHAnsi" w:hAnsiTheme="majorHAnsi" w:cstheme="majorHAnsi"/>
          <w:u w:val="single"/>
          <w:lang w:val="nl-BE"/>
        </w:rPr>
        <w:t>3</w:t>
      </w:r>
      <w:r w:rsidRPr="00E336C3">
        <w:rPr>
          <w:rFonts w:asciiTheme="majorHAnsi" w:hAnsiTheme="majorHAnsi" w:cstheme="majorHAnsi"/>
          <w:u w:val="single"/>
          <w:lang w:val="nl-BE"/>
        </w:rPr>
        <w:t>.2026</w:t>
      </w:r>
    </w:p>
    <w:p w14:paraId="162C9C4F" w14:textId="5A4578D5" w:rsidR="00506C3C" w:rsidRPr="00E336C3" w:rsidRDefault="00DB4766" w:rsidP="00E336C3">
      <w:pPr>
        <w:pStyle w:val="Lijstalinea"/>
        <w:ind w:left="1440"/>
        <w:rPr>
          <w:rFonts w:asciiTheme="majorHAnsi" w:eastAsia="Times New Roman" w:hAnsiTheme="majorHAnsi" w:cstheme="majorHAnsi"/>
          <w:lang w:val="nl-BE"/>
        </w:rPr>
      </w:pPr>
      <w:r w:rsidRPr="00E336C3">
        <w:rPr>
          <w:rFonts w:asciiTheme="majorHAnsi" w:hAnsiTheme="majorHAnsi" w:cstheme="majorHAnsi"/>
          <w:lang w:val="nl-BE"/>
        </w:rPr>
        <w:t xml:space="preserve">Het is de bedoeling om de </w:t>
      </w:r>
      <w:proofErr w:type="spellStart"/>
      <w:r w:rsidRPr="00E336C3">
        <w:rPr>
          <w:rFonts w:asciiTheme="majorHAnsi" w:hAnsiTheme="majorHAnsi" w:cstheme="majorHAnsi"/>
          <w:lang w:val="nl-BE"/>
        </w:rPr>
        <w:t>Tuinlei</w:t>
      </w:r>
      <w:proofErr w:type="spellEnd"/>
      <w:r w:rsidRPr="00E336C3">
        <w:rPr>
          <w:rFonts w:asciiTheme="majorHAnsi" w:hAnsiTheme="majorHAnsi" w:cstheme="majorHAnsi"/>
          <w:lang w:val="nl-BE"/>
        </w:rPr>
        <w:t xml:space="preserve"> licht te verleggen, waarbij </w:t>
      </w:r>
      <w:proofErr w:type="spellStart"/>
      <w:r w:rsidRPr="00E336C3">
        <w:rPr>
          <w:rFonts w:asciiTheme="majorHAnsi" w:hAnsiTheme="majorHAnsi" w:cstheme="majorHAnsi"/>
          <w:lang w:val="nl-BE"/>
        </w:rPr>
        <w:t>Motown</w:t>
      </w:r>
      <w:proofErr w:type="spellEnd"/>
      <w:r w:rsidRPr="00E336C3">
        <w:rPr>
          <w:rFonts w:asciiTheme="majorHAnsi" w:hAnsiTheme="majorHAnsi" w:cstheme="majorHAnsi"/>
          <w:lang w:val="nl-BE"/>
        </w:rPr>
        <w:t xml:space="preserve"> bereid is een deel van zijn grond af te staan om de weg wat af te buigen; er wordt daarbij ook gedacht aan fietsinfrastructuur, maar daarvoor is nog een onteigening nodig,</w:t>
      </w:r>
      <w:r w:rsidR="00D9485B">
        <w:rPr>
          <w:rFonts w:asciiTheme="majorHAnsi" w:hAnsiTheme="majorHAnsi" w:cstheme="majorHAnsi"/>
          <w:lang w:val="nl-BE"/>
        </w:rPr>
        <w:t xml:space="preserve"> en loopt een dossier bij de provincie om op het bovenlokaal functioneel fietsroutenetwerk te krijgen. Realisatie van de ombuiging is dus nog niet voor de korte termijn, maar eerder middellange termijn</w:t>
      </w:r>
      <w:r w:rsidRPr="00E336C3">
        <w:rPr>
          <w:rFonts w:asciiTheme="majorHAnsi" w:hAnsiTheme="majorHAnsi" w:cstheme="majorHAnsi"/>
          <w:lang w:val="nl-BE"/>
        </w:rPr>
        <w:t>.</w:t>
      </w:r>
    </w:p>
    <w:p w14:paraId="34E8D1A5" w14:textId="77777777" w:rsidR="00DB4766" w:rsidRPr="00B528D5" w:rsidRDefault="00DB4766" w:rsidP="00506C3C">
      <w:pPr>
        <w:pStyle w:val="Lijstalinea"/>
        <w:rPr>
          <w:rFonts w:asciiTheme="majorHAnsi" w:hAnsiTheme="majorHAnsi" w:cstheme="majorHAnsi"/>
          <w:lang w:val="nl-BE"/>
        </w:rPr>
      </w:pPr>
    </w:p>
    <w:p w14:paraId="487532CE" w14:textId="77777777" w:rsidR="00506C3C" w:rsidRDefault="00506C3C" w:rsidP="0010671F">
      <w:pPr>
        <w:pStyle w:val="Lijstalinea"/>
        <w:numPr>
          <w:ilvl w:val="0"/>
          <w:numId w:val="11"/>
        </w:numPr>
        <w:rPr>
          <w:rFonts w:asciiTheme="majorHAnsi" w:eastAsia="Times New Roman" w:hAnsiTheme="majorHAnsi" w:cstheme="majorHAnsi"/>
          <w:lang w:val="nl-BE"/>
        </w:rPr>
      </w:pPr>
      <w:r w:rsidRPr="00B528D5">
        <w:rPr>
          <w:rFonts w:asciiTheme="majorHAnsi" w:eastAsia="Times New Roman" w:hAnsiTheme="majorHAnsi" w:cstheme="majorHAnsi"/>
          <w:lang w:val="nl-BE"/>
        </w:rPr>
        <w:t>De hagen aan de kant van Aartselaar, kan men hier ook peterschap van krijgen? Niet allemaal maar bv voor uw eigen huis?</w:t>
      </w:r>
    </w:p>
    <w:p w14:paraId="38509ABD" w14:textId="77777777" w:rsidR="00E336C3" w:rsidRDefault="00E336C3" w:rsidP="00E336C3">
      <w:pPr>
        <w:pStyle w:val="Lijstalinea"/>
        <w:rPr>
          <w:rFonts w:asciiTheme="majorHAnsi" w:eastAsia="Times New Roman" w:hAnsiTheme="majorHAnsi" w:cstheme="majorHAnsi"/>
          <w:lang w:val="nl-BE"/>
        </w:rPr>
      </w:pPr>
    </w:p>
    <w:p w14:paraId="75B8BB28" w14:textId="77777777" w:rsidR="00E336C3" w:rsidRPr="00E336C3" w:rsidRDefault="00506C3C" w:rsidP="00E336C3">
      <w:pPr>
        <w:pStyle w:val="Lijstalinea"/>
        <w:numPr>
          <w:ilvl w:val="0"/>
          <w:numId w:val="27"/>
        </w:numPr>
        <w:rPr>
          <w:rFonts w:asciiTheme="majorHAnsi" w:eastAsia="Times New Roman" w:hAnsiTheme="majorHAnsi" w:cstheme="majorHAnsi"/>
          <w:lang w:val="nl-BE"/>
        </w:rPr>
      </w:pPr>
      <w:r w:rsidRPr="00E336C3">
        <w:rPr>
          <w:rFonts w:asciiTheme="majorHAnsi" w:hAnsiTheme="majorHAnsi" w:cstheme="majorHAnsi"/>
          <w:u w:val="single"/>
          <w:lang w:val="nl-BE"/>
        </w:rPr>
        <w:t>Antwoord Caroline (04.12.2025):</w:t>
      </w:r>
    </w:p>
    <w:p w14:paraId="02846D75" w14:textId="77777777" w:rsidR="00E336C3" w:rsidRDefault="00506C3C" w:rsidP="00E336C3">
      <w:pPr>
        <w:pStyle w:val="Lijstalinea"/>
        <w:ind w:left="1440"/>
        <w:rPr>
          <w:rFonts w:asciiTheme="majorHAnsi" w:hAnsiTheme="majorHAnsi" w:cstheme="majorHAnsi"/>
          <w:lang w:val="nl-BE"/>
        </w:rPr>
      </w:pPr>
      <w:r w:rsidRPr="00E336C3">
        <w:rPr>
          <w:rFonts w:asciiTheme="majorHAnsi" w:hAnsiTheme="majorHAnsi" w:cstheme="majorHAnsi"/>
          <w:lang w:val="nl-BE"/>
        </w:rPr>
        <w:t>We zijn al enige tijd bezig met een eventueel peterschap op te richten voor o</w:t>
      </w:r>
      <w:r w:rsidR="00B4695A" w:rsidRPr="00E336C3">
        <w:rPr>
          <w:rFonts w:asciiTheme="majorHAnsi" w:hAnsiTheme="majorHAnsi" w:cstheme="majorHAnsi"/>
          <w:lang w:val="nl-BE"/>
        </w:rPr>
        <w:t>.</w:t>
      </w:r>
      <w:r w:rsidRPr="00E336C3">
        <w:rPr>
          <w:rFonts w:asciiTheme="majorHAnsi" w:hAnsiTheme="majorHAnsi" w:cstheme="majorHAnsi"/>
          <w:lang w:val="nl-BE"/>
        </w:rPr>
        <w:t>a</w:t>
      </w:r>
      <w:r w:rsidR="00B4695A" w:rsidRPr="00E336C3">
        <w:rPr>
          <w:rFonts w:asciiTheme="majorHAnsi" w:hAnsiTheme="majorHAnsi" w:cstheme="majorHAnsi"/>
          <w:lang w:val="nl-BE"/>
        </w:rPr>
        <w:t>.</w:t>
      </w:r>
      <w:r w:rsidRPr="00E336C3">
        <w:rPr>
          <w:rFonts w:asciiTheme="majorHAnsi" w:hAnsiTheme="majorHAnsi" w:cstheme="majorHAnsi"/>
          <w:lang w:val="nl-BE"/>
        </w:rPr>
        <w:t xml:space="preserve"> bloemenperken op het openbaar domein. Hagen kunnen hier misschien ook wel in opgenomen worden.</w:t>
      </w:r>
    </w:p>
    <w:p w14:paraId="0177595C" w14:textId="2F9BAE8F" w:rsidR="00506C3C" w:rsidRPr="00E336C3" w:rsidRDefault="00506C3C" w:rsidP="00E336C3">
      <w:pPr>
        <w:pStyle w:val="Lijstalinea"/>
        <w:ind w:left="1440"/>
        <w:rPr>
          <w:rFonts w:asciiTheme="majorHAnsi" w:eastAsia="Times New Roman" w:hAnsiTheme="majorHAnsi" w:cstheme="majorHAnsi"/>
          <w:lang w:val="nl-BE"/>
        </w:rPr>
      </w:pPr>
      <w:r w:rsidRPr="00E336C3">
        <w:rPr>
          <w:rFonts w:asciiTheme="majorHAnsi" w:hAnsiTheme="majorHAnsi" w:cstheme="majorHAnsi"/>
          <w:lang w:val="nl-BE"/>
        </w:rPr>
        <w:t>Sta me toe om dit mee te nemen naar volgend jaar wanneer het project mogelijks zal opgestart worden.</w:t>
      </w:r>
    </w:p>
    <w:p w14:paraId="04794651" w14:textId="2354FC5A" w:rsidR="00E336C3" w:rsidRDefault="00506C3C" w:rsidP="00E336C3">
      <w:pPr>
        <w:numPr>
          <w:ilvl w:val="0"/>
          <w:numId w:val="11"/>
        </w:numPr>
        <w:spacing w:before="100" w:beforeAutospacing="1" w:after="100" w:afterAutospacing="1" w:line="240" w:lineRule="auto"/>
        <w:rPr>
          <w:rFonts w:asciiTheme="majorHAnsi" w:eastAsia="Times New Roman" w:hAnsiTheme="majorHAnsi" w:cstheme="majorHAnsi"/>
          <w:lang w:val="nl-BE"/>
        </w:rPr>
      </w:pPr>
      <w:r w:rsidRPr="00B528D5">
        <w:rPr>
          <w:rFonts w:asciiTheme="majorHAnsi" w:eastAsia="Times New Roman" w:hAnsiTheme="majorHAnsi" w:cstheme="majorHAnsi"/>
          <w:lang w:val="nl-BE"/>
        </w:rPr>
        <w:t>Status en timing sociale woningen?</w:t>
      </w:r>
    </w:p>
    <w:p w14:paraId="257109A8" w14:textId="77777777" w:rsidR="00E336C3" w:rsidRPr="00E336C3" w:rsidRDefault="00506C3C" w:rsidP="00E336C3">
      <w:pPr>
        <w:pStyle w:val="Lijstalinea"/>
        <w:numPr>
          <w:ilvl w:val="0"/>
          <w:numId w:val="27"/>
        </w:numPr>
        <w:spacing w:before="100" w:beforeAutospacing="1" w:after="100" w:afterAutospacing="1" w:line="240" w:lineRule="auto"/>
        <w:rPr>
          <w:rFonts w:asciiTheme="majorHAnsi" w:eastAsia="Times New Roman" w:hAnsiTheme="majorHAnsi" w:cstheme="majorHAnsi"/>
          <w:lang w:val="nl-BE"/>
        </w:rPr>
      </w:pPr>
      <w:r w:rsidRPr="00E336C3">
        <w:rPr>
          <w:rFonts w:asciiTheme="majorHAnsi" w:hAnsiTheme="majorHAnsi" w:cstheme="majorHAnsi"/>
          <w:u w:val="single"/>
          <w:lang w:val="nl-BE"/>
        </w:rPr>
        <w:t xml:space="preserve">Antwoord van Hilde: (01.12.2025): </w:t>
      </w:r>
    </w:p>
    <w:p w14:paraId="7C1F5EBC" w14:textId="2EE86B81" w:rsidR="000216D7" w:rsidRDefault="00506C3C" w:rsidP="00E336C3">
      <w:pPr>
        <w:pStyle w:val="Lijstalinea"/>
        <w:spacing w:before="100" w:beforeAutospacing="1" w:after="100" w:afterAutospacing="1" w:line="240" w:lineRule="auto"/>
        <w:ind w:left="1440"/>
        <w:rPr>
          <w:rFonts w:asciiTheme="majorHAnsi" w:hAnsiTheme="majorHAnsi" w:cstheme="majorHAnsi"/>
          <w:lang w:val="nl-BE"/>
        </w:rPr>
      </w:pPr>
      <w:r w:rsidRPr="00E336C3">
        <w:rPr>
          <w:rFonts w:asciiTheme="majorHAnsi" w:hAnsiTheme="majorHAnsi" w:cstheme="majorHAnsi"/>
          <w:lang w:val="nl-BE"/>
        </w:rPr>
        <w:t>De omgevingsvergunning</w:t>
      </w:r>
      <w:r w:rsidR="00B4695A" w:rsidRPr="00E336C3">
        <w:rPr>
          <w:rFonts w:asciiTheme="majorHAnsi" w:hAnsiTheme="majorHAnsi" w:cstheme="majorHAnsi"/>
          <w:lang w:val="nl-BE"/>
        </w:rPr>
        <w:t>sprocedure</w:t>
      </w:r>
      <w:r w:rsidRPr="00E336C3">
        <w:rPr>
          <w:rFonts w:asciiTheme="majorHAnsi" w:hAnsiTheme="majorHAnsi" w:cstheme="majorHAnsi"/>
          <w:lang w:val="nl-BE"/>
        </w:rPr>
        <w:t xml:space="preserve"> is lopend voor dit project. </w:t>
      </w:r>
    </w:p>
    <w:p w14:paraId="687E57DB" w14:textId="77777777" w:rsidR="00E336C3" w:rsidRDefault="00E336C3" w:rsidP="00E336C3">
      <w:pPr>
        <w:pStyle w:val="Lijstalinea"/>
        <w:spacing w:before="100" w:beforeAutospacing="1" w:after="100" w:afterAutospacing="1" w:line="240" w:lineRule="auto"/>
        <w:ind w:left="1440"/>
        <w:rPr>
          <w:rFonts w:asciiTheme="majorHAnsi" w:hAnsiTheme="majorHAnsi" w:cstheme="majorHAnsi"/>
          <w:lang w:val="nl-BE"/>
        </w:rPr>
      </w:pPr>
    </w:p>
    <w:p w14:paraId="78EC7B7A" w14:textId="77777777" w:rsidR="00E336C3" w:rsidRPr="00E336C3" w:rsidRDefault="00506C3C" w:rsidP="00E336C3">
      <w:pPr>
        <w:pStyle w:val="Lijstalinea"/>
        <w:numPr>
          <w:ilvl w:val="0"/>
          <w:numId w:val="27"/>
        </w:numPr>
        <w:spacing w:before="100" w:beforeAutospacing="1" w:after="100" w:afterAutospacing="1" w:line="240" w:lineRule="auto"/>
        <w:rPr>
          <w:rFonts w:asciiTheme="majorHAnsi" w:eastAsia="Times New Roman" w:hAnsiTheme="majorHAnsi" w:cstheme="majorHAnsi"/>
          <w:lang w:val="nl-BE"/>
        </w:rPr>
      </w:pPr>
      <w:r w:rsidRPr="00E336C3">
        <w:rPr>
          <w:rFonts w:asciiTheme="majorHAnsi" w:hAnsiTheme="majorHAnsi" w:cstheme="majorHAnsi"/>
          <w:u w:val="single"/>
          <w:lang w:val="nl-BE"/>
        </w:rPr>
        <w:t>Antwoord van Anja: (09.12.2025)</w:t>
      </w:r>
    </w:p>
    <w:p w14:paraId="114049E3" w14:textId="77777777" w:rsidR="00E336C3" w:rsidRDefault="00506C3C" w:rsidP="00E336C3">
      <w:pPr>
        <w:pStyle w:val="Lijstalinea"/>
        <w:spacing w:before="100" w:beforeAutospacing="1" w:after="100" w:afterAutospacing="1" w:line="240" w:lineRule="auto"/>
        <w:ind w:left="1440"/>
        <w:rPr>
          <w:rFonts w:asciiTheme="majorHAnsi" w:hAnsiTheme="majorHAnsi" w:cstheme="majorHAnsi"/>
          <w:lang w:val="nl-BE"/>
        </w:rPr>
      </w:pPr>
      <w:r w:rsidRPr="00E336C3">
        <w:rPr>
          <w:rFonts w:asciiTheme="majorHAnsi" w:hAnsiTheme="majorHAnsi" w:cstheme="majorHAnsi"/>
          <w:lang w:val="nl-BE"/>
        </w:rPr>
        <w:t xml:space="preserve">het bouwen van sociale appartementen: 2 blokken (blok 1, 12 appartementen, blok 2, 12 appartementen), fietsenstalling (inpandig 19-21), buitenaanleg (openluchtstaanplaatsen, openlucht(fietsen)parkings, toegangspaden, terrassen, oprit, stalplaats afval, muur/zitbank), wadi, speelheuvel, compensatiebuffer overstromingsgebied, plaatsen HS-cabine &amp; activiteiten ingedeelde inrichting (warmtepompen) - Emiel </w:t>
      </w:r>
      <w:proofErr w:type="spellStart"/>
      <w:r w:rsidRPr="00E336C3">
        <w:rPr>
          <w:rFonts w:asciiTheme="majorHAnsi" w:hAnsiTheme="majorHAnsi" w:cstheme="majorHAnsi"/>
          <w:lang w:val="nl-BE"/>
        </w:rPr>
        <w:t>Hullebroecklaan</w:t>
      </w:r>
      <w:proofErr w:type="spellEnd"/>
      <w:r w:rsidRPr="00E336C3">
        <w:rPr>
          <w:rFonts w:asciiTheme="majorHAnsi" w:hAnsiTheme="majorHAnsi" w:cstheme="majorHAnsi"/>
          <w:lang w:val="nl-BE"/>
        </w:rPr>
        <w:t xml:space="preserve"> 19-21 (19/001-002-003-101-102-103-104-105-201-202-203-204 - 21/001-002-003-101-102-103-104-105-201-202-203-204)</w:t>
      </w:r>
    </w:p>
    <w:p w14:paraId="3829F97F" w14:textId="3F22D46F" w:rsidR="00506C3C" w:rsidRDefault="00506C3C" w:rsidP="00E336C3">
      <w:pPr>
        <w:pStyle w:val="Lijstalinea"/>
        <w:spacing w:before="100" w:beforeAutospacing="1" w:after="100" w:afterAutospacing="1" w:line="240" w:lineRule="auto"/>
        <w:ind w:left="1440"/>
        <w:rPr>
          <w:rFonts w:asciiTheme="majorHAnsi" w:hAnsiTheme="majorHAnsi" w:cstheme="majorHAnsi"/>
          <w:lang w:val="nl-BE"/>
        </w:rPr>
      </w:pPr>
      <w:r w:rsidRPr="00E336C3">
        <w:rPr>
          <w:rFonts w:asciiTheme="majorHAnsi" w:hAnsiTheme="majorHAnsi" w:cstheme="majorHAnsi"/>
          <w:lang w:val="nl-BE"/>
        </w:rPr>
        <w:t>Het openbaar onderzoek loopt van 13/11/2025 tot en met 12/12/2025. De uiterste vervaltermijn is dan 16/02/2026. Het dossier werd ingepland op de agenda van het college van burgemeester en schepenen op 02/02/2026. (Deze datum is nog onder voorbehoud)</w:t>
      </w:r>
    </w:p>
    <w:p w14:paraId="46FA005D" w14:textId="77777777" w:rsidR="00E336C3" w:rsidRDefault="00E336C3" w:rsidP="00E336C3">
      <w:pPr>
        <w:pStyle w:val="Lijstalinea"/>
        <w:spacing w:before="100" w:beforeAutospacing="1" w:after="100" w:afterAutospacing="1" w:line="240" w:lineRule="auto"/>
        <w:ind w:left="1440"/>
        <w:rPr>
          <w:rFonts w:asciiTheme="majorHAnsi" w:hAnsiTheme="majorHAnsi" w:cstheme="majorHAnsi"/>
          <w:lang w:val="nl-BE"/>
        </w:rPr>
      </w:pPr>
    </w:p>
    <w:p w14:paraId="5FEDC170" w14:textId="77777777" w:rsidR="00E336C3" w:rsidRPr="00E336C3" w:rsidRDefault="00DB4766" w:rsidP="00E336C3">
      <w:pPr>
        <w:pStyle w:val="Lijstalinea"/>
        <w:numPr>
          <w:ilvl w:val="0"/>
          <w:numId w:val="27"/>
        </w:numPr>
        <w:spacing w:before="100" w:beforeAutospacing="1" w:after="100" w:afterAutospacing="1" w:line="240" w:lineRule="auto"/>
        <w:rPr>
          <w:rFonts w:asciiTheme="majorHAnsi" w:hAnsiTheme="majorHAnsi" w:cstheme="majorHAnsi"/>
          <w:lang w:val="nl-BE"/>
        </w:rPr>
      </w:pPr>
      <w:r w:rsidRPr="00E336C3">
        <w:rPr>
          <w:rFonts w:asciiTheme="majorHAnsi" w:hAnsiTheme="majorHAnsi" w:cstheme="majorHAnsi"/>
          <w:u w:val="single"/>
          <w:lang w:val="nl-BE"/>
        </w:rPr>
        <w:lastRenderedPageBreak/>
        <w:t>Antwoord Bart: 19.03.2026</w:t>
      </w:r>
    </w:p>
    <w:p w14:paraId="1C69B9B8" w14:textId="0736E4A2" w:rsidR="00DB4766" w:rsidRPr="00E336C3" w:rsidRDefault="00DB4766" w:rsidP="00E336C3">
      <w:pPr>
        <w:pStyle w:val="Lijstalinea"/>
        <w:spacing w:before="100" w:beforeAutospacing="1" w:after="100" w:afterAutospacing="1" w:line="240" w:lineRule="auto"/>
        <w:ind w:left="1440"/>
        <w:rPr>
          <w:rFonts w:asciiTheme="majorHAnsi" w:hAnsiTheme="majorHAnsi" w:cstheme="majorHAnsi"/>
          <w:lang w:val="nl-BE"/>
        </w:rPr>
      </w:pPr>
      <w:r w:rsidRPr="00E336C3">
        <w:rPr>
          <w:rFonts w:asciiTheme="majorHAnsi" w:hAnsiTheme="majorHAnsi" w:cstheme="majorHAnsi"/>
          <w:lang w:val="nl-BE"/>
        </w:rPr>
        <w:t xml:space="preserve">Wat de status en timing van de sociale woningen betreft, is het project ondertussen </w:t>
      </w:r>
      <w:r w:rsidR="00B4695A" w:rsidRPr="00E336C3">
        <w:rPr>
          <w:rFonts w:asciiTheme="majorHAnsi" w:hAnsiTheme="majorHAnsi" w:cstheme="majorHAnsi"/>
          <w:lang w:val="nl-BE"/>
        </w:rPr>
        <w:t xml:space="preserve">door de gemeente </w:t>
      </w:r>
      <w:r w:rsidRPr="00E336C3">
        <w:rPr>
          <w:rFonts w:asciiTheme="majorHAnsi" w:hAnsiTheme="majorHAnsi" w:cstheme="majorHAnsi"/>
          <w:lang w:val="nl-BE"/>
        </w:rPr>
        <w:t xml:space="preserve">vergund en loopt </w:t>
      </w:r>
      <w:r w:rsidR="00B4695A" w:rsidRPr="00E336C3">
        <w:rPr>
          <w:rFonts w:asciiTheme="majorHAnsi" w:hAnsiTheme="majorHAnsi" w:cstheme="majorHAnsi"/>
          <w:lang w:val="nl-BE"/>
        </w:rPr>
        <w:t>momenteel</w:t>
      </w:r>
      <w:r w:rsidRPr="00E336C3">
        <w:rPr>
          <w:rFonts w:asciiTheme="majorHAnsi" w:hAnsiTheme="majorHAnsi" w:cstheme="majorHAnsi"/>
          <w:lang w:val="nl-BE"/>
        </w:rPr>
        <w:t xml:space="preserve"> de beroepstermijn.</w:t>
      </w:r>
    </w:p>
    <w:p w14:paraId="6377308E" w14:textId="77777777" w:rsidR="00506C3C" w:rsidRPr="00B528D5" w:rsidRDefault="00506C3C" w:rsidP="006D4005">
      <w:pPr>
        <w:pStyle w:val="Lijstalinea"/>
        <w:rPr>
          <w:rFonts w:asciiTheme="majorHAnsi" w:hAnsiTheme="majorHAnsi" w:cstheme="majorHAnsi"/>
          <w:lang w:val="nl-BE"/>
        </w:rPr>
      </w:pPr>
    </w:p>
    <w:p w14:paraId="2BE9E927" w14:textId="248B06E4" w:rsidR="00E336C3" w:rsidRPr="000D524C" w:rsidRDefault="006604D1" w:rsidP="000D524C">
      <w:pPr>
        <w:pStyle w:val="Kop2"/>
        <w:rPr>
          <w:rFonts w:cstheme="majorHAnsi"/>
          <w:lang w:val="nl-BE"/>
        </w:rPr>
      </w:pPr>
      <w:r w:rsidRPr="00B528D5">
        <w:rPr>
          <w:rFonts w:cstheme="majorHAnsi"/>
          <w:lang w:val="nl-BE"/>
        </w:rPr>
        <w:t xml:space="preserve">Nieuwe punten: </w:t>
      </w:r>
      <w:r w:rsidR="000D524C">
        <w:rPr>
          <w:rFonts w:cstheme="majorHAnsi"/>
          <w:lang w:val="nl-BE"/>
        </w:rPr>
        <w:t>/</w:t>
      </w:r>
    </w:p>
    <w:p w14:paraId="3C6CB4DD" w14:textId="47A2476C" w:rsidR="00E336C3" w:rsidRPr="00B528D5" w:rsidRDefault="006604D1" w:rsidP="00E336C3">
      <w:pPr>
        <w:pStyle w:val="Kop1"/>
        <w:rPr>
          <w:rFonts w:cstheme="majorHAnsi"/>
          <w:lang w:val="nl-BE"/>
        </w:rPr>
      </w:pPr>
      <w:r w:rsidRPr="00B528D5">
        <w:rPr>
          <w:rFonts w:cstheme="majorHAnsi"/>
          <w:lang w:val="nl-BE"/>
        </w:rPr>
        <w:t xml:space="preserve">Wijk </w:t>
      </w:r>
      <w:proofErr w:type="spellStart"/>
      <w:r w:rsidRPr="00B528D5">
        <w:rPr>
          <w:rFonts w:cstheme="majorHAnsi"/>
          <w:lang w:val="nl-BE"/>
        </w:rPr>
        <w:t>Buerstede</w:t>
      </w:r>
      <w:proofErr w:type="spellEnd"/>
    </w:p>
    <w:p w14:paraId="08DA22DB" w14:textId="2FD83851" w:rsidR="00BB65FF" w:rsidRPr="00B528D5" w:rsidRDefault="006604D1" w:rsidP="00BB65FF">
      <w:pPr>
        <w:pStyle w:val="Kop2"/>
        <w:rPr>
          <w:rFonts w:cstheme="majorHAnsi"/>
          <w:lang w:val="nl-BE"/>
        </w:rPr>
      </w:pPr>
      <w:r w:rsidRPr="00B528D5">
        <w:rPr>
          <w:rFonts w:cstheme="majorHAnsi"/>
          <w:lang w:val="nl-BE"/>
        </w:rPr>
        <w:t xml:space="preserve">Lopende dossiers: </w:t>
      </w:r>
      <w:r w:rsidR="00AE3AE7" w:rsidRPr="00B528D5">
        <w:rPr>
          <w:rFonts w:cstheme="majorHAnsi"/>
          <w:lang w:val="nl-BE"/>
        </w:rPr>
        <w:t>(zie verslagen vorige wijkraadvoorzittersvergaderingen)</w:t>
      </w:r>
    </w:p>
    <w:p w14:paraId="06C0A40F" w14:textId="5798C789" w:rsidR="00216B65" w:rsidRDefault="00AE3AE7" w:rsidP="0010671F">
      <w:pPr>
        <w:pStyle w:val="Lijstalinea"/>
        <w:numPr>
          <w:ilvl w:val="0"/>
          <w:numId w:val="12"/>
        </w:numPr>
        <w:rPr>
          <w:rFonts w:asciiTheme="majorHAnsi" w:hAnsiTheme="majorHAnsi" w:cstheme="majorHAnsi"/>
          <w:u w:val="single"/>
          <w:lang w:val="nl-BE"/>
        </w:rPr>
      </w:pPr>
      <w:proofErr w:type="spellStart"/>
      <w:r w:rsidRPr="00B528D5">
        <w:rPr>
          <w:rFonts w:asciiTheme="majorHAnsi" w:hAnsiTheme="majorHAnsi" w:cstheme="majorHAnsi"/>
          <w:u w:val="single"/>
          <w:lang w:val="nl-BE"/>
        </w:rPr>
        <w:t>Stavaza</w:t>
      </w:r>
      <w:proofErr w:type="spellEnd"/>
      <w:r w:rsidRPr="00B528D5">
        <w:rPr>
          <w:rFonts w:asciiTheme="majorHAnsi" w:hAnsiTheme="majorHAnsi" w:cstheme="majorHAnsi"/>
          <w:u w:val="single"/>
          <w:lang w:val="nl-BE"/>
        </w:rPr>
        <w:t xml:space="preserve"> A12 en planning fietsbrug/onteigening</w:t>
      </w:r>
      <w:r w:rsidR="00216B65" w:rsidRPr="00B528D5">
        <w:rPr>
          <w:rFonts w:asciiTheme="majorHAnsi" w:hAnsiTheme="majorHAnsi" w:cstheme="majorHAnsi"/>
          <w:u w:val="single"/>
          <w:lang w:val="nl-BE"/>
        </w:rPr>
        <w:t>:</w:t>
      </w:r>
    </w:p>
    <w:p w14:paraId="77998B14" w14:textId="41955D19" w:rsidR="00216B65" w:rsidRPr="00E336C3" w:rsidRDefault="00216B65" w:rsidP="00E336C3">
      <w:pPr>
        <w:pStyle w:val="Lijstalinea"/>
        <w:numPr>
          <w:ilvl w:val="0"/>
          <w:numId w:val="27"/>
        </w:numPr>
        <w:rPr>
          <w:rFonts w:asciiTheme="majorHAnsi" w:hAnsiTheme="majorHAnsi" w:cstheme="majorHAnsi"/>
          <w:u w:val="single"/>
          <w:lang w:val="nl-BE"/>
        </w:rPr>
      </w:pPr>
      <w:r w:rsidRPr="00E336C3">
        <w:rPr>
          <w:rFonts w:asciiTheme="majorHAnsi" w:hAnsiTheme="majorHAnsi" w:cstheme="majorHAnsi"/>
          <w:lang w:val="nl-BE"/>
        </w:rPr>
        <w:t xml:space="preserve">De kostprijs van de brug is sterk gestegen en ligt tussen 15 en 20 miljoen euro. Door deze </w:t>
      </w:r>
      <w:proofErr w:type="spellStart"/>
      <w:r w:rsidRPr="00E336C3">
        <w:rPr>
          <w:rFonts w:asciiTheme="majorHAnsi" w:hAnsiTheme="majorHAnsi" w:cstheme="majorHAnsi"/>
          <w:lang w:val="nl-BE"/>
        </w:rPr>
        <w:t>meerkost</w:t>
      </w:r>
      <w:proofErr w:type="spellEnd"/>
      <w:r w:rsidRPr="00E336C3">
        <w:rPr>
          <w:rFonts w:asciiTheme="majorHAnsi" w:hAnsiTheme="majorHAnsi" w:cstheme="majorHAnsi"/>
          <w:lang w:val="nl-BE"/>
        </w:rPr>
        <w:t xml:space="preserve"> was A</w:t>
      </w:r>
      <w:r w:rsidR="00834431" w:rsidRPr="00E336C3">
        <w:rPr>
          <w:rFonts w:asciiTheme="majorHAnsi" w:hAnsiTheme="majorHAnsi" w:cstheme="majorHAnsi"/>
          <w:lang w:val="nl-BE"/>
        </w:rPr>
        <w:t>W</w:t>
      </w:r>
      <w:r w:rsidRPr="00E336C3">
        <w:rPr>
          <w:rFonts w:asciiTheme="majorHAnsi" w:hAnsiTheme="majorHAnsi" w:cstheme="majorHAnsi"/>
          <w:lang w:val="nl-BE"/>
        </w:rPr>
        <w:t>V van plan het project stop te zetten. Na meerdere mails aan het kabinet heeft de minister echter bevestigd dat het budget wel degelijk is voorzien en dat het project wordt voortgezet. Het volledige budget staat ingeschreven voor 2027 (Annick De Ridder). Dit zal een positieve impact hebben op de mobiliteit.</w:t>
      </w:r>
    </w:p>
    <w:p w14:paraId="2E0EF84E" w14:textId="77777777" w:rsidR="00506C3C" w:rsidRPr="00B528D5" w:rsidRDefault="00506C3C" w:rsidP="00216B65">
      <w:pPr>
        <w:pStyle w:val="Lijstalinea"/>
        <w:rPr>
          <w:rFonts w:asciiTheme="majorHAnsi" w:hAnsiTheme="majorHAnsi" w:cstheme="majorHAnsi"/>
          <w:lang w:val="nl-BE"/>
        </w:rPr>
      </w:pPr>
    </w:p>
    <w:p w14:paraId="661F1693" w14:textId="40005C3F" w:rsidR="00506C3C" w:rsidRDefault="00506C3C" w:rsidP="0010671F">
      <w:pPr>
        <w:pStyle w:val="Lijstalinea"/>
        <w:numPr>
          <w:ilvl w:val="0"/>
          <w:numId w:val="12"/>
        </w:numPr>
        <w:rPr>
          <w:rFonts w:asciiTheme="majorHAnsi" w:hAnsiTheme="majorHAnsi" w:cstheme="majorHAnsi"/>
          <w:u w:val="single"/>
          <w:lang w:val="nl-BE"/>
        </w:rPr>
      </w:pPr>
      <w:proofErr w:type="spellStart"/>
      <w:r w:rsidRPr="00B528D5">
        <w:rPr>
          <w:rFonts w:asciiTheme="majorHAnsi" w:hAnsiTheme="majorHAnsi" w:cstheme="majorHAnsi"/>
          <w:u w:val="single"/>
          <w:lang w:val="nl-BE"/>
        </w:rPr>
        <w:t>Buerstedehof</w:t>
      </w:r>
      <w:proofErr w:type="spellEnd"/>
      <w:r w:rsidRPr="00B528D5">
        <w:rPr>
          <w:rFonts w:asciiTheme="majorHAnsi" w:hAnsiTheme="majorHAnsi" w:cstheme="majorHAnsi"/>
          <w:u w:val="single"/>
          <w:lang w:val="nl-BE"/>
        </w:rPr>
        <w:t xml:space="preserve">: </w:t>
      </w:r>
      <w:proofErr w:type="spellStart"/>
      <w:r w:rsidRPr="00B528D5">
        <w:rPr>
          <w:rFonts w:asciiTheme="majorHAnsi" w:hAnsiTheme="majorHAnsi" w:cstheme="majorHAnsi"/>
          <w:u w:val="single"/>
          <w:lang w:val="nl-BE"/>
        </w:rPr>
        <w:t>stavaza</w:t>
      </w:r>
      <w:proofErr w:type="spellEnd"/>
      <w:r w:rsidRPr="00B528D5">
        <w:rPr>
          <w:rFonts w:asciiTheme="majorHAnsi" w:hAnsiTheme="majorHAnsi" w:cstheme="majorHAnsi"/>
          <w:u w:val="single"/>
          <w:lang w:val="nl-BE"/>
        </w:rPr>
        <w:t xml:space="preserve">  (</w:t>
      </w:r>
      <w:proofErr w:type="spellStart"/>
      <w:r w:rsidRPr="00B528D5">
        <w:rPr>
          <w:rFonts w:asciiTheme="majorHAnsi" w:hAnsiTheme="majorHAnsi" w:cstheme="majorHAnsi"/>
          <w:u w:val="single"/>
          <w:lang w:val="nl-BE"/>
        </w:rPr>
        <w:t>Buerstedelei</w:t>
      </w:r>
      <w:proofErr w:type="spellEnd"/>
      <w:r w:rsidRPr="00B528D5">
        <w:rPr>
          <w:rFonts w:asciiTheme="majorHAnsi" w:hAnsiTheme="majorHAnsi" w:cstheme="majorHAnsi"/>
          <w:u w:val="single"/>
          <w:lang w:val="nl-BE"/>
        </w:rPr>
        <w:t xml:space="preserve"> 35)</w:t>
      </w:r>
    </w:p>
    <w:p w14:paraId="51B1F964" w14:textId="3F65F758" w:rsidR="00506C3C" w:rsidRPr="00E336C3" w:rsidRDefault="00506C3C" w:rsidP="00E336C3">
      <w:pPr>
        <w:pStyle w:val="Lijstalinea"/>
        <w:numPr>
          <w:ilvl w:val="0"/>
          <w:numId w:val="27"/>
        </w:numPr>
        <w:rPr>
          <w:rFonts w:asciiTheme="majorHAnsi" w:hAnsiTheme="majorHAnsi" w:cstheme="majorHAnsi"/>
          <w:u w:val="single"/>
          <w:lang w:val="nl-BE"/>
        </w:rPr>
      </w:pPr>
      <w:r w:rsidRPr="00E336C3">
        <w:rPr>
          <w:rFonts w:asciiTheme="majorHAnsi" w:hAnsiTheme="majorHAnsi" w:cstheme="majorHAnsi"/>
          <w:lang w:val="nl-BE"/>
        </w:rPr>
        <w:t xml:space="preserve">het dossier </w:t>
      </w:r>
      <w:r w:rsidR="0057761A" w:rsidRPr="00E336C3">
        <w:rPr>
          <w:rFonts w:asciiTheme="majorHAnsi" w:hAnsiTheme="majorHAnsi" w:cstheme="majorHAnsi"/>
          <w:lang w:val="nl-BE"/>
        </w:rPr>
        <w:t>was</w:t>
      </w:r>
      <w:r w:rsidRPr="00E336C3">
        <w:rPr>
          <w:rFonts w:asciiTheme="majorHAnsi" w:hAnsiTheme="majorHAnsi" w:cstheme="majorHAnsi"/>
          <w:lang w:val="nl-BE"/>
        </w:rPr>
        <w:t xml:space="preserve"> nog hangende bij de Raad voor Vergunningsbetwistingen.</w:t>
      </w:r>
    </w:p>
    <w:p w14:paraId="6AC1E19F" w14:textId="6C8C33AE" w:rsidR="00DB4766" w:rsidRPr="00E336C3" w:rsidRDefault="00DB4766" w:rsidP="00E336C3">
      <w:pPr>
        <w:pStyle w:val="Lijstalinea"/>
        <w:ind w:left="1440"/>
        <w:rPr>
          <w:rFonts w:asciiTheme="majorHAnsi" w:hAnsiTheme="majorHAnsi" w:cstheme="majorHAnsi"/>
          <w:u w:val="single"/>
          <w:lang w:val="nl-BE"/>
        </w:rPr>
      </w:pPr>
      <w:r w:rsidRPr="00E336C3">
        <w:rPr>
          <w:rFonts w:asciiTheme="majorHAnsi" w:hAnsiTheme="majorHAnsi" w:cstheme="majorHAnsi"/>
          <w:lang w:val="nl-BE"/>
        </w:rPr>
        <w:t>De pleidooien zouden inmiddels achter de rug zijn en de zaak is in beraad tot aan de uitspraak.</w:t>
      </w:r>
    </w:p>
    <w:p w14:paraId="3ED104A2" w14:textId="77777777" w:rsidR="000216D7" w:rsidRPr="00B528D5" w:rsidRDefault="000216D7" w:rsidP="00506C3C">
      <w:pPr>
        <w:pStyle w:val="Lijstalinea"/>
        <w:rPr>
          <w:rFonts w:asciiTheme="majorHAnsi" w:hAnsiTheme="majorHAnsi" w:cstheme="majorHAnsi"/>
          <w:lang w:val="nl-BE"/>
        </w:rPr>
      </w:pPr>
    </w:p>
    <w:p w14:paraId="678DF665" w14:textId="447D58CD" w:rsidR="00506C3C" w:rsidRDefault="00506C3C" w:rsidP="0010671F">
      <w:pPr>
        <w:pStyle w:val="Lijstalinea"/>
        <w:numPr>
          <w:ilvl w:val="0"/>
          <w:numId w:val="12"/>
        </w:numPr>
        <w:rPr>
          <w:rFonts w:asciiTheme="majorHAnsi" w:hAnsiTheme="majorHAnsi" w:cstheme="majorHAnsi"/>
          <w:lang w:val="nl-BE"/>
        </w:rPr>
      </w:pPr>
      <w:r w:rsidRPr="00B528D5">
        <w:rPr>
          <w:rFonts w:asciiTheme="majorHAnsi" w:hAnsiTheme="majorHAnsi" w:cstheme="majorHAnsi"/>
          <w:lang w:val="nl-BE"/>
        </w:rPr>
        <w:t>Colmarsite: is er een vergunning nodig voor de huidige werken?</w:t>
      </w:r>
    </w:p>
    <w:p w14:paraId="43D5EFC3" w14:textId="77777777" w:rsidR="00E336C3" w:rsidRDefault="00E336C3" w:rsidP="00E336C3">
      <w:pPr>
        <w:pStyle w:val="Lijstalinea"/>
        <w:rPr>
          <w:rFonts w:asciiTheme="majorHAnsi" w:hAnsiTheme="majorHAnsi" w:cstheme="majorHAnsi"/>
          <w:lang w:val="nl-BE"/>
        </w:rPr>
      </w:pPr>
    </w:p>
    <w:p w14:paraId="649EDDDC" w14:textId="77777777" w:rsidR="00E336C3" w:rsidRPr="00E336C3" w:rsidRDefault="00506C3C" w:rsidP="00E336C3">
      <w:pPr>
        <w:pStyle w:val="Lijstalinea"/>
        <w:numPr>
          <w:ilvl w:val="0"/>
          <w:numId w:val="27"/>
        </w:numPr>
        <w:rPr>
          <w:rFonts w:asciiTheme="majorHAnsi" w:hAnsiTheme="majorHAnsi" w:cstheme="majorHAnsi"/>
          <w:lang w:val="nl-BE"/>
        </w:rPr>
      </w:pPr>
      <w:r w:rsidRPr="00E336C3">
        <w:rPr>
          <w:rFonts w:asciiTheme="majorHAnsi" w:hAnsiTheme="majorHAnsi" w:cstheme="majorHAnsi"/>
          <w:u w:val="single"/>
          <w:lang w:val="nl-BE"/>
        </w:rPr>
        <w:t>Sakina (18.12.2025)</w:t>
      </w:r>
    </w:p>
    <w:p w14:paraId="6E12F7E9" w14:textId="77777777" w:rsidR="00E336C3" w:rsidRDefault="00506C3C" w:rsidP="00E336C3">
      <w:pPr>
        <w:pStyle w:val="Lijstalinea"/>
        <w:ind w:left="1440"/>
        <w:rPr>
          <w:rFonts w:asciiTheme="majorHAnsi" w:hAnsiTheme="majorHAnsi" w:cstheme="majorHAnsi"/>
          <w:lang w:val="nl-BE"/>
        </w:rPr>
      </w:pPr>
      <w:r w:rsidRPr="00E336C3">
        <w:rPr>
          <w:rFonts w:asciiTheme="majorHAnsi" w:hAnsiTheme="majorHAnsi" w:cstheme="majorHAnsi"/>
          <w:lang w:val="nl-BE"/>
        </w:rPr>
        <w:t>Er werden geen structurele werken voorzien, waardoor er geen vergunning nodig is.</w:t>
      </w:r>
    </w:p>
    <w:p w14:paraId="43E56AAB" w14:textId="77777777" w:rsidR="00E336C3" w:rsidRDefault="00506C3C" w:rsidP="00E336C3">
      <w:pPr>
        <w:pStyle w:val="Lijstalinea"/>
        <w:ind w:left="1440"/>
        <w:rPr>
          <w:rFonts w:asciiTheme="majorHAnsi" w:hAnsiTheme="majorHAnsi" w:cstheme="majorHAnsi"/>
          <w:lang w:val="nl-BE"/>
        </w:rPr>
      </w:pPr>
      <w:r w:rsidRPr="00E336C3">
        <w:rPr>
          <w:rFonts w:asciiTheme="majorHAnsi" w:hAnsiTheme="majorHAnsi" w:cstheme="majorHAnsi"/>
          <w:lang w:val="nl-BE"/>
        </w:rPr>
        <w:t>Er komt wel een renovatie en herinrichting, maar zonder stabiliteitswerken.</w:t>
      </w:r>
    </w:p>
    <w:p w14:paraId="59FD20D2" w14:textId="77777777" w:rsidR="00E336C3" w:rsidRDefault="00506C3C" w:rsidP="00E336C3">
      <w:pPr>
        <w:pStyle w:val="Lijstalinea"/>
        <w:ind w:left="1440"/>
        <w:rPr>
          <w:rFonts w:asciiTheme="majorHAnsi" w:hAnsiTheme="majorHAnsi" w:cstheme="majorHAnsi"/>
          <w:lang w:val="nl-BE"/>
        </w:rPr>
      </w:pPr>
      <w:r w:rsidRPr="00E336C3">
        <w:rPr>
          <w:rFonts w:asciiTheme="majorHAnsi" w:hAnsiTheme="majorHAnsi" w:cstheme="majorHAnsi"/>
          <w:lang w:val="nl-BE"/>
        </w:rPr>
        <w:t>Het gebouw is vergund als restaurant, dus een functiewijziging is niet vereist.</w:t>
      </w:r>
    </w:p>
    <w:p w14:paraId="29540F5D" w14:textId="77777777" w:rsidR="00E336C3" w:rsidRDefault="00506C3C" w:rsidP="00E336C3">
      <w:pPr>
        <w:pStyle w:val="Lijstalinea"/>
        <w:ind w:left="1440"/>
        <w:rPr>
          <w:rFonts w:asciiTheme="majorHAnsi" w:hAnsiTheme="majorHAnsi" w:cstheme="majorHAnsi"/>
          <w:lang w:val="nl-BE"/>
        </w:rPr>
      </w:pPr>
      <w:r w:rsidRPr="00E336C3">
        <w:rPr>
          <w:rFonts w:asciiTheme="majorHAnsi" w:hAnsiTheme="majorHAnsi" w:cstheme="majorHAnsi"/>
          <w:lang w:val="nl-BE"/>
        </w:rPr>
        <w:t>Voor het plaatsen van reclameborden heb ik hen geadviseerd om contact op te nemen met het Agentschap Wegen en Verkeer (AWV) voor de geldende voorschriften en richtlijnen.</w:t>
      </w:r>
    </w:p>
    <w:p w14:paraId="11238BAF" w14:textId="77777777" w:rsidR="00E336C3" w:rsidRDefault="00506C3C" w:rsidP="00E336C3">
      <w:pPr>
        <w:pStyle w:val="Lijstalinea"/>
        <w:ind w:left="1440"/>
        <w:rPr>
          <w:rFonts w:asciiTheme="majorHAnsi" w:hAnsiTheme="majorHAnsi" w:cstheme="majorHAnsi"/>
          <w:lang w:val="nl-BE"/>
        </w:rPr>
      </w:pPr>
      <w:r w:rsidRPr="00E336C3">
        <w:rPr>
          <w:rFonts w:asciiTheme="majorHAnsi" w:hAnsiTheme="majorHAnsi" w:cstheme="majorHAnsi"/>
          <w:lang w:val="nl-BE"/>
        </w:rPr>
        <w:t>Ze hebben hun plannen aan ons voorgesteld, die vervolgens op de dienst Ruimtelijke Ordening (RO) zijn besproken. Daarbij werd hen aangeraden om de in- en uitrit te clusteren en niet volgens het bijgevoegde plan uit te voeren.</w:t>
      </w:r>
    </w:p>
    <w:p w14:paraId="05500C6A" w14:textId="45596279" w:rsidR="00506C3C" w:rsidRDefault="00506C3C" w:rsidP="00E336C3">
      <w:pPr>
        <w:pStyle w:val="Lijstalinea"/>
        <w:ind w:left="1440"/>
        <w:rPr>
          <w:rFonts w:asciiTheme="majorHAnsi" w:hAnsiTheme="majorHAnsi" w:cstheme="majorHAnsi"/>
          <w:lang w:val="nl-BE"/>
        </w:rPr>
      </w:pPr>
      <w:r w:rsidRPr="00E336C3">
        <w:rPr>
          <w:rFonts w:asciiTheme="majorHAnsi" w:hAnsiTheme="majorHAnsi" w:cstheme="majorHAnsi"/>
          <w:lang w:val="nl-BE"/>
        </w:rPr>
        <w:t>Ik zal als verbalisant RO ter plaatse gaan om de werken te controleren.</w:t>
      </w:r>
    </w:p>
    <w:p w14:paraId="439F64D9" w14:textId="77777777" w:rsidR="000D524C" w:rsidRDefault="000D524C" w:rsidP="00E336C3">
      <w:pPr>
        <w:pStyle w:val="Lijstalinea"/>
        <w:ind w:left="1440"/>
        <w:rPr>
          <w:rFonts w:asciiTheme="majorHAnsi" w:hAnsiTheme="majorHAnsi" w:cstheme="majorHAnsi"/>
          <w:lang w:val="nl-BE"/>
        </w:rPr>
      </w:pPr>
    </w:p>
    <w:p w14:paraId="14BAE2C0" w14:textId="77777777" w:rsidR="000D524C" w:rsidRDefault="000D524C" w:rsidP="00E336C3">
      <w:pPr>
        <w:pStyle w:val="Lijstalinea"/>
        <w:ind w:left="1440"/>
        <w:rPr>
          <w:rFonts w:asciiTheme="majorHAnsi" w:hAnsiTheme="majorHAnsi" w:cstheme="majorHAnsi"/>
          <w:lang w:val="nl-BE"/>
        </w:rPr>
      </w:pPr>
    </w:p>
    <w:p w14:paraId="63EB0092" w14:textId="77777777" w:rsidR="00E336C3" w:rsidRDefault="00E336C3" w:rsidP="00E336C3">
      <w:pPr>
        <w:pStyle w:val="Lijstalinea"/>
        <w:ind w:left="1440"/>
        <w:rPr>
          <w:rFonts w:asciiTheme="majorHAnsi" w:hAnsiTheme="majorHAnsi" w:cstheme="majorHAnsi"/>
          <w:lang w:val="nl-BE"/>
        </w:rPr>
      </w:pPr>
    </w:p>
    <w:p w14:paraId="58023B92" w14:textId="77777777" w:rsidR="00E336C3" w:rsidRPr="00E336C3" w:rsidRDefault="0057761A" w:rsidP="00E336C3">
      <w:pPr>
        <w:pStyle w:val="Lijstalinea"/>
        <w:numPr>
          <w:ilvl w:val="0"/>
          <w:numId w:val="27"/>
        </w:numPr>
        <w:rPr>
          <w:rFonts w:asciiTheme="majorHAnsi" w:hAnsiTheme="majorHAnsi" w:cstheme="majorHAnsi"/>
          <w:lang w:val="nl-BE"/>
        </w:rPr>
      </w:pPr>
      <w:r w:rsidRPr="00E336C3">
        <w:rPr>
          <w:rFonts w:asciiTheme="majorHAnsi" w:hAnsiTheme="majorHAnsi" w:cstheme="majorHAnsi"/>
          <w:u w:val="single"/>
          <w:lang w:val="nl-BE"/>
        </w:rPr>
        <w:lastRenderedPageBreak/>
        <w:t>Koen: (19.03.2026)</w:t>
      </w:r>
      <w:r w:rsidR="00412207" w:rsidRPr="00E336C3">
        <w:rPr>
          <w:rFonts w:asciiTheme="majorHAnsi" w:hAnsiTheme="majorHAnsi" w:cstheme="majorHAnsi"/>
          <w:u w:val="single"/>
          <w:lang w:val="nl-BE"/>
        </w:rPr>
        <w:t>:</w:t>
      </w:r>
    </w:p>
    <w:p w14:paraId="123DD669" w14:textId="67347D9F" w:rsidR="00E336C3" w:rsidRPr="000D524C" w:rsidRDefault="0057761A" w:rsidP="000D524C">
      <w:pPr>
        <w:pStyle w:val="Lijstalinea"/>
        <w:ind w:left="1440"/>
        <w:rPr>
          <w:rFonts w:asciiTheme="majorHAnsi" w:hAnsiTheme="majorHAnsi" w:cstheme="majorHAnsi"/>
          <w:lang w:val="nl-BE"/>
        </w:rPr>
      </w:pPr>
      <w:r w:rsidRPr="00E336C3">
        <w:rPr>
          <w:rFonts w:asciiTheme="majorHAnsi" w:hAnsiTheme="majorHAnsi" w:cstheme="majorHAnsi"/>
          <w:lang w:val="nl-BE"/>
        </w:rPr>
        <w:t xml:space="preserve">Bel </w:t>
      </w:r>
      <w:proofErr w:type="spellStart"/>
      <w:r w:rsidRPr="00E336C3">
        <w:rPr>
          <w:rFonts w:asciiTheme="majorHAnsi" w:hAnsiTheme="majorHAnsi" w:cstheme="majorHAnsi"/>
          <w:lang w:val="nl-BE"/>
        </w:rPr>
        <w:t>Chicken</w:t>
      </w:r>
      <w:proofErr w:type="spellEnd"/>
      <w:r w:rsidRPr="00E336C3">
        <w:rPr>
          <w:rFonts w:asciiTheme="majorHAnsi" w:hAnsiTheme="majorHAnsi" w:cstheme="majorHAnsi"/>
          <w:lang w:val="nl-BE"/>
        </w:rPr>
        <w:t xml:space="preserve"> nodigde de wijk uit voor een buurtfeest met eten en drinken, wat zeer positief werd onthaald.</w:t>
      </w:r>
    </w:p>
    <w:p w14:paraId="531040D1" w14:textId="77777777" w:rsidR="00E336C3" w:rsidRPr="00B528D5" w:rsidRDefault="00E336C3" w:rsidP="00B528D5">
      <w:pPr>
        <w:pStyle w:val="Lijstalinea"/>
        <w:rPr>
          <w:rFonts w:asciiTheme="majorHAnsi" w:hAnsiTheme="majorHAnsi" w:cstheme="majorHAnsi"/>
          <w:lang w:val="nl-BE"/>
        </w:rPr>
      </w:pPr>
    </w:p>
    <w:p w14:paraId="47901EE4" w14:textId="3C541239" w:rsidR="00D657D3" w:rsidRPr="00B528D5" w:rsidRDefault="006604D1" w:rsidP="000216D7">
      <w:pPr>
        <w:pStyle w:val="Kop2"/>
        <w:rPr>
          <w:rFonts w:cstheme="majorHAnsi"/>
          <w:lang w:val="nl-BE"/>
        </w:rPr>
      </w:pPr>
      <w:r w:rsidRPr="00B528D5">
        <w:rPr>
          <w:rFonts w:cstheme="majorHAnsi"/>
          <w:lang w:val="nl-BE"/>
        </w:rPr>
        <w:t xml:space="preserve">Nieuwe punten: </w:t>
      </w:r>
    </w:p>
    <w:p w14:paraId="75623DD5" w14:textId="50444DC5" w:rsidR="00E336C3" w:rsidRDefault="00745E70" w:rsidP="00E336C3">
      <w:pPr>
        <w:pStyle w:val="Lijstalinea"/>
        <w:numPr>
          <w:ilvl w:val="0"/>
          <w:numId w:val="28"/>
        </w:numPr>
        <w:rPr>
          <w:rFonts w:asciiTheme="majorHAnsi" w:hAnsiTheme="majorHAnsi" w:cstheme="majorHAnsi"/>
          <w:lang w:val="nl-BE"/>
        </w:rPr>
      </w:pPr>
      <w:r w:rsidRPr="00B528D5">
        <w:rPr>
          <w:rFonts w:asciiTheme="majorHAnsi" w:hAnsiTheme="majorHAnsi" w:cstheme="majorHAnsi"/>
          <w:lang w:val="nl-BE"/>
        </w:rPr>
        <w:t>Nieuwe samenstelling wijkraad:</w:t>
      </w:r>
    </w:p>
    <w:p w14:paraId="2C337B81" w14:textId="77777777" w:rsidR="00E336C3" w:rsidRPr="00E336C3" w:rsidRDefault="00E336C3" w:rsidP="00E336C3">
      <w:pPr>
        <w:pStyle w:val="Lijstalinea"/>
        <w:ind w:left="1440"/>
        <w:rPr>
          <w:rFonts w:asciiTheme="majorHAnsi" w:hAnsiTheme="majorHAnsi" w:cstheme="majorHAnsi"/>
          <w:lang w:val="nl-BE"/>
        </w:rPr>
      </w:pPr>
    </w:p>
    <w:tbl>
      <w:tblPr>
        <w:tblStyle w:val="Tabelraster"/>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5"/>
        <w:gridCol w:w="3995"/>
      </w:tblGrid>
      <w:tr w:rsidR="00B528D5" w:rsidRPr="00B528D5" w14:paraId="30947E13" w14:textId="77777777" w:rsidTr="00B528D5">
        <w:tc>
          <w:tcPr>
            <w:tcW w:w="3915" w:type="dxa"/>
          </w:tcPr>
          <w:p w14:paraId="00D071B4" w14:textId="6FE9CDEB" w:rsidR="00B528D5" w:rsidRPr="00B528D5" w:rsidRDefault="00B528D5" w:rsidP="00745E70">
            <w:pPr>
              <w:pStyle w:val="Lijstalinea"/>
              <w:ind w:left="0"/>
              <w:rPr>
                <w:rFonts w:asciiTheme="majorHAnsi" w:hAnsiTheme="majorHAnsi" w:cstheme="majorHAnsi"/>
                <w:lang w:val="nl-BE"/>
              </w:rPr>
            </w:pPr>
            <w:r w:rsidRPr="00B528D5">
              <w:rPr>
                <w:rFonts w:asciiTheme="majorHAnsi" w:hAnsiTheme="majorHAnsi" w:cstheme="majorHAnsi"/>
                <w:lang w:val="nl-BE"/>
              </w:rPr>
              <w:t>Koen Vingerhoets</w:t>
            </w:r>
          </w:p>
        </w:tc>
        <w:tc>
          <w:tcPr>
            <w:tcW w:w="3995" w:type="dxa"/>
          </w:tcPr>
          <w:p w14:paraId="57A6AF00" w14:textId="68FB2740" w:rsidR="00B528D5" w:rsidRPr="00B528D5" w:rsidRDefault="00B528D5" w:rsidP="00745E70">
            <w:pPr>
              <w:pStyle w:val="Lijstalinea"/>
              <w:ind w:left="0"/>
              <w:rPr>
                <w:rFonts w:asciiTheme="majorHAnsi" w:hAnsiTheme="majorHAnsi" w:cstheme="majorHAnsi"/>
                <w:lang w:val="nl-BE"/>
              </w:rPr>
            </w:pPr>
            <w:r w:rsidRPr="00B528D5">
              <w:rPr>
                <w:rFonts w:asciiTheme="majorHAnsi" w:hAnsiTheme="majorHAnsi" w:cstheme="majorHAnsi"/>
                <w:lang w:val="nl-BE"/>
              </w:rPr>
              <w:t>Voorzitter</w:t>
            </w:r>
          </w:p>
        </w:tc>
      </w:tr>
      <w:tr w:rsidR="00745E70" w:rsidRPr="00B528D5" w14:paraId="104EA6CF" w14:textId="77777777" w:rsidTr="00B528D5">
        <w:tc>
          <w:tcPr>
            <w:tcW w:w="3915" w:type="dxa"/>
          </w:tcPr>
          <w:p w14:paraId="0B0FD4E8" w14:textId="3DD3B3DF" w:rsidR="00745E70" w:rsidRPr="00B528D5" w:rsidRDefault="00745E70" w:rsidP="00745E70">
            <w:pPr>
              <w:pStyle w:val="Lijstalinea"/>
              <w:ind w:left="0"/>
              <w:rPr>
                <w:rFonts w:asciiTheme="majorHAnsi" w:hAnsiTheme="majorHAnsi" w:cstheme="majorHAnsi"/>
                <w:lang w:val="nl-BE"/>
              </w:rPr>
            </w:pPr>
            <w:r w:rsidRPr="00B528D5">
              <w:rPr>
                <w:rFonts w:asciiTheme="majorHAnsi" w:hAnsiTheme="majorHAnsi" w:cstheme="majorHAnsi"/>
                <w:lang w:val="nl-BE"/>
              </w:rPr>
              <w:t xml:space="preserve">Wouter Brants </w:t>
            </w:r>
          </w:p>
        </w:tc>
        <w:tc>
          <w:tcPr>
            <w:tcW w:w="3995" w:type="dxa"/>
          </w:tcPr>
          <w:p w14:paraId="7967705D" w14:textId="2883AC4A" w:rsidR="00745E70" w:rsidRPr="00B528D5" w:rsidRDefault="00745E70" w:rsidP="00745E70">
            <w:pPr>
              <w:pStyle w:val="Lijstalinea"/>
              <w:ind w:left="0"/>
              <w:rPr>
                <w:rFonts w:asciiTheme="majorHAnsi" w:hAnsiTheme="majorHAnsi" w:cstheme="majorHAnsi"/>
                <w:lang w:val="nl-BE"/>
              </w:rPr>
            </w:pPr>
            <w:r w:rsidRPr="00B528D5">
              <w:rPr>
                <w:rFonts w:asciiTheme="majorHAnsi" w:hAnsiTheme="majorHAnsi" w:cstheme="majorHAnsi"/>
                <w:lang w:val="nl-BE"/>
              </w:rPr>
              <w:t>Secretaris</w:t>
            </w:r>
          </w:p>
        </w:tc>
      </w:tr>
      <w:tr w:rsidR="00745E70" w:rsidRPr="00B528D5" w14:paraId="08581B1C" w14:textId="77777777" w:rsidTr="00B528D5">
        <w:tc>
          <w:tcPr>
            <w:tcW w:w="3915" w:type="dxa"/>
          </w:tcPr>
          <w:p w14:paraId="6E58804C" w14:textId="124B6D98" w:rsidR="00745E70" w:rsidRPr="00B528D5" w:rsidRDefault="00745E70" w:rsidP="00745E70">
            <w:pPr>
              <w:pStyle w:val="Lijstalinea"/>
              <w:ind w:left="0"/>
              <w:rPr>
                <w:rFonts w:asciiTheme="majorHAnsi" w:hAnsiTheme="majorHAnsi" w:cstheme="majorHAnsi"/>
                <w:lang w:val="nl-BE"/>
              </w:rPr>
            </w:pPr>
            <w:r w:rsidRPr="00B528D5">
              <w:rPr>
                <w:rFonts w:asciiTheme="majorHAnsi" w:hAnsiTheme="majorHAnsi" w:cstheme="majorHAnsi"/>
                <w:lang w:val="nl-BE"/>
              </w:rPr>
              <w:t xml:space="preserve">Gert </w:t>
            </w:r>
            <w:proofErr w:type="spellStart"/>
            <w:r w:rsidRPr="00B528D5">
              <w:rPr>
                <w:rFonts w:asciiTheme="majorHAnsi" w:hAnsiTheme="majorHAnsi" w:cstheme="majorHAnsi"/>
                <w:lang w:val="nl-BE"/>
              </w:rPr>
              <w:t>Tuerlings</w:t>
            </w:r>
            <w:proofErr w:type="spellEnd"/>
          </w:p>
        </w:tc>
        <w:tc>
          <w:tcPr>
            <w:tcW w:w="3995" w:type="dxa"/>
          </w:tcPr>
          <w:p w14:paraId="543ECD55" w14:textId="02D3F763" w:rsidR="00745E70" w:rsidRPr="00B528D5" w:rsidRDefault="00B528D5" w:rsidP="00745E70">
            <w:pPr>
              <w:pStyle w:val="Lijstalinea"/>
              <w:ind w:left="0"/>
              <w:rPr>
                <w:rFonts w:asciiTheme="majorHAnsi" w:hAnsiTheme="majorHAnsi" w:cstheme="majorHAnsi"/>
                <w:lang w:val="nl-BE"/>
              </w:rPr>
            </w:pPr>
            <w:r w:rsidRPr="00B528D5">
              <w:rPr>
                <w:rFonts w:asciiTheme="majorHAnsi" w:hAnsiTheme="majorHAnsi" w:cstheme="majorHAnsi"/>
                <w:lang w:val="nl-BE"/>
              </w:rPr>
              <w:t>Penningmeester</w:t>
            </w:r>
          </w:p>
        </w:tc>
      </w:tr>
      <w:tr w:rsidR="00B528D5" w:rsidRPr="00B528D5" w14:paraId="1D6B9B26" w14:textId="77777777" w:rsidTr="00B528D5">
        <w:tc>
          <w:tcPr>
            <w:tcW w:w="3915" w:type="dxa"/>
          </w:tcPr>
          <w:p w14:paraId="37C6B2C8" w14:textId="08C10D13" w:rsidR="00B528D5" w:rsidRPr="00B528D5" w:rsidRDefault="00B528D5" w:rsidP="00745E70">
            <w:pPr>
              <w:pStyle w:val="Lijstalinea"/>
              <w:ind w:left="0"/>
              <w:rPr>
                <w:rFonts w:asciiTheme="majorHAnsi" w:hAnsiTheme="majorHAnsi" w:cstheme="majorHAnsi"/>
                <w:lang w:val="nl-BE"/>
              </w:rPr>
            </w:pPr>
            <w:r w:rsidRPr="00B528D5">
              <w:rPr>
                <w:rFonts w:asciiTheme="majorHAnsi" w:hAnsiTheme="majorHAnsi" w:cstheme="majorHAnsi"/>
                <w:lang w:val="nl-BE"/>
              </w:rPr>
              <w:t>Ive Van Dyck</w:t>
            </w:r>
          </w:p>
        </w:tc>
        <w:tc>
          <w:tcPr>
            <w:tcW w:w="3995" w:type="dxa"/>
          </w:tcPr>
          <w:p w14:paraId="5CC57021" w14:textId="77777777" w:rsidR="00B528D5" w:rsidRPr="00B528D5" w:rsidRDefault="00B528D5" w:rsidP="00745E70">
            <w:pPr>
              <w:pStyle w:val="Lijstalinea"/>
              <w:ind w:left="0"/>
              <w:rPr>
                <w:rFonts w:asciiTheme="majorHAnsi" w:hAnsiTheme="majorHAnsi" w:cstheme="majorHAnsi"/>
                <w:lang w:val="nl-BE"/>
              </w:rPr>
            </w:pPr>
          </w:p>
        </w:tc>
      </w:tr>
      <w:tr w:rsidR="00B528D5" w:rsidRPr="00B528D5" w14:paraId="1F5A22C5" w14:textId="77777777" w:rsidTr="00B528D5">
        <w:tc>
          <w:tcPr>
            <w:tcW w:w="3915" w:type="dxa"/>
          </w:tcPr>
          <w:p w14:paraId="1B074842" w14:textId="7B5DB689" w:rsidR="00B528D5" w:rsidRPr="00B528D5" w:rsidRDefault="00B528D5" w:rsidP="00745E70">
            <w:pPr>
              <w:pStyle w:val="Lijstalinea"/>
              <w:ind w:left="0"/>
              <w:rPr>
                <w:rFonts w:asciiTheme="majorHAnsi" w:hAnsiTheme="majorHAnsi" w:cstheme="majorHAnsi"/>
                <w:lang w:val="nl-BE"/>
              </w:rPr>
            </w:pPr>
            <w:r w:rsidRPr="00B528D5">
              <w:rPr>
                <w:rFonts w:asciiTheme="majorHAnsi" w:hAnsiTheme="majorHAnsi" w:cstheme="majorHAnsi"/>
                <w:lang w:val="nl-BE"/>
              </w:rPr>
              <w:t>Patrick Van Dyck</w:t>
            </w:r>
          </w:p>
        </w:tc>
        <w:tc>
          <w:tcPr>
            <w:tcW w:w="3995" w:type="dxa"/>
          </w:tcPr>
          <w:p w14:paraId="016BCB12" w14:textId="77777777" w:rsidR="00B528D5" w:rsidRPr="00B528D5" w:rsidRDefault="00B528D5" w:rsidP="00745E70">
            <w:pPr>
              <w:pStyle w:val="Lijstalinea"/>
              <w:ind w:left="0"/>
              <w:rPr>
                <w:rFonts w:asciiTheme="majorHAnsi" w:hAnsiTheme="majorHAnsi" w:cstheme="majorHAnsi"/>
                <w:lang w:val="nl-BE"/>
              </w:rPr>
            </w:pPr>
          </w:p>
        </w:tc>
      </w:tr>
      <w:tr w:rsidR="00B528D5" w:rsidRPr="00B528D5" w14:paraId="1D27BFDB" w14:textId="77777777" w:rsidTr="00B528D5">
        <w:tc>
          <w:tcPr>
            <w:tcW w:w="3915" w:type="dxa"/>
          </w:tcPr>
          <w:p w14:paraId="45A5FD4F" w14:textId="0FF01CCC" w:rsidR="00B528D5" w:rsidRPr="00B528D5" w:rsidRDefault="00B528D5" w:rsidP="00745E70">
            <w:pPr>
              <w:pStyle w:val="Lijstalinea"/>
              <w:ind w:left="0"/>
              <w:rPr>
                <w:rFonts w:asciiTheme="majorHAnsi" w:hAnsiTheme="majorHAnsi" w:cstheme="majorHAnsi"/>
                <w:lang w:val="nl-BE"/>
              </w:rPr>
            </w:pPr>
            <w:r w:rsidRPr="00B528D5">
              <w:rPr>
                <w:rFonts w:asciiTheme="majorHAnsi" w:hAnsiTheme="majorHAnsi" w:cstheme="majorHAnsi"/>
                <w:lang w:val="nl-BE"/>
              </w:rPr>
              <w:t>Gino Van De Vijver</w:t>
            </w:r>
          </w:p>
        </w:tc>
        <w:tc>
          <w:tcPr>
            <w:tcW w:w="3995" w:type="dxa"/>
          </w:tcPr>
          <w:p w14:paraId="0BF3A5AE" w14:textId="77777777" w:rsidR="00B528D5" w:rsidRPr="00B528D5" w:rsidRDefault="00B528D5" w:rsidP="00745E70">
            <w:pPr>
              <w:pStyle w:val="Lijstalinea"/>
              <w:ind w:left="0"/>
              <w:rPr>
                <w:rFonts w:asciiTheme="majorHAnsi" w:hAnsiTheme="majorHAnsi" w:cstheme="majorHAnsi"/>
                <w:lang w:val="nl-BE"/>
              </w:rPr>
            </w:pPr>
          </w:p>
        </w:tc>
      </w:tr>
    </w:tbl>
    <w:p w14:paraId="1879A9F4" w14:textId="77777777" w:rsidR="00745E70" w:rsidRPr="00B528D5" w:rsidRDefault="00745E70" w:rsidP="00745E70">
      <w:pPr>
        <w:pStyle w:val="Lijstalinea"/>
        <w:rPr>
          <w:rFonts w:asciiTheme="majorHAnsi" w:hAnsiTheme="majorHAnsi" w:cstheme="majorHAnsi"/>
          <w:lang w:val="nl-BE"/>
        </w:rPr>
      </w:pPr>
    </w:p>
    <w:p w14:paraId="74F961D3" w14:textId="379AD44D" w:rsidR="0010671F" w:rsidRPr="00B528D5" w:rsidRDefault="00B528D5" w:rsidP="00E336C3">
      <w:pPr>
        <w:pStyle w:val="Lijstalinea"/>
        <w:rPr>
          <w:rFonts w:asciiTheme="majorHAnsi" w:hAnsiTheme="majorHAnsi" w:cstheme="majorHAnsi"/>
          <w:lang w:val="nl-BE"/>
        </w:rPr>
      </w:pPr>
      <w:r w:rsidRPr="00B528D5">
        <w:rPr>
          <w:rFonts w:asciiTheme="majorHAnsi" w:hAnsiTheme="majorHAnsi" w:cstheme="majorHAnsi"/>
          <w:lang w:val="nl-BE"/>
        </w:rPr>
        <w:t xml:space="preserve">Officieus hebben we een aantal helpende handen, waaronder met vlag en wimpel </w:t>
      </w:r>
      <w:proofErr w:type="spellStart"/>
      <w:r w:rsidRPr="00B528D5">
        <w:rPr>
          <w:rFonts w:asciiTheme="majorHAnsi" w:hAnsiTheme="majorHAnsi" w:cstheme="majorHAnsi"/>
          <w:lang w:val="nl-BE"/>
        </w:rPr>
        <w:t>Katia</w:t>
      </w:r>
      <w:proofErr w:type="spellEnd"/>
      <w:r w:rsidRPr="00B528D5">
        <w:rPr>
          <w:rFonts w:asciiTheme="majorHAnsi" w:hAnsiTheme="majorHAnsi" w:cstheme="majorHAnsi"/>
          <w:lang w:val="nl-BE"/>
        </w:rPr>
        <w:t xml:space="preserve"> </w:t>
      </w:r>
      <w:proofErr w:type="spellStart"/>
      <w:r w:rsidRPr="00B528D5">
        <w:rPr>
          <w:rFonts w:asciiTheme="majorHAnsi" w:hAnsiTheme="majorHAnsi" w:cstheme="majorHAnsi"/>
          <w:lang w:val="nl-BE"/>
        </w:rPr>
        <w:t>Moorthamers</w:t>
      </w:r>
      <w:proofErr w:type="spellEnd"/>
    </w:p>
    <w:p w14:paraId="031684B1" w14:textId="0B0FD600" w:rsidR="00AD18CE" w:rsidRPr="00B528D5" w:rsidRDefault="00AD18CE" w:rsidP="0006136F">
      <w:pPr>
        <w:pStyle w:val="Lijstalinea"/>
        <w:rPr>
          <w:rFonts w:asciiTheme="majorHAnsi" w:hAnsiTheme="majorHAnsi" w:cstheme="majorHAnsi"/>
          <w:color w:val="FF0000"/>
          <w:lang w:val="nl-BE"/>
        </w:rPr>
      </w:pPr>
    </w:p>
    <w:p w14:paraId="211AF62C" w14:textId="51C9BCA0" w:rsidR="00BB65FF" w:rsidRPr="00B528D5" w:rsidRDefault="00FB1E34" w:rsidP="00BB65FF">
      <w:pPr>
        <w:pStyle w:val="Kop2"/>
        <w:rPr>
          <w:rFonts w:cstheme="majorHAnsi"/>
          <w:color w:val="FF0000"/>
          <w:lang w:val="nl-BE"/>
        </w:rPr>
      </w:pPr>
      <w:r w:rsidRPr="00B528D5">
        <w:rPr>
          <w:rFonts w:cstheme="majorHAnsi"/>
          <w:color w:val="FF0000"/>
          <w:lang w:val="nl-BE"/>
        </w:rPr>
        <w:t>8</w:t>
      </w:r>
      <w:r w:rsidR="006604D1" w:rsidRPr="00B528D5">
        <w:rPr>
          <w:rFonts w:cstheme="majorHAnsi"/>
          <w:color w:val="FF0000"/>
          <w:lang w:val="nl-BE"/>
        </w:rPr>
        <w:t>. Volgende vergadering</w:t>
      </w:r>
      <w:r w:rsidR="00216B65" w:rsidRPr="00B528D5">
        <w:rPr>
          <w:rFonts w:cstheme="majorHAnsi"/>
          <w:color w:val="FF0000"/>
          <w:lang w:val="nl-BE"/>
        </w:rPr>
        <w:t>en : collegezaal gemeentehuis 20u</w:t>
      </w:r>
    </w:p>
    <w:p w14:paraId="4874B9B1" w14:textId="77777777" w:rsidR="007625B0" w:rsidRPr="00B528D5" w:rsidRDefault="007625B0" w:rsidP="007625B0">
      <w:pPr>
        <w:rPr>
          <w:rFonts w:asciiTheme="majorHAnsi" w:hAnsiTheme="majorHAnsi" w:cstheme="majorHAnsi"/>
          <w:lang w:val="nl-BE"/>
        </w:rPr>
      </w:pPr>
    </w:p>
    <w:p w14:paraId="37978724" w14:textId="082F72E0" w:rsidR="00216B65" w:rsidRPr="00B528D5" w:rsidRDefault="00216B65" w:rsidP="0010671F">
      <w:pPr>
        <w:pStyle w:val="Lijstalinea"/>
        <w:numPr>
          <w:ilvl w:val="0"/>
          <w:numId w:val="8"/>
        </w:numPr>
        <w:rPr>
          <w:rFonts w:asciiTheme="majorHAnsi" w:hAnsiTheme="majorHAnsi" w:cstheme="majorHAnsi"/>
          <w:color w:val="FF0000"/>
          <w:lang w:val="nl-BE"/>
        </w:rPr>
      </w:pPr>
      <w:r w:rsidRPr="00B528D5">
        <w:rPr>
          <w:rFonts w:asciiTheme="majorHAnsi" w:hAnsiTheme="majorHAnsi" w:cstheme="majorHAnsi"/>
          <w:color w:val="FF0000"/>
          <w:lang w:val="nl-BE"/>
        </w:rPr>
        <w:t>Woensdag 9 september</w:t>
      </w:r>
    </w:p>
    <w:p w14:paraId="4FD0CAEA" w14:textId="32D36391" w:rsidR="00216B65" w:rsidRPr="00B528D5" w:rsidRDefault="00216B65" w:rsidP="0010671F">
      <w:pPr>
        <w:pStyle w:val="Lijstalinea"/>
        <w:numPr>
          <w:ilvl w:val="0"/>
          <w:numId w:val="8"/>
        </w:numPr>
        <w:rPr>
          <w:rFonts w:asciiTheme="majorHAnsi" w:hAnsiTheme="majorHAnsi" w:cstheme="majorHAnsi"/>
          <w:color w:val="FF0000"/>
          <w:lang w:val="nl-BE"/>
        </w:rPr>
      </w:pPr>
      <w:r w:rsidRPr="00B528D5">
        <w:rPr>
          <w:rFonts w:asciiTheme="majorHAnsi" w:hAnsiTheme="majorHAnsi" w:cstheme="majorHAnsi"/>
          <w:color w:val="FF0000"/>
          <w:lang w:val="nl-BE"/>
        </w:rPr>
        <w:t>Woensdag 16 december</w:t>
      </w:r>
    </w:p>
    <w:p w14:paraId="0CA47CDD" w14:textId="77777777" w:rsidR="00DD3507" w:rsidRPr="00B528D5" w:rsidRDefault="00DD3507">
      <w:pPr>
        <w:rPr>
          <w:rFonts w:asciiTheme="majorHAnsi" w:hAnsiTheme="majorHAnsi" w:cstheme="majorHAnsi"/>
          <w:lang w:val="nl-BE"/>
        </w:rPr>
      </w:pPr>
    </w:p>
    <w:p w14:paraId="22E0235D" w14:textId="77777777" w:rsidR="00DD3507" w:rsidRPr="00B528D5" w:rsidRDefault="00DD3507" w:rsidP="00DD3507">
      <w:pPr>
        <w:rPr>
          <w:rFonts w:asciiTheme="majorHAnsi" w:hAnsiTheme="majorHAnsi" w:cstheme="majorHAnsi"/>
          <w:lang w:val="nl-BE"/>
        </w:rPr>
      </w:pPr>
      <w:r w:rsidRPr="00B528D5">
        <w:rPr>
          <w:rFonts w:asciiTheme="majorHAnsi" w:hAnsiTheme="majorHAnsi" w:cstheme="majorHAnsi"/>
          <w:lang w:val="nl-NL"/>
        </w:rPr>
        <w:t xml:space="preserve">Gelieve uw agendapunten ten laatste </w:t>
      </w:r>
      <w:r w:rsidRPr="00B528D5">
        <w:rPr>
          <w:rFonts w:asciiTheme="majorHAnsi" w:hAnsiTheme="majorHAnsi" w:cstheme="majorHAnsi"/>
          <w:b/>
          <w:lang w:val="nl-NL"/>
        </w:rPr>
        <w:t>14 dagen op voorhand</w:t>
      </w:r>
      <w:r w:rsidRPr="00B528D5">
        <w:rPr>
          <w:rFonts w:asciiTheme="majorHAnsi" w:hAnsiTheme="majorHAnsi" w:cstheme="majorHAnsi"/>
          <w:lang w:val="nl-NL"/>
        </w:rPr>
        <w:t xml:space="preserve"> door te mailen naar ilse.van.gucht@aartselaar.be.</w:t>
      </w:r>
    </w:p>
    <w:p w14:paraId="55B7BDAE" w14:textId="0D5FB543" w:rsidR="00DD3507" w:rsidRPr="00B528D5" w:rsidRDefault="006604D1">
      <w:pPr>
        <w:rPr>
          <w:rFonts w:asciiTheme="majorHAnsi" w:hAnsiTheme="majorHAnsi" w:cstheme="majorHAnsi"/>
          <w:lang w:val="nl-BE"/>
        </w:rPr>
      </w:pPr>
      <w:r w:rsidRPr="00B528D5">
        <w:rPr>
          <w:rFonts w:asciiTheme="majorHAnsi" w:hAnsiTheme="majorHAnsi" w:cstheme="majorHAnsi"/>
          <w:lang w:val="nl-BE"/>
        </w:rPr>
        <w:br/>
      </w:r>
      <w:r w:rsidR="00DD3507" w:rsidRPr="00B528D5">
        <w:rPr>
          <w:rFonts w:asciiTheme="majorHAnsi" w:hAnsiTheme="majorHAnsi" w:cstheme="majorHAnsi"/>
          <w:lang w:val="nl-BE"/>
        </w:rPr>
        <w:t>Schepen – Voorzitter                                                      Secretaris Wijkraadvoorzittersvergadering</w:t>
      </w:r>
    </w:p>
    <w:p w14:paraId="3B0EE0D8" w14:textId="4660DDC8" w:rsidR="00DD3507" w:rsidRPr="00B528D5" w:rsidRDefault="00DD3507">
      <w:pPr>
        <w:rPr>
          <w:rFonts w:asciiTheme="majorHAnsi" w:hAnsiTheme="majorHAnsi" w:cstheme="majorHAnsi"/>
          <w:lang w:val="nl-BE"/>
        </w:rPr>
      </w:pPr>
      <w:r w:rsidRPr="00B528D5">
        <w:rPr>
          <w:rFonts w:asciiTheme="majorHAnsi" w:hAnsiTheme="majorHAnsi" w:cstheme="majorHAnsi"/>
          <w:lang w:val="nl-BE"/>
        </w:rPr>
        <w:t xml:space="preserve">Bart Lambrecht                                                                Ilse Van Gucht   </w:t>
      </w:r>
    </w:p>
    <w:sectPr w:rsidR="00DD3507" w:rsidRPr="00B528D5" w:rsidSect="00034616">
      <w:foot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A00CA" w14:textId="77777777" w:rsidR="00117E26" w:rsidRDefault="00117E26" w:rsidP="00DD3507">
      <w:pPr>
        <w:spacing w:after="0" w:line="240" w:lineRule="auto"/>
      </w:pPr>
      <w:r>
        <w:separator/>
      </w:r>
    </w:p>
  </w:endnote>
  <w:endnote w:type="continuationSeparator" w:id="0">
    <w:p w14:paraId="7C4B4014" w14:textId="77777777" w:rsidR="00117E26" w:rsidRDefault="00117E26" w:rsidP="00DD3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1208416"/>
      <w:docPartObj>
        <w:docPartGallery w:val="Page Numbers (Bottom of Page)"/>
        <w:docPartUnique/>
      </w:docPartObj>
    </w:sdtPr>
    <w:sdtEndPr/>
    <w:sdtContent>
      <w:p w14:paraId="36118242" w14:textId="39072A53" w:rsidR="00DD3507" w:rsidRDefault="00DD3507">
        <w:pPr>
          <w:pStyle w:val="Voettekst"/>
          <w:jc w:val="right"/>
        </w:pPr>
        <w:r>
          <w:fldChar w:fldCharType="begin"/>
        </w:r>
        <w:r>
          <w:instrText>PAGE   \* MERGEFORMAT</w:instrText>
        </w:r>
        <w:r>
          <w:fldChar w:fldCharType="separate"/>
        </w:r>
        <w:r>
          <w:rPr>
            <w:lang w:val="nl-NL"/>
          </w:rPr>
          <w:t>2</w:t>
        </w:r>
        <w:r>
          <w:fldChar w:fldCharType="end"/>
        </w:r>
      </w:p>
    </w:sdtContent>
  </w:sdt>
  <w:p w14:paraId="1201F91F" w14:textId="77777777" w:rsidR="00DD3507" w:rsidRDefault="00DD350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686B0" w14:textId="77777777" w:rsidR="00117E26" w:rsidRDefault="00117E26" w:rsidP="00DD3507">
      <w:pPr>
        <w:spacing w:after="0" w:line="240" w:lineRule="auto"/>
      </w:pPr>
      <w:r>
        <w:separator/>
      </w:r>
    </w:p>
  </w:footnote>
  <w:footnote w:type="continuationSeparator" w:id="0">
    <w:p w14:paraId="29A5E1F6" w14:textId="77777777" w:rsidR="00117E26" w:rsidRDefault="00117E26" w:rsidP="00DD35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jstnummering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jstnummering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jstopsomteken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jstopsomteken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jstnummering"/>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jstopsomteken"/>
      <w:lvlText w:val=""/>
      <w:lvlJc w:val="left"/>
      <w:pPr>
        <w:tabs>
          <w:tab w:val="num" w:pos="360"/>
        </w:tabs>
        <w:ind w:left="360" w:hanging="360"/>
      </w:pPr>
      <w:rPr>
        <w:rFonts w:ascii="Symbol" w:hAnsi="Symbol" w:hint="default"/>
      </w:rPr>
    </w:lvl>
  </w:abstractNum>
  <w:abstractNum w:abstractNumId="6" w15:restartNumberingAfterBreak="0">
    <w:nsid w:val="01DB6FEA"/>
    <w:multiLevelType w:val="hybridMultilevel"/>
    <w:tmpl w:val="57A493C6"/>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7" w15:restartNumberingAfterBreak="0">
    <w:nsid w:val="0E7010B4"/>
    <w:multiLevelType w:val="hybridMultilevel"/>
    <w:tmpl w:val="E8ACD60C"/>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8" w15:restartNumberingAfterBreak="0">
    <w:nsid w:val="0F4506F5"/>
    <w:multiLevelType w:val="hybridMultilevel"/>
    <w:tmpl w:val="20BC2B0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2B14C28"/>
    <w:multiLevelType w:val="hybridMultilevel"/>
    <w:tmpl w:val="7278DAE4"/>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0" w15:restartNumberingAfterBreak="0">
    <w:nsid w:val="133453D8"/>
    <w:multiLevelType w:val="hybridMultilevel"/>
    <w:tmpl w:val="F182905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157F6803"/>
    <w:multiLevelType w:val="hybridMultilevel"/>
    <w:tmpl w:val="2D50B126"/>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2" w15:restartNumberingAfterBreak="0">
    <w:nsid w:val="1C7A3B7A"/>
    <w:multiLevelType w:val="hybridMultilevel"/>
    <w:tmpl w:val="7018E40E"/>
    <w:lvl w:ilvl="0" w:tplc="F3884FF0">
      <w:start w:val="1"/>
      <w:numFmt w:val="bullet"/>
      <w:lvlText w:val=""/>
      <w:lvlJc w:val="left"/>
      <w:pPr>
        <w:ind w:left="1134" w:hanging="283"/>
      </w:pPr>
      <w:rPr>
        <w:rFonts w:ascii="Symbol" w:hAnsi="Symbol" w:hint="default"/>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13" w15:restartNumberingAfterBreak="0">
    <w:nsid w:val="21A03B83"/>
    <w:multiLevelType w:val="hybridMultilevel"/>
    <w:tmpl w:val="CE6CC4CA"/>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4" w15:restartNumberingAfterBreak="0">
    <w:nsid w:val="255912BB"/>
    <w:multiLevelType w:val="hybridMultilevel"/>
    <w:tmpl w:val="8B46A71C"/>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5" w15:restartNumberingAfterBreak="0">
    <w:nsid w:val="2B8A0C31"/>
    <w:multiLevelType w:val="hybridMultilevel"/>
    <w:tmpl w:val="A334B154"/>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2C88200E"/>
    <w:multiLevelType w:val="multilevel"/>
    <w:tmpl w:val="F94A0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9A7E1A"/>
    <w:multiLevelType w:val="hybridMultilevel"/>
    <w:tmpl w:val="F18290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1716C67"/>
    <w:multiLevelType w:val="hybridMultilevel"/>
    <w:tmpl w:val="014E6B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6F45ECC"/>
    <w:multiLevelType w:val="hybridMultilevel"/>
    <w:tmpl w:val="A334B15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D814D24"/>
    <w:multiLevelType w:val="multilevel"/>
    <w:tmpl w:val="51720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A10828"/>
    <w:multiLevelType w:val="hybridMultilevel"/>
    <w:tmpl w:val="B4AA73A4"/>
    <w:lvl w:ilvl="0" w:tplc="C458F5AA">
      <w:start w:val="1"/>
      <w:numFmt w:val="bullet"/>
      <w:lvlText w:val=""/>
      <w:lvlJc w:val="left"/>
      <w:pPr>
        <w:ind w:left="851" w:hanging="284"/>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6C94655"/>
    <w:multiLevelType w:val="multilevel"/>
    <w:tmpl w:val="C100B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7F71AF"/>
    <w:multiLevelType w:val="hybridMultilevel"/>
    <w:tmpl w:val="3B70B89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4D840E5D"/>
    <w:multiLevelType w:val="hybridMultilevel"/>
    <w:tmpl w:val="B888D44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E73C7C"/>
    <w:multiLevelType w:val="hybridMultilevel"/>
    <w:tmpl w:val="409AB520"/>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6" w15:restartNumberingAfterBreak="0">
    <w:nsid w:val="5A4F4F12"/>
    <w:multiLevelType w:val="hybridMultilevel"/>
    <w:tmpl w:val="A400FB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F53455"/>
    <w:multiLevelType w:val="hybridMultilevel"/>
    <w:tmpl w:val="3ECEDA3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0421F53"/>
    <w:multiLevelType w:val="hybridMultilevel"/>
    <w:tmpl w:val="16284354"/>
    <w:lvl w:ilvl="0" w:tplc="F6D29B38">
      <w:start w:val="1"/>
      <w:numFmt w:val="bullet"/>
      <w:lvlText w:val=""/>
      <w:lvlJc w:val="left"/>
      <w:pPr>
        <w:ind w:left="1134" w:hanging="283"/>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64182BD9"/>
    <w:multiLevelType w:val="hybridMultilevel"/>
    <w:tmpl w:val="E1BEDC0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0" w15:restartNumberingAfterBreak="0">
    <w:nsid w:val="73723E23"/>
    <w:multiLevelType w:val="hybridMultilevel"/>
    <w:tmpl w:val="CF5EFD58"/>
    <w:lvl w:ilvl="0" w:tplc="03E605AA">
      <w:start w:val="1"/>
      <w:numFmt w:val="bullet"/>
      <w:lvlText w:val=""/>
      <w:lvlJc w:val="left"/>
      <w:pPr>
        <w:ind w:left="851" w:hanging="284"/>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1" w15:restartNumberingAfterBreak="0">
    <w:nsid w:val="781A4F01"/>
    <w:multiLevelType w:val="multilevel"/>
    <w:tmpl w:val="CE3C61B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D7134C0"/>
    <w:multiLevelType w:val="hybridMultilevel"/>
    <w:tmpl w:val="6312428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142968760">
    <w:abstractNumId w:val="5"/>
  </w:num>
  <w:num w:numId="2" w16cid:durableId="665984282">
    <w:abstractNumId w:val="3"/>
  </w:num>
  <w:num w:numId="3" w16cid:durableId="905727564">
    <w:abstractNumId w:val="2"/>
  </w:num>
  <w:num w:numId="4" w16cid:durableId="802770508">
    <w:abstractNumId w:val="4"/>
  </w:num>
  <w:num w:numId="5" w16cid:durableId="2012369411">
    <w:abstractNumId w:val="1"/>
  </w:num>
  <w:num w:numId="6" w16cid:durableId="971910546">
    <w:abstractNumId w:val="0"/>
  </w:num>
  <w:num w:numId="7" w16cid:durableId="49307762">
    <w:abstractNumId w:val="18"/>
  </w:num>
  <w:num w:numId="8" w16cid:durableId="84964457">
    <w:abstractNumId w:val="21"/>
  </w:num>
  <w:num w:numId="9" w16cid:durableId="374504016">
    <w:abstractNumId w:val="15"/>
  </w:num>
  <w:num w:numId="10" w16cid:durableId="961502302">
    <w:abstractNumId w:val="26"/>
  </w:num>
  <w:num w:numId="11" w16cid:durableId="1269849661">
    <w:abstractNumId w:val="27"/>
  </w:num>
  <w:num w:numId="12" w16cid:durableId="139153755">
    <w:abstractNumId w:val="8"/>
  </w:num>
  <w:num w:numId="13" w16cid:durableId="1456288768">
    <w:abstractNumId w:val="29"/>
  </w:num>
  <w:num w:numId="14" w16cid:durableId="1247347516">
    <w:abstractNumId w:val="31"/>
  </w:num>
  <w:num w:numId="15" w16cid:durableId="1750272285">
    <w:abstractNumId w:val="10"/>
  </w:num>
  <w:num w:numId="16" w16cid:durableId="1259756556">
    <w:abstractNumId w:val="32"/>
  </w:num>
  <w:num w:numId="17" w16cid:durableId="1237478318">
    <w:abstractNumId w:val="24"/>
  </w:num>
  <w:num w:numId="18" w16cid:durableId="1918249359">
    <w:abstractNumId w:val="7"/>
  </w:num>
  <w:num w:numId="19" w16cid:durableId="258831933">
    <w:abstractNumId w:val="17"/>
  </w:num>
  <w:num w:numId="20" w16cid:durableId="1431581696">
    <w:abstractNumId w:val="11"/>
  </w:num>
  <w:num w:numId="21" w16cid:durableId="1013263970">
    <w:abstractNumId w:val="12"/>
  </w:num>
  <w:num w:numId="22" w16cid:durableId="219756576">
    <w:abstractNumId w:val="28"/>
  </w:num>
  <w:num w:numId="23" w16cid:durableId="1478298134">
    <w:abstractNumId w:val="16"/>
  </w:num>
  <w:num w:numId="24" w16cid:durableId="1851286289">
    <w:abstractNumId w:val="22"/>
  </w:num>
  <w:num w:numId="25" w16cid:durableId="583221475">
    <w:abstractNumId w:val="20"/>
  </w:num>
  <w:num w:numId="26" w16cid:durableId="869418841">
    <w:abstractNumId w:val="30"/>
  </w:num>
  <w:num w:numId="27" w16cid:durableId="498932684">
    <w:abstractNumId w:val="13"/>
  </w:num>
  <w:num w:numId="28" w16cid:durableId="1941253078">
    <w:abstractNumId w:val="19"/>
  </w:num>
  <w:num w:numId="29" w16cid:durableId="1711150954">
    <w:abstractNumId w:val="6"/>
  </w:num>
  <w:num w:numId="30" w16cid:durableId="1202324573">
    <w:abstractNumId w:val="9"/>
  </w:num>
  <w:num w:numId="31" w16cid:durableId="578634863">
    <w:abstractNumId w:val="14"/>
  </w:num>
  <w:num w:numId="32" w16cid:durableId="1652556928">
    <w:abstractNumId w:val="25"/>
  </w:num>
  <w:num w:numId="33" w16cid:durableId="1674840799">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16D7"/>
    <w:rsid w:val="00032589"/>
    <w:rsid w:val="00034616"/>
    <w:rsid w:val="00036982"/>
    <w:rsid w:val="00040A10"/>
    <w:rsid w:val="00050279"/>
    <w:rsid w:val="0006063C"/>
    <w:rsid w:val="0006136F"/>
    <w:rsid w:val="000627AB"/>
    <w:rsid w:val="000703B8"/>
    <w:rsid w:val="000715A7"/>
    <w:rsid w:val="000C0B1A"/>
    <w:rsid w:val="000D16BD"/>
    <w:rsid w:val="000D1C29"/>
    <w:rsid w:val="000D524C"/>
    <w:rsid w:val="0010671F"/>
    <w:rsid w:val="00107A1D"/>
    <w:rsid w:val="00113E85"/>
    <w:rsid w:val="00117C38"/>
    <w:rsid w:val="00117E26"/>
    <w:rsid w:val="00121A5A"/>
    <w:rsid w:val="0015074B"/>
    <w:rsid w:val="001A6D46"/>
    <w:rsid w:val="001B6360"/>
    <w:rsid w:val="001E447A"/>
    <w:rsid w:val="002003B8"/>
    <w:rsid w:val="00200B75"/>
    <w:rsid w:val="0020100B"/>
    <w:rsid w:val="002029B1"/>
    <w:rsid w:val="00216B65"/>
    <w:rsid w:val="002213FA"/>
    <w:rsid w:val="00260515"/>
    <w:rsid w:val="00282833"/>
    <w:rsid w:val="002911B2"/>
    <w:rsid w:val="0029639D"/>
    <w:rsid w:val="002B0F68"/>
    <w:rsid w:val="00326F90"/>
    <w:rsid w:val="003934F5"/>
    <w:rsid w:val="003A49DA"/>
    <w:rsid w:val="003B341C"/>
    <w:rsid w:val="003D3580"/>
    <w:rsid w:val="003E3B79"/>
    <w:rsid w:val="003F69B4"/>
    <w:rsid w:val="00412207"/>
    <w:rsid w:val="0041450D"/>
    <w:rsid w:val="004268BF"/>
    <w:rsid w:val="00432307"/>
    <w:rsid w:val="00435081"/>
    <w:rsid w:val="00460DEE"/>
    <w:rsid w:val="00461A75"/>
    <w:rsid w:val="004D0A55"/>
    <w:rsid w:val="004F432A"/>
    <w:rsid w:val="00506C3C"/>
    <w:rsid w:val="005171EF"/>
    <w:rsid w:val="00526721"/>
    <w:rsid w:val="00531356"/>
    <w:rsid w:val="00546B20"/>
    <w:rsid w:val="00567A82"/>
    <w:rsid w:val="0057761A"/>
    <w:rsid w:val="005810B4"/>
    <w:rsid w:val="00593B12"/>
    <w:rsid w:val="00597021"/>
    <w:rsid w:val="005A53FD"/>
    <w:rsid w:val="005B4B27"/>
    <w:rsid w:val="005B6A03"/>
    <w:rsid w:val="005E54B8"/>
    <w:rsid w:val="00621230"/>
    <w:rsid w:val="0064117E"/>
    <w:rsid w:val="00646016"/>
    <w:rsid w:val="006604D1"/>
    <w:rsid w:val="00671399"/>
    <w:rsid w:val="006837AA"/>
    <w:rsid w:val="00685513"/>
    <w:rsid w:val="00694B7F"/>
    <w:rsid w:val="006D39C3"/>
    <w:rsid w:val="006D4005"/>
    <w:rsid w:val="006E05A8"/>
    <w:rsid w:val="007340CF"/>
    <w:rsid w:val="00745E70"/>
    <w:rsid w:val="007474A4"/>
    <w:rsid w:val="007563AD"/>
    <w:rsid w:val="007625B0"/>
    <w:rsid w:val="00771113"/>
    <w:rsid w:val="00790339"/>
    <w:rsid w:val="00797C67"/>
    <w:rsid w:val="00797E6C"/>
    <w:rsid w:val="007A7108"/>
    <w:rsid w:val="007D2672"/>
    <w:rsid w:val="007D591C"/>
    <w:rsid w:val="007E2CE6"/>
    <w:rsid w:val="00804BA3"/>
    <w:rsid w:val="00834431"/>
    <w:rsid w:val="0088061B"/>
    <w:rsid w:val="00897801"/>
    <w:rsid w:val="008B3E46"/>
    <w:rsid w:val="008C5BEC"/>
    <w:rsid w:val="008D7A52"/>
    <w:rsid w:val="008E5C25"/>
    <w:rsid w:val="008F7685"/>
    <w:rsid w:val="009341E7"/>
    <w:rsid w:val="00941C96"/>
    <w:rsid w:val="00987572"/>
    <w:rsid w:val="00987586"/>
    <w:rsid w:val="009A5209"/>
    <w:rsid w:val="009C70C0"/>
    <w:rsid w:val="009F6FB8"/>
    <w:rsid w:val="00A27124"/>
    <w:rsid w:val="00A856C3"/>
    <w:rsid w:val="00AA1D8D"/>
    <w:rsid w:val="00AB5E0E"/>
    <w:rsid w:val="00AC1B17"/>
    <w:rsid w:val="00AD18CE"/>
    <w:rsid w:val="00AE3AE7"/>
    <w:rsid w:val="00B04C65"/>
    <w:rsid w:val="00B05684"/>
    <w:rsid w:val="00B136F5"/>
    <w:rsid w:val="00B139AA"/>
    <w:rsid w:val="00B23F9C"/>
    <w:rsid w:val="00B27ECF"/>
    <w:rsid w:val="00B4695A"/>
    <w:rsid w:val="00B47730"/>
    <w:rsid w:val="00B528D5"/>
    <w:rsid w:val="00B62EE7"/>
    <w:rsid w:val="00BB65FF"/>
    <w:rsid w:val="00BC2556"/>
    <w:rsid w:val="00C24082"/>
    <w:rsid w:val="00C27730"/>
    <w:rsid w:val="00C45A0B"/>
    <w:rsid w:val="00C70CF5"/>
    <w:rsid w:val="00C756CE"/>
    <w:rsid w:val="00C81831"/>
    <w:rsid w:val="00C91D9C"/>
    <w:rsid w:val="00C93F05"/>
    <w:rsid w:val="00CA1954"/>
    <w:rsid w:val="00CB0664"/>
    <w:rsid w:val="00CB11F8"/>
    <w:rsid w:val="00CC2E9F"/>
    <w:rsid w:val="00CE134A"/>
    <w:rsid w:val="00CF4A46"/>
    <w:rsid w:val="00D05A21"/>
    <w:rsid w:val="00D21AE4"/>
    <w:rsid w:val="00D246E5"/>
    <w:rsid w:val="00D319B6"/>
    <w:rsid w:val="00D41FE1"/>
    <w:rsid w:val="00D657D3"/>
    <w:rsid w:val="00D7525D"/>
    <w:rsid w:val="00D9485B"/>
    <w:rsid w:val="00DB4766"/>
    <w:rsid w:val="00DD3507"/>
    <w:rsid w:val="00DE41C8"/>
    <w:rsid w:val="00E20491"/>
    <w:rsid w:val="00E336C3"/>
    <w:rsid w:val="00E33B6E"/>
    <w:rsid w:val="00E85BED"/>
    <w:rsid w:val="00EA18F8"/>
    <w:rsid w:val="00EA3DDB"/>
    <w:rsid w:val="00EB30BD"/>
    <w:rsid w:val="00EC4FDD"/>
    <w:rsid w:val="00ED48BF"/>
    <w:rsid w:val="00ED653C"/>
    <w:rsid w:val="00F068FD"/>
    <w:rsid w:val="00F61C26"/>
    <w:rsid w:val="00F96E5D"/>
    <w:rsid w:val="00F97643"/>
    <w:rsid w:val="00FB1E34"/>
    <w:rsid w:val="00FB1FCE"/>
    <w:rsid w:val="00FB3B4D"/>
    <w:rsid w:val="00FC28B8"/>
    <w:rsid w:val="00FC5666"/>
    <w:rsid w:val="00FC693F"/>
    <w:rsid w:val="00FD69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19A235"/>
  <w14:defaultImageDpi w14:val="300"/>
  <w15:docId w15:val="{F43BE982-DF78-46B9-B583-2BF97CD99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C693F"/>
  </w:style>
  <w:style w:type="paragraph" w:styleId="Kop1">
    <w:name w:val="heading 1"/>
    <w:basedOn w:val="Standaard"/>
    <w:next w:val="Standaard"/>
    <w:link w:val="Kop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Kop9">
    <w:name w:val="heading 9"/>
    <w:basedOn w:val="Standaard"/>
    <w:next w:val="Standaard"/>
    <w:link w:val="Kop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618BF"/>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E618BF"/>
  </w:style>
  <w:style w:type="paragraph" w:styleId="Voettekst">
    <w:name w:val="footer"/>
    <w:basedOn w:val="Standaard"/>
    <w:link w:val="VoettekstChar"/>
    <w:uiPriority w:val="99"/>
    <w:unhideWhenUsed/>
    <w:rsid w:val="00E618BF"/>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E618BF"/>
  </w:style>
  <w:style w:type="paragraph" w:styleId="Geenafstand">
    <w:name w:val="No Spacing"/>
    <w:uiPriority w:val="1"/>
    <w:qFormat/>
    <w:rsid w:val="00FC693F"/>
    <w:pPr>
      <w:spacing w:after="0" w:line="240" w:lineRule="auto"/>
    </w:pPr>
  </w:style>
  <w:style w:type="character" w:customStyle="1" w:styleId="Kop1Char">
    <w:name w:val="Kop 1 Char"/>
    <w:basedOn w:val="Standaardalinea-lettertype"/>
    <w:link w:val="Kop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FC693F"/>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FC693F"/>
    <w:rPr>
      <w:rFonts w:asciiTheme="majorHAnsi" w:eastAsiaTheme="majorEastAsia" w:hAnsiTheme="majorHAnsi" w:cstheme="majorBidi"/>
      <w:b/>
      <w:bCs/>
      <w:color w:val="4F81BD" w:themeColor="accent1"/>
    </w:rPr>
  </w:style>
  <w:style w:type="paragraph" w:styleId="Titel">
    <w:name w:val="Title"/>
    <w:basedOn w:val="Standaard"/>
    <w:next w:val="Standaard"/>
    <w:link w:val="Tite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Ondertitel">
    <w:name w:val="Subtitle"/>
    <w:basedOn w:val="Standaard"/>
    <w:next w:val="Standaard"/>
    <w:link w:val="Ondertite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FC693F"/>
    <w:rPr>
      <w:rFonts w:asciiTheme="majorHAnsi" w:eastAsiaTheme="majorEastAsia" w:hAnsiTheme="majorHAnsi" w:cstheme="majorBidi"/>
      <w:i/>
      <w:iCs/>
      <w:color w:val="4F81BD" w:themeColor="accent1"/>
      <w:spacing w:val="15"/>
      <w:sz w:val="24"/>
      <w:szCs w:val="24"/>
    </w:rPr>
  </w:style>
  <w:style w:type="paragraph" w:styleId="Lijstalinea">
    <w:name w:val="List Paragraph"/>
    <w:basedOn w:val="Standaard"/>
    <w:uiPriority w:val="34"/>
    <w:qFormat/>
    <w:rsid w:val="00FC693F"/>
    <w:pPr>
      <w:ind w:left="720"/>
      <w:contextualSpacing/>
    </w:pPr>
  </w:style>
  <w:style w:type="paragraph" w:styleId="Plattetekst">
    <w:name w:val="Body Text"/>
    <w:basedOn w:val="Standaard"/>
    <w:link w:val="PlattetekstChar"/>
    <w:uiPriority w:val="99"/>
    <w:unhideWhenUsed/>
    <w:rsid w:val="00AA1D8D"/>
    <w:pPr>
      <w:spacing w:after="120"/>
    </w:pPr>
  </w:style>
  <w:style w:type="character" w:customStyle="1" w:styleId="PlattetekstChar">
    <w:name w:val="Platte tekst Char"/>
    <w:basedOn w:val="Standaardalinea-lettertype"/>
    <w:link w:val="Plattetekst"/>
    <w:uiPriority w:val="99"/>
    <w:rsid w:val="00AA1D8D"/>
  </w:style>
  <w:style w:type="paragraph" w:styleId="Plattetekst2">
    <w:name w:val="Body Text 2"/>
    <w:basedOn w:val="Standaard"/>
    <w:link w:val="Plattetekst2Char"/>
    <w:uiPriority w:val="99"/>
    <w:unhideWhenUsed/>
    <w:rsid w:val="00AA1D8D"/>
    <w:pPr>
      <w:spacing w:after="120" w:line="480" w:lineRule="auto"/>
    </w:pPr>
  </w:style>
  <w:style w:type="character" w:customStyle="1" w:styleId="Plattetekst2Char">
    <w:name w:val="Platte tekst 2 Char"/>
    <w:basedOn w:val="Standaardalinea-lettertype"/>
    <w:link w:val="Plattetekst2"/>
    <w:uiPriority w:val="99"/>
    <w:rsid w:val="00AA1D8D"/>
  </w:style>
  <w:style w:type="paragraph" w:styleId="Plattetekst3">
    <w:name w:val="Body Text 3"/>
    <w:basedOn w:val="Standaard"/>
    <w:link w:val="Plattetekst3Char"/>
    <w:uiPriority w:val="99"/>
    <w:unhideWhenUsed/>
    <w:rsid w:val="00AA1D8D"/>
    <w:pPr>
      <w:spacing w:after="120"/>
    </w:pPr>
    <w:rPr>
      <w:sz w:val="16"/>
      <w:szCs w:val="16"/>
    </w:rPr>
  </w:style>
  <w:style w:type="character" w:customStyle="1" w:styleId="Plattetekst3Char">
    <w:name w:val="Platte tekst 3 Char"/>
    <w:basedOn w:val="Standaardalinea-lettertype"/>
    <w:link w:val="Plattetekst3"/>
    <w:uiPriority w:val="99"/>
    <w:rsid w:val="00AA1D8D"/>
    <w:rPr>
      <w:sz w:val="16"/>
      <w:szCs w:val="16"/>
    </w:rPr>
  </w:style>
  <w:style w:type="paragraph" w:styleId="Lijst">
    <w:name w:val="List"/>
    <w:basedOn w:val="Standaard"/>
    <w:uiPriority w:val="99"/>
    <w:unhideWhenUsed/>
    <w:rsid w:val="00AA1D8D"/>
    <w:pPr>
      <w:ind w:left="360" w:hanging="360"/>
      <w:contextualSpacing/>
    </w:pPr>
  </w:style>
  <w:style w:type="paragraph" w:styleId="Lijst2">
    <w:name w:val="List 2"/>
    <w:basedOn w:val="Standaard"/>
    <w:uiPriority w:val="99"/>
    <w:unhideWhenUsed/>
    <w:rsid w:val="00326F90"/>
    <w:pPr>
      <w:ind w:left="720" w:hanging="360"/>
      <w:contextualSpacing/>
    </w:pPr>
  </w:style>
  <w:style w:type="paragraph" w:styleId="Lijst3">
    <w:name w:val="List 3"/>
    <w:basedOn w:val="Standaard"/>
    <w:uiPriority w:val="99"/>
    <w:unhideWhenUsed/>
    <w:rsid w:val="00326F90"/>
    <w:pPr>
      <w:ind w:left="1080" w:hanging="360"/>
      <w:contextualSpacing/>
    </w:pPr>
  </w:style>
  <w:style w:type="paragraph" w:styleId="Lijstopsomteken">
    <w:name w:val="List Bullet"/>
    <w:basedOn w:val="Standaard"/>
    <w:uiPriority w:val="99"/>
    <w:unhideWhenUsed/>
    <w:rsid w:val="00326F90"/>
    <w:pPr>
      <w:numPr>
        <w:numId w:val="1"/>
      </w:numPr>
      <w:contextualSpacing/>
    </w:pPr>
  </w:style>
  <w:style w:type="paragraph" w:styleId="Lijstopsomteken2">
    <w:name w:val="List Bullet 2"/>
    <w:basedOn w:val="Standaard"/>
    <w:uiPriority w:val="99"/>
    <w:unhideWhenUsed/>
    <w:rsid w:val="00326F90"/>
    <w:pPr>
      <w:numPr>
        <w:numId w:val="2"/>
      </w:numPr>
      <w:contextualSpacing/>
    </w:pPr>
  </w:style>
  <w:style w:type="paragraph" w:styleId="Lijstopsomteken3">
    <w:name w:val="List Bullet 3"/>
    <w:basedOn w:val="Standaard"/>
    <w:uiPriority w:val="99"/>
    <w:unhideWhenUsed/>
    <w:rsid w:val="00326F90"/>
    <w:pPr>
      <w:numPr>
        <w:numId w:val="3"/>
      </w:numPr>
      <w:contextualSpacing/>
    </w:pPr>
  </w:style>
  <w:style w:type="paragraph" w:styleId="Lijstnummering">
    <w:name w:val="List Number"/>
    <w:basedOn w:val="Standaard"/>
    <w:uiPriority w:val="99"/>
    <w:unhideWhenUsed/>
    <w:rsid w:val="00326F90"/>
    <w:pPr>
      <w:numPr>
        <w:numId w:val="4"/>
      </w:numPr>
      <w:contextualSpacing/>
    </w:pPr>
  </w:style>
  <w:style w:type="paragraph" w:styleId="Lijstnummering2">
    <w:name w:val="List Number 2"/>
    <w:basedOn w:val="Standaard"/>
    <w:uiPriority w:val="99"/>
    <w:unhideWhenUsed/>
    <w:rsid w:val="0029639D"/>
    <w:pPr>
      <w:numPr>
        <w:numId w:val="5"/>
      </w:numPr>
      <w:contextualSpacing/>
    </w:pPr>
  </w:style>
  <w:style w:type="paragraph" w:styleId="Lijstnummering3">
    <w:name w:val="List Number 3"/>
    <w:basedOn w:val="Standaard"/>
    <w:uiPriority w:val="99"/>
    <w:unhideWhenUsed/>
    <w:rsid w:val="0029639D"/>
    <w:pPr>
      <w:numPr>
        <w:numId w:val="6"/>
      </w:numPr>
      <w:contextualSpacing/>
    </w:pPr>
  </w:style>
  <w:style w:type="paragraph" w:styleId="Lijstvoortzetting">
    <w:name w:val="List Continue"/>
    <w:basedOn w:val="Standaard"/>
    <w:uiPriority w:val="99"/>
    <w:unhideWhenUsed/>
    <w:rsid w:val="0029639D"/>
    <w:pPr>
      <w:spacing w:after="120"/>
      <w:ind w:left="360"/>
      <w:contextualSpacing/>
    </w:pPr>
  </w:style>
  <w:style w:type="paragraph" w:styleId="Lijstvoortzetting2">
    <w:name w:val="List Continue 2"/>
    <w:basedOn w:val="Standaard"/>
    <w:uiPriority w:val="99"/>
    <w:unhideWhenUsed/>
    <w:rsid w:val="0029639D"/>
    <w:pPr>
      <w:spacing w:after="120"/>
      <w:ind w:left="720"/>
      <w:contextualSpacing/>
    </w:pPr>
  </w:style>
  <w:style w:type="paragraph" w:styleId="Lijstvoortzetting3">
    <w:name w:val="List Continue 3"/>
    <w:basedOn w:val="Standaard"/>
    <w:uiPriority w:val="99"/>
    <w:unhideWhenUsed/>
    <w:rsid w:val="0029639D"/>
    <w:pPr>
      <w:spacing w:after="120"/>
      <w:ind w:left="1080"/>
      <w:contextualSpacing/>
    </w:pPr>
  </w:style>
  <w:style w:type="paragraph" w:styleId="Macrotekst">
    <w:name w:val="macro"/>
    <w:link w:val="Macroteks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kstChar">
    <w:name w:val="Macrotekst Char"/>
    <w:basedOn w:val="Standaardalinea-lettertype"/>
    <w:link w:val="Macrotekst"/>
    <w:uiPriority w:val="99"/>
    <w:rsid w:val="0029639D"/>
    <w:rPr>
      <w:rFonts w:ascii="Courier" w:hAnsi="Courier"/>
      <w:sz w:val="20"/>
      <w:szCs w:val="20"/>
    </w:rPr>
  </w:style>
  <w:style w:type="paragraph" w:styleId="Citaat">
    <w:name w:val="Quote"/>
    <w:basedOn w:val="Standaard"/>
    <w:next w:val="Standaard"/>
    <w:link w:val="CitaatChar"/>
    <w:uiPriority w:val="29"/>
    <w:qFormat/>
    <w:rsid w:val="00FC693F"/>
    <w:rPr>
      <w:i/>
      <w:iCs/>
      <w:color w:val="000000" w:themeColor="text1"/>
    </w:rPr>
  </w:style>
  <w:style w:type="character" w:customStyle="1" w:styleId="CitaatChar">
    <w:name w:val="Citaat Char"/>
    <w:basedOn w:val="Standaardalinea-lettertype"/>
    <w:link w:val="Citaat"/>
    <w:uiPriority w:val="29"/>
    <w:rsid w:val="00FC693F"/>
    <w:rPr>
      <w:i/>
      <w:iCs/>
      <w:color w:val="000000" w:themeColor="text1"/>
    </w:rPr>
  </w:style>
  <w:style w:type="character" w:customStyle="1" w:styleId="Kop4Char">
    <w:name w:val="Kop 4 Char"/>
    <w:basedOn w:val="Standaardalinea-lettertype"/>
    <w:link w:val="Kop4"/>
    <w:uiPriority w:val="9"/>
    <w:rsid w:val="00FC693F"/>
    <w:rPr>
      <w:rFonts w:asciiTheme="majorHAnsi" w:eastAsiaTheme="majorEastAsia" w:hAnsiTheme="majorHAnsi" w:cstheme="majorBidi"/>
      <w:b/>
      <w:bCs/>
      <w:i/>
      <w:iCs/>
      <w:color w:val="4F81BD" w:themeColor="accent1"/>
    </w:rPr>
  </w:style>
  <w:style w:type="character" w:customStyle="1" w:styleId="Kop5Char">
    <w:name w:val="Kop 5 Char"/>
    <w:basedOn w:val="Standaardalinea-lettertype"/>
    <w:link w:val="Kop5"/>
    <w:uiPriority w:val="9"/>
    <w:semiHidden/>
    <w:rsid w:val="00FC693F"/>
    <w:rPr>
      <w:rFonts w:asciiTheme="majorHAnsi" w:eastAsiaTheme="majorEastAsia" w:hAnsiTheme="majorHAnsi" w:cstheme="majorBidi"/>
      <w:color w:val="243F60" w:themeColor="accent1" w:themeShade="7F"/>
    </w:rPr>
  </w:style>
  <w:style w:type="character" w:customStyle="1" w:styleId="Kop6Char">
    <w:name w:val="Kop 6 Char"/>
    <w:basedOn w:val="Standaardalinea-lettertype"/>
    <w:link w:val="Kop6"/>
    <w:uiPriority w:val="9"/>
    <w:semiHidden/>
    <w:rsid w:val="00FC693F"/>
    <w:rPr>
      <w:rFonts w:asciiTheme="majorHAnsi" w:eastAsiaTheme="majorEastAsia" w:hAnsiTheme="majorHAnsi" w:cstheme="majorBidi"/>
      <w:i/>
      <w:iCs/>
      <w:color w:val="243F60" w:themeColor="accent1" w:themeShade="7F"/>
    </w:rPr>
  </w:style>
  <w:style w:type="character" w:customStyle="1" w:styleId="Kop7Char">
    <w:name w:val="Kop 7 Char"/>
    <w:basedOn w:val="Standaardalinea-lettertype"/>
    <w:link w:val="Kop7"/>
    <w:uiPriority w:val="9"/>
    <w:semiHidden/>
    <w:rsid w:val="00FC693F"/>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uiPriority w:val="9"/>
    <w:semiHidden/>
    <w:rsid w:val="00FC693F"/>
    <w:rPr>
      <w:rFonts w:asciiTheme="majorHAnsi" w:eastAsiaTheme="majorEastAsia" w:hAnsiTheme="majorHAnsi" w:cstheme="majorBidi"/>
      <w:color w:val="4F81BD" w:themeColor="accent1"/>
      <w:sz w:val="20"/>
      <w:szCs w:val="20"/>
    </w:rPr>
  </w:style>
  <w:style w:type="character" w:customStyle="1" w:styleId="Kop9Char">
    <w:name w:val="Kop 9 Char"/>
    <w:basedOn w:val="Standaardalinea-lettertype"/>
    <w:link w:val="Kop9"/>
    <w:uiPriority w:val="9"/>
    <w:semiHidden/>
    <w:rsid w:val="00FC693F"/>
    <w:rPr>
      <w:rFonts w:asciiTheme="majorHAnsi" w:eastAsiaTheme="majorEastAsia" w:hAnsiTheme="majorHAnsi" w:cstheme="majorBidi"/>
      <w:i/>
      <w:iCs/>
      <w:color w:val="404040" w:themeColor="text1" w:themeTint="BF"/>
      <w:sz w:val="20"/>
      <w:szCs w:val="20"/>
    </w:rPr>
  </w:style>
  <w:style w:type="paragraph" w:styleId="Bijschrift">
    <w:name w:val="caption"/>
    <w:basedOn w:val="Standaard"/>
    <w:next w:val="Standaard"/>
    <w:uiPriority w:val="35"/>
    <w:semiHidden/>
    <w:unhideWhenUsed/>
    <w:qFormat/>
    <w:rsid w:val="00FC693F"/>
    <w:pPr>
      <w:spacing w:line="240" w:lineRule="auto"/>
    </w:pPr>
    <w:rPr>
      <w:b/>
      <w:bCs/>
      <w:color w:val="4F81BD" w:themeColor="accent1"/>
      <w:sz w:val="18"/>
      <w:szCs w:val="18"/>
    </w:rPr>
  </w:style>
  <w:style w:type="character" w:styleId="Zwaar">
    <w:name w:val="Strong"/>
    <w:basedOn w:val="Standaardalinea-lettertype"/>
    <w:uiPriority w:val="22"/>
    <w:qFormat/>
    <w:rsid w:val="00FC693F"/>
    <w:rPr>
      <w:b/>
      <w:bCs/>
    </w:rPr>
  </w:style>
  <w:style w:type="character" w:styleId="Nadruk">
    <w:name w:val="Emphasis"/>
    <w:basedOn w:val="Standaardalinea-lettertype"/>
    <w:uiPriority w:val="20"/>
    <w:qFormat/>
    <w:rsid w:val="00FC693F"/>
    <w:rPr>
      <w:i/>
      <w:iCs/>
    </w:rPr>
  </w:style>
  <w:style w:type="paragraph" w:styleId="Duidelijkcitaat">
    <w:name w:val="Intense Quote"/>
    <w:basedOn w:val="Standaard"/>
    <w:next w:val="Standaard"/>
    <w:link w:val="Duidelijkcitaa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FC693F"/>
    <w:rPr>
      <w:b/>
      <w:bCs/>
      <w:i/>
      <w:iCs/>
      <w:color w:val="4F81BD" w:themeColor="accent1"/>
    </w:rPr>
  </w:style>
  <w:style w:type="character" w:styleId="Subtielebenadrukking">
    <w:name w:val="Subtle Emphasis"/>
    <w:basedOn w:val="Standaardalinea-lettertype"/>
    <w:uiPriority w:val="19"/>
    <w:qFormat/>
    <w:rsid w:val="00FC693F"/>
    <w:rPr>
      <w:i/>
      <w:iCs/>
      <w:color w:val="808080" w:themeColor="text1" w:themeTint="7F"/>
    </w:rPr>
  </w:style>
  <w:style w:type="character" w:styleId="Intensievebenadrukking">
    <w:name w:val="Intense Emphasis"/>
    <w:basedOn w:val="Standaardalinea-lettertype"/>
    <w:uiPriority w:val="21"/>
    <w:qFormat/>
    <w:rsid w:val="00FC693F"/>
    <w:rPr>
      <w:b/>
      <w:bCs/>
      <w:i/>
      <w:iCs/>
      <w:color w:val="4F81BD" w:themeColor="accent1"/>
    </w:rPr>
  </w:style>
  <w:style w:type="character" w:styleId="Subtieleverwijzing">
    <w:name w:val="Subtle Reference"/>
    <w:basedOn w:val="Standaardalinea-lettertype"/>
    <w:uiPriority w:val="31"/>
    <w:qFormat/>
    <w:rsid w:val="00FC693F"/>
    <w:rPr>
      <w:smallCaps/>
      <w:color w:val="C0504D" w:themeColor="accent2"/>
      <w:u w:val="single"/>
    </w:rPr>
  </w:style>
  <w:style w:type="character" w:styleId="Intensieveverwijzing">
    <w:name w:val="Intense Reference"/>
    <w:basedOn w:val="Standaardalinea-lettertype"/>
    <w:uiPriority w:val="32"/>
    <w:qFormat/>
    <w:rsid w:val="00FC693F"/>
    <w:rPr>
      <w:b/>
      <w:bCs/>
      <w:smallCaps/>
      <w:color w:val="C0504D" w:themeColor="accent2"/>
      <w:spacing w:val="5"/>
      <w:u w:val="single"/>
    </w:rPr>
  </w:style>
  <w:style w:type="character" w:styleId="Titelvanboek">
    <w:name w:val="Book Title"/>
    <w:basedOn w:val="Standaardalinea-lettertype"/>
    <w:uiPriority w:val="33"/>
    <w:qFormat/>
    <w:rsid w:val="00FC693F"/>
    <w:rPr>
      <w:b/>
      <w:bCs/>
      <w:smallCaps/>
      <w:spacing w:val="5"/>
    </w:rPr>
  </w:style>
  <w:style w:type="paragraph" w:styleId="Kopvaninhoudsopgave">
    <w:name w:val="TOC Heading"/>
    <w:basedOn w:val="Kop1"/>
    <w:next w:val="Standaard"/>
    <w:uiPriority w:val="39"/>
    <w:semiHidden/>
    <w:unhideWhenUsed/>
    <w:qFormat/>
    <w:rsid w:val="00FC693F"/>
    <w:pPr>
      <w:outlineLvl w:val="9"/>
    </w:pPr>
  </w:style>
  <w:style w:type="table" w:styleId="Tabelraster">
    <w:name w:val="Table Grid"/>
    <w:basedOn w:val="Standaardtabe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chtearcering">
    <w:name w:val="Light Shading"/>
    <w:basedOn w:val="Standaardtabe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chtearcering-accent2">
    <w:name w:val="Light Shading Accent 2"/>
    <w:basedOn w:val="Standaardtabe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chtearcering-accent4">
    <w:name w:val="Light Shading Accent 4"/>
    <w:basedOn w:val="Standaardtabe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chtearcering-accent5">
    <w:name w:val="Light Shading Accent 5"/>
    <w:basedOn w:val="Standaardtabe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chtearcering-accent6">
    <w:name w:val="Light Shading Accent 6"/>
    <w:basedOn w:val="Standaardtabe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chtelijst">
    <w:name w:val="Light List"/>
    <w:basedOn w:val="Standaardtabe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chtelijst-accent1">
    <w:name w:val="Light List Accent 1"/>
    <w:basedOn w:val="Standaardtabe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chtelijst-accent2">
    <w:name w:val="Light List Accent 2"/>
    <w:basedOn w:val="Standaardtabe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chtelijst-accent3">
    <w:name w:val="Light List Accent 3"/>
    <w:basedOn w:val="Standaardtabe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chtelijst-accent4">
    <w:name w:val="Light List Accent 4"/>
    <w:basedOn w:val="Standaardtabe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chtelijst-accent5">
    <w:name w:val="Light List Accent 5"/>
    <w:basedOn w:val="Standaardtabe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chtelijst-accent6">
    <w:name w:val="Light List Accent 6"/>
    <w:basedOn w:val="Standaardtabe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chtraster">
    <w:name w:val="Light Grid"/>
    <w:basedOn w:val="Standaardtabe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chtraster-accent1">
    <w:name w:val="Light Grid Accent 1"/>
    <w:basedOn w:val="Standaardtabe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chtraster-accent2">
    <w:name w:val="Light Grid Accent 2"/>
    <w:basedOn w:val="Standaardtabe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chtraster-accent3">
    <w:name w:val="Light Grid Accent 3"/>
    <w:basedOn w:val="Standaardtabe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chtraster-accent4">
    <w:name w:val="Light Grid Accent 4"/>
    <w:basedOn w:val="Standaardtabe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chtraster-accent5">
    <w:name w:val="Light Grid Accent 5"/>
    <w:basedOn w:val="Standaardtabe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chtraster-accent6">
    <w:name w:val="Light Grid Accent 6"/>
    <w:basedOn w:val="Standaardtabe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emiddeldearcering1">
    <w:name w:val="Medium Shading 1"/>
    <w:basedOn w:val="Standaardtabe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1">
    <w:name w:val="Medium Shading 2 Accent 1"/>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lijst1">
    <w:name w:val="Medium List 1"/>
    <w:basedOn w:val="Standaardtabe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emiddeldelijst1-accent1">
    <w:name w:val="Medium List 1 Accent 1"/>
    <w:basedOn w:val="Standaardtabe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emiddeldelijst1-accent2">
    <w:name w:val="Medium List 1 Accent 2"/>
    <w:basedOn w:val="Standaardtabe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emiddeldelijst1-accent3">
    <w:name w:val="Medium List 1 Accent 3"/>
    <w:basedOn w:val="Standaardtabe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emiddeldelijst1-accent4">
    <w:name w:val="Medium List 1 Accent 4"/>
    <w:basedOn w:val="Standaardtabe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emiddeldelijst1-accent5">
    <w:name w:val="Medium List 1 Accent 5"/>
    <w:basedOn w:val="Standaardtabe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emiddeldelijst1-accent6">
    <w:name w:val="Medium List 1 Accent 6"/>
    <w:basedOn w:val="Standaardtabe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emiddeldelijst2">
    <w:name w:val="Medium Lis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raster1">
    <w:name w:val="Medium Grid 1"/>
    <w:basedOn w:val="Standaardtabe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emiddeldraster1-accent2">
    <w:name w:val="Medium Grid 1 Accent 2"/>
    <w:basedOn w:val="Standaardtabe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emiddeldraster1-accent3">
    <w:name w:val="Medium Grid 1 Accent 3"/>
    <w:basedOn w:val="Standaardtabe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emiddeldraster1-accent4">
    <w:name w:val="Medium Grid 1 Accent 4"/>
    <w:basedOn w:val="Standaardtabe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emiddeldraster1-accent5">
    <w:name w:val="Medium Grid 1 Accent 5"/>
    <w:basedOn w:val="Standaardtabe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emiddeldraster1-accent6">
    <w:name w:val="Medium Grid 1 Accent 6"/>
    <w:basedOn w:val="Standaardtabe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emiddeldraster2">
    <w:name w:val="Medium Grid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emiddeldraster3">
    <w:name w:val="Medium Grid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emiddeldraster3-accent1">
    <w:name w:val="Medium Grid 3 Accent 1"/>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emiddeldraster3-accent2">
    <w:name w:val="Medium Grid 3 Accent 2"/>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emiddeldraster3-accent3">
    <w:name w:val="Medium Grid 3 Accent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emiddeldraster3-accent4">
    <w:name w:val="Medium Grid 3 Accent 4"/>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emiddeldraster3-accent5">
    <w:name w:val="Medium Grid 3 Accent 5"/>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emiddeldraster3-accent6">
    <w:name w:val="Medium Grid 3 Accent 6"/>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onkerelijst">
    <w:name w:val="Dark List"/>
    <w:basedOn w:val="Standaardtabe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nkerelijst-accent2">
    <w:name w:val="Dark List Accent 2"/>
    <w:basedOn w:val="Standaardtabe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nkerelijst-accent3">
    <w:name w:val="Dark List Accent 3"/>
    <w:basedOn w:val="Standaardtabe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nkerelijst-accent4">
    <w:name w:val="Dark List Accent 4"/>
    <w:basedOn w:val="Standaardtabe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nkerelijst-accent5">
    <w:name w:val="Dark List Accent 5"/>
    <w:basedOn w:val="Standaardtabe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nkerelijst-accent6">
    <w:name w:val="Dark List Accent 6"/>
    <w:basedOn w:val="Standaardtabe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leurrijkearcering">
    <w:name w:val="Colorful Shading"/>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leurrijkearcering-accent4">
    <w:name w:val="Colorful Shading Accent 4"/>
    <w:basedOn w:val="Standaardtabe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leurrijkelijst">
    <w:name w:val="Colorful List"/>
    <w:basedOn w:val="Standaardtabe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leurrijkelijst-accent2">
    <w:name w:val="Colorful List Accent 2"/>
    <w:basedOn w:val="Standaardtabe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leurrijkelijst-accent3">
    <w:name w:val="Colorful List Accent 3"/>
    <w:basedOn w:val="Standaardtabe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leurrijkelijst-accent4">
    <w:name w:val="Colorful List Accent 4"/>
    <w:basedOn w:val="Standaardtabe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leurrijkelijst-accent5">
    <w:name w:val="Colorful List Accent 5"/>
    <w:basedOn w:val="Standaardtabe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leurrijkelijst-accent6">
    <w:name w:val="Colorful List Accent 6"/>
    <w:basedOn w:val="Standaardtabe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leurrijkraster">
    <w:name w:val="Colorful Grid"/>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leurrijkraster-accent2">
    <w:name w:val="Colorful Grid Accent 2"/>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leurrijkraster-accent3">
    <w:name w:val="Colorful Grid Accent 3"/>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leurrijkraster-accent4">
    <w:name w:val="Colorful Grid Accent 4"/>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leurrijkraster-accent5">
    <w:name w:val="Colorful Grid Accent 5"/>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leurrijkraster-accent6">
    <w:name w:val="Colorful Grid Accent 6"/>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Standaardalinea-lettertype"/>
    <w:uiPriority w:val="99"/>
    <w:unhideWhenUsed/>
    <w:rsid w:val="00987572"/>
    <w:rPr>
      <w:color w:val="0000FF" w:themeColor="hyperlink"/>
      <w:u w:val="single"/>
    </w:rPr>
  </w:style>
  <w:style w:type="character" w:styleId="Onopgelostemelding">
    <w:name w:val="Unresolved Mention"/>
    <w:basedOn w:val="Standaardalinea-lettertype"/>
    <w:uiPriority w:val="99"/>
    <w:semiHidden/>
    <w:unhideWhenUsed/>
    <w:rsid w:val="00987572"/>
    <w:rPr>
      <w:color w:val="605E5C"/>
      <w:shd w:val="clear" w:color="auto" w:fill="E1DFDD"/>
    </w:rPr>
  </w:style>
  <w:style w:type="paragraph" w:styleId="Revisie">
    <w:name w:val="Revision"/>
    <w:hidden/>
    <w:uiPriority w:val="99"/>
    <w:semiHidden/>
    <w:rsid w:val="000703B8"/>
    <w:pPr>
      <w:spacing w:after="0" w:line="240" w:lineRule="auto"/>
    </w:pPr>
  </w:style>
  <w:style w:type="paragraph" w:styleId="Normaalweb">
    <w:name w:val="Normal (Web)"/>
    <w:basedOn w:val="Standaard"/>
    <w:uiPriority w:val="99"/>
    <w:semiHidden/>
    <w:unhideWhenUsed/>
    <w:rsid w:val="00FB3B4D"/>
    <w:pPr>
      <w:spacing w:before="100" w:beforeAutospacing="1" w:after="100" w:afterAutospacing="1" w:line="240" w:lineRule="auto"/>
    </w:pPr>
    <w:rPr>
      <w:rFonts w:ascii="Times New Roman" w:eastAsia="Times New Roman" w:hAnsi="Times New Roman" w:cs="Times New Roman"/>
      <w:sz w:val="24"/>
      <w:szCs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82896">
      <w:bodyDiv w:val="1"/>
      <w:marLeft w:val="0"/>
      <w:marRight w:val="0"/>
      <w:marTop w:val="0"/>
      <w:marBottom w:val="0"/>
      <w:divBdr>
        <w:top w:val="none" w:sz="0" w:space="0" w:color="auto"/>
        <w:left w:val="none" w:sz="0" w:space="0" w:color="auto"/>
        <w:bottom w:val="none" w:sz="0" w:space="0" w:color="auto"/>
        <w:right w:val="none" w:sz="0" w:space="0" w:color="auto"/>
      </w:divBdr>
    </w:div>
    <w:div w:id="148521827">
      <w:bodyDiv w:val="1"/>
      <w:marLeft w:val="0"/>
      <w:marRight w:val="0"/>
      <w:marTop w:val="0"/>
      <w:marBottom w:val="0"/>
      <w:divBdr>
        <w:top w:val="none" w:sz="0" w:space="0" w:color="auto"/>
        <w:left w:val="none" w:sz="0" w:space="0" w:color="auto"/>
        <w:bottom w:val="none" w:sz="0" w:space="0" w:color="auto"/>
        <w:right w:val="none" w:sz="0" w:space="0" w:color="auto"/>
      </w:divBdr>
    </w:div>
    <w:div w:id="372463201">
      <w:bodyDiv w:val="1"/>
      <w:marLeft w:val="0"/>
      <w:marRight w:val="0"/>
      <w:marTop w:val="0"/>
      <w:marBottom w:val="0"/>
      <w:divBdr>
        <w:top w:val="none" w:sz="0" w:space="0" w:color="auto"/>
        <w:left w:val="none" w:sz="0" w:space="0" w:color="auto"/>
        <w:bottom w:val="none" w:sz="0" w:space="0" w:color="auto"/>
        <w:right w:val="none" w:sz="0" w:space="0" w:color="auto"/>
      </w:divBdr>
    </w:div>
    <w:div w:id="963733838">
      <w:bodyDiv w:val="1"/>
      <w:marLeft w:val="0"/>
      <w:marRight w:val="0"/>
      <w:marTop w:val="0"/>
      <w:marBottom w:val="0"/>
      <w:divBdr>
        <w:top w:val="none" w:sz="0" w:space="0" w:color="auto"/>
        <w:left w:val="none" w:sz="0" w:space="0" w:color="auto"/>
        <w:bottom w:val="none" w:sz="0" w:space="0" w:color="auto"/>
        <w:right w:val="none" w:sz="0" w:space="0" w:color="auto"/>
      </w:divBdr>
    </w:div>
    <w:div w:id="1199468807">
      <w:bodyDiv w:val="1"/>
      <w:marLeft w:val="0"/>
      <w:marRight w:val="0"/>
      <w:marTop w:val="0"/>
      <w:marBottom w:val="0"/>
      <w:divBdr>
        <w:top w:val="none" w:sz="0" w:space="0" w:color="auto"/>
        <w:left w:val="none" w:sz="0" w:space="0" w:color="auto"/>
        <w:bottom w:val="none" w:sz="0" w:space="0" w:color="auto"/>
        <w:right w:val="none" w:sz="0" w:space="0" w:color="auto"/>
      </w:divBdr>
    </w:div>
    <w:div w:id="1214274761">
      <w:bodyDiv w:val="1"/>
      <w:marLeft w:val="0"/>
      <w:marRight w:val="0"/>
      <w:marTop w:val="0"/>
      <w:marBottom w:val="0"/>
      <w:divBdr>
        <w:top w:val="none" w:sz="0" w:space="0" w:color="auto"/>
        <w:left w:val="none" w:sz="0" w:space="0" w:color="auto"/>
        <w:bottom w:val="none" w:sz="0" w:space="0" w:color="auto"/>
        <w:right w:val="none" w:sz="0" w:space="0" w:color="auto"/>
      </w:divBdr>
    </w:div>
    <w:div w:id="1300527048">
      <w:bodyDiv w:val="1"/>
      <w:marLeft w:val="0"/>
      <w:marRight w:val="0"/>
      <w:marTop w:val="0"/>
      <w:marBottom w:val="0"/>
      <w:divBdr>
        <w:top w:val="none" w:sz="0" w:space="0" w:color="auto"/>
        <w:left w:val="none" w:sz="0" w:space="0" w:color="auto"/>
        <w:bottom w:val="none" w:sz="0" w:space="0" w:color="auto"/>
        <w:right w:val="none" w:sz="0" w:space="0" w:color="auto"/>
      </w:divBdr>
    </w:div>
    <w:div w:id="1502967499">
      <w:bodyDiv w:val="1"/>
      <w:marLeft w:val="0"/>
      <w:marRight w:val="0"/>
      <w:marTop w:val="0"/>
      <w:marBottom w:val="0"/>
      <w:divBdr>
        <w:top w:val="none" w:sz="0" w:space="0" w:color="auto"/>
        <w:left w:val="none" w:sz="0" w:space="0" w:color="auto"/>
        <w:bottom w:val="none" w:sz="0" w:space="0" w:color="auto"/>
        <w:right w:val="none" w:sz="0" w:space="0" w:color="auto"/>
      </w:divBdr>
    </w:div>
    <w:div w:id="1619332325">
      <w:bodyDiv w:val="1"/>
      <w:marLeft w:val="0"/>
      <w:marRight w:val="0"/>
      <w:marTop w:val="0"/>
      <w:marBottom w:val="0"/>
      <w:divBdr>
        <w:top w:val="none" w:sz="0" w:space="0" w:color="auto"/>
        <w:left w:val="none" w:sz="0" w:space="0" w:color="auto"/>
        <w:bottom w:val="none" w:sz="0" w:space="0" w:color="auto"/>
        <w:right w:val="none" w:sz="0" w:space="0" w:color="auto"/>
      </w:divBdr>
    </w:div>
    <w:div w:id="2009600162">
      <w:bodyDiv w:val="1"/>
      <w:marLeft w:val="0"/>
      <w:marRight w:val="0"/>
      <w:marTop w:val="0"/>
      <w:marBottom w:val="0"/>
      <w:divBdr>
        <w:top w:val="none" w:sz="0" w:space="0" w:color="auto"/>
        <w:left w:val="none" w:sz="0" w:space="0" w:color="auto"/>
        <w:bottom w:val="none" w:sz="0" w:space="0" w:color="auto"/>
        <w:right w:val="none" w:sz="0" w:space="0" w:color="auto"/>
      </w:divBdr>
    </w:div>
    <w:div w:id="2084134838">
      <w:bodyDiv w:val="1"/>
      <w:marLeft w:val="0"/>
      <w:marRight w:val="0"/>
      <w:marTop w:val="0"/>
      <w:marBottom w:val="0"/>
      <w:divBdr>
        <w:top w:val="none" w:sz="0" w:space="0" w:color="auto"/>
        <w:left w:val="none" w:sz="0" w:space="0" w:color="auto"/>
        <w:bottom w:val="none" w:sz="0" w:space="0" w:color="auto"/>
        <w:right w:val="none" w:sz="0" w:space="0" w:color="auto"/>
      </w:divBdr>
    </w:div>
    <w:div w:id="208510779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lse.van.gucht@aartselaar.be" TargetMode="External"/><Relationship Id="rId4" Type="http://schemas.openxmlformats.org/officeDocument/2006/relationships/settings" Target="settings.xml"/><Relationship Id="rId9" Type="http://schemas.openxmlformats.org/officeDocument/2006/relationships/hyperlink" Target="mailto:info@aartselaar.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2131</Words>
  <Characters>11723</Characters>
  <Application>Microsoft Office Word</Application>
  <DocSecurity>0</DocSecurity>
  <Lines>97</Lines>
  <Paragraphs>27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13827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Ilse Van Gucht</cp:lastModifiedBy>
  <cp:revision>4</cp:revision>
  <cp:lastPrinted>2025-12-19T08:25:00Z</cp:lastPrinted>
  <dcterms:created xsi:type="dcterms:W3CDTF">2026-04-01T13:53:00Z</dcterms:created>
  <dcterms:modified xsi:type="dcterms:W3CDTF">2026-04-01T14:19:00Z</dcterms:modified>
  <cp:category/>
</cp:coreProperties>
</file>