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D67CB" w14:textId="7009556E" w:rsidR="002003B8" w:rsidRPr="008F7685" w:rsidRDefault="006604D1" w:rsidP="00D21AE4">
      <w:pPr>
        <w:pStyle w:val="Kop1"/>
        <w:rPr>
          <w:lang w:val="nl-BE"/>
        </w:rPr>
      </w:pPr>
      <w:r w:rsidRPr="008F7685">
        <w:rPr>
          <w:lang w:val="nl-BE"/>
        </w:rPr>
        <w:t>Notulen Wijkraadvoorzittersvergadering</w:t>
      </w:r>
      <w:r w:rsidR="00CA1954" w:rsidRPr="008F7685">
        <w:rPr>
          <w:lang w:val="nl-BE"/>
        </w:rPr>
        <w:t xml:space="preserve"> 17 december 2025</w:t>
      </w:r>
    </w:p>
    <w:p w14:paraId="7073AABD" w14:textId="77777777" w:rsidR="002003B8" w:rsidRPr="008F7685" w:rsidRDefault="006604D1" w:rsidP="00D21AE4">
      <w:pPr>
        <w:pStyle w:val="Kop2"/>
        <w:rPr>
          <w:lang w:val="nl-BE"/>
        </w:rPr>
      </w:pPr>
      <w:r w:rsidRPr="008F7685">
        <w:rPr>
          <w:lang w:val="nl-BE"/>
        </w:rPr>
        <w:t>Vergadergegevens</w:t>
      </w:r>
    </w:p>
    <w:p w14:paraId="206A0641" w14:textId="2D176427" w:rsidR="002003B8" w:rsidRPr="00CA1954" w:rsidRDefault="006604D1">
      <w:pPr>
        <w:rPr>
          <w:lang w:val="nl-BE"/>
        </w:rPr>
      </w:pPr>
      <w:r w:rsidRPr="00CA1954">
        <w:rPr>
          <w:lang w:val="nl-BE"/>
        </w:rPr>
        <w:t xml:space="preserve">Datum: </w:t>
      </w:r>
      <w:r w:rsidR="00CA1954">
        <w:rPr>
          <w:lang w:val="nl-BE"/>
        </w:rPr>
        <w:t>17.12.2025</w:t>
      </w:r>
      <w:r w:rsidRPr="00CA1954">
        <w:rPr>
          <w:lang w:val="nl-BE"/>
        </w:rPr>
        <w:br/>
        <w:t xml:space="preserve">Plaats: </w:t>
      </w:r>
      <w:r w:rsidR="00CA1954">
        <w:rPr>
          <w:lang w:val="nl-BE"/>
        </w:rPr>
        <w:t>collegezaal gemeentehuis</w:t>
      </w:r>
      <w:r w:rsidRPr="00CA1954">
        <w:rPr>
          <w:lang w:val="nl-BE"/>
        </w:rPr>
        <w:br/>
        <w:t xml:space="preserve">Aanvang: </w:t>
      </w:r>
      <w:r w:rsidR="00CA1954">
        <w:rPr>
          <w:lang w:val="nl-BE"/>
        </w:rPr>
        <w:t>20u</w:t>
      </w:r>
    </w:p>
    <w:p w14:paraId="61A79177" w14:textId="7484729F" w:rsidR="007D591C" w:rsidRPr="007D591C" w:rsidRDefault="006604D1" w:rsidP="007D591C">
      <w:pPr>
        <w:pStyle w:val="Kop2"/>
      </w:pPr>
      <w:proofErr w:type="spellStart"/>
      <w:r w:rsidRPr="00D21AE4">
        <w:t>Aanwezig</w:t>
      </w:r>
      <w:proofErr w:type="spellEnd"/>
    </w:p>
    <w:tbl>
      <w:tblPr>
        <w:tblStyle w:val="Tabelraster"/>
        <w:tblW w:w="0" w:type="auto"/>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4"/>
        <w:gridCol w:w="4918"/>
      </w:tblGrid>
      <w:tr w:rsidR="00D21AE4" w14:paraId="5BA9E5A2" w14:textId="77777777" w:rsidTr="006837AA">
        <w:tc>
          <w:tcPr>
            <w:tcW w:w="3756" w:type="dxa"/>
          </w:tcPr>
          <w:p w14:paraId="246B71D6" w14:textId="77777777" w:rsidR="00D21AE4" w:rsidRDefault="00D21AE4" w:rsidP="00CA1954">
            <w:pPr>
              <w:rPr>
                <w:lang w:val="nl-BE"/>
              </w:rPr>
            </w:pPr>
            <w:r>
              <w:rPr>
                <w:lang w:val="nl-BE"/>
              </w:rPr>
              <w:t>Bart Lambrecht</w:t>
            </w:r>
          </w:p>
        </w:tc>
        <w:tc>
          <w:tcPr>
            <w:tcW w:w="5024" w:type="dxa"/>
          </w:tcPr>
          <w:p w14:paraId="48FAE181" w14:textId="77777777" w:rsidR="00D21AE4" w:rsidRDefault="00D21AE4" w:rsidP="00CA1954">
            <w:pPr>
              <w:rPr>
                <w:lang w:val="nl-BE"/>
              </w:rPr>
            </w:pPr>
            <w:r>
              <w:rPr>
                <w:lang w:val="nl-BE"/>
              </w:rPr>
              <w:t xml:space="preserve">Schepen </w:t>
            </w:r>
          </w:p>
        </w:tc>
      </w:tr>
      <w:tr w:rsidR="00D21AE4" w14:paraId="0ADA15B2" w14:textId="77777777" w:rsidTr="006837AA">
        <w:tc>
          <w:tcPr>
            <w:tcW w:w="3756" w:type="dxa"/>
          </w:tcPr>
          <w:p w14:paraId="1FDB548A" w14:textId="77777777" w:rsidR="00D21AE4" w:rsidRDefault="00D21AE4" w:rsidP="00CA1954">
            <w:pPr>
              <w:rPr>
                <w:lang w:val="nl-BE"/>
              </w:rPr>
            </w:pPr>
            <w:r>
              <w:rPr>
                <w:lang w:val="nl-BE"/>
              </w:rPr>
              <w:t>Ilse Van Gucht</w:t>
            </w:r>
          </w:p>
        </w:tc>
        <w:tc>
          <w:tcPr>
            <w:tcW w:w="5024" w:type="dxa"/>
          </w:tcPr>
          <w:p w14:paraId="3C47000F" w14:textId="77777777" w:rsidR="00D21AE4" w:rsidRDefault="00D21AE4" w:rsidP="00CA1954">
            <w:pPr>
              <w:rPr>
                <w:lang w:val="nl-BE"/>
              </w:rPr>
            </w:pPr>
            <w:r>
              <w:rPr>
                <w:lang w:val="nl-BE"/>
              </w:rPr>
              <w:t>Secretaris</w:t>
            </w:r>
          </w:p>
        </w:tc>
      </w:tr>
      <w:tr w:rsidR="00D21AE4" w14:paraId="21E08064" w14:textId="77777777" w:rsidTr="006837AA">
        <w:tc>
          <w:tcPr>
            <w:tcW w:w="3756" w:type="dxa"/>
          </w:tcPr>
          <w:p w14:paraId="6B7F03C3" w14:textId="77777777" w:rsidR="00D21AE4" w:rsidRDefault="00D21AE4" w:rsidP="00CA1954">
            <w:pPr>
              <w:rPr>
                <w:lang w:val="nl-BE"/>
              </w:rPr>
            </w:pPr>
            <w:r>
              <w:rPr>
                <w:lang w:val="nl-BE"/>
              </w:rPr>
              <w:t xml:space="preserve">John </w:t>
            </w:r>
            <w:proofErr w:type="spellStart"/>
            <w:r>
              <w:rPr>
                <w:lang w:val="nl-BE"/>
              </w:rPr>
              <w:t>Ostermeyer</w:t>
            </w:r>
            <w:proofErr w:type="spellEnd"/>
          </w:p>
        </w:tc>
        <w:tc>
          <w:tcPr>
            <w:tcW w:w="5024" w:type="dxa"/>
          </w:tcPr>
          <w:p w14:paraId="02C02F3A" w14:textId="77777777" w:rsidR="00D21AE4" w:rsidRDefault="00D21AE4" w:rsidP="00CA1954">
            <w:pPr>
              <w:rPr>
                <w:lang w:val="nl-BE"/>
              </w:rPr>
            </w:pPr>
            <w:r>
              <w:rPr>
                <w:lang w:val="nl-BE"/>
              </w:rPr>
              <w:t>Wijkraad Koekoek</w:t>
            </w:r>
          </w:p>
        </w:tc>
      </w:tr>
      <w:tr w:rsidR="00D21AE4" w14:paraId="7DF8618E" w14:textId="77777777" w:rsidTr="006837AA">
        <w:tc>
          <w:tcPr>
            <w:tcW w:w="3756" w:type="dxa"/>
          </w:tcPr>
          <w:p w14:paraId="3CAA3846" w14:textId="2B198CF8" w:rsidR="00D21AE4" w:rsidRDefault="00D21AE4" w:rsidP="00CA1954">
            <w:pPr>
              <w:rPr>
                <w:lang w:val="nl-BE"/>
              </w:rPr>
            </w:pPr>
            <w:r>
              <w:rPr>
                <w:lang w:val="nl-BE"/>
              </w:rPr>
              <w:t>Koen</w:t>
            </w:r>
            <w:r w:rsidR="00E80D76">
              <w:rPr>
                <w:lang w:val="nl-BE"/>
              </w:rPr>
              <w:t xml:space="preserve"> </w:t>
            </w:r>
            <w:proofErr w:type="spellStart"/>
            <w:r w:rsidR="00E80D76">
              <w:rPr>
                <w:lang w:val="nl-BE"/>
              </w:rPr>
              <w:t>Vingerhoets</w:t>
            </w:r>
            <w:proofErr w:type="spellEnd"/>
          </w:p>
        </w:tc>
        <w:tc>
          <w:tcPr>
            <w:tcW w:w="5024" w:type="dxa"/>
          </w:tcPr>
          <w:p w14:paraId="693DABE5" w14:textId="77777777" w:rsidR="00D21AE4" w:rsidRDefault="00D21AE4" w:rsidP="00CA1954">
            <w:pPr>
              <w:rPr>
                <w:lang w:val="nl-BE"/>
              </w:rPr>
            </w:pPr>
            <w:r>
              <w:rPr>
                <w:lang w:val="nl-BE"/>
              </w:rPr>
              <w:t xml:space="preserve">Wijkraad </w:t>
            </w:r>
            <w:proofErr w:type="spellStart"/>
            <w:r>
              <w:rPr>
                <w:lang w:val="nl-BE"/>
              </w:rPr>
              <w:t>Buerstede</w:t>
            </w:r>
            <w:proofErr w:type="spellEnd"/>
          </w:p>
        </w:tc>
      </w:tr>
      <w:tr w:rsidR="00D21AE4" w14:paraId="360F4D6D" w14:textId="77777777" w:rsidTr="006837AA">
        <w:tc>
          <w:tcPr>
            <w:tcW w:w="3756" w:type="dxa"/>
          </w:tcPr>
          <w:p w14:paraId="3CC37DF8" w14:textId="77777777" w:rsidR="00D21AE4" w:rsidRDefault="00D21AE4" w:rsidP="00CA1954">
            <w:pPr>
              <w:rPr>
                <w:lang w:val="nl-BE"/>
              </w:rPr>
            </w:pPr>
            <w:r>
              <w:rPr>
                <w:lang w:val="nl-BE"/>
              </w:rPr>
              <w:t>Mieke Caeyers</w:t>
            </w:r>
          </w:p>
        </w:tc>
        <w:tc>
          <w:tcPr>
            <w:tcW w:w="5024" w:type="dxa"/>
          </w:tcPr>
          <w:p w14:paraId="32C476D3" w14:textId="77777777" w:rsidR="00D21AE4" w:rsidRDefault="00D21AE4" w:rsidP="00CA1954">
            <w:pPr>
              <w:rPr>
                <w:lang w:val="nl-BE"/>
              </w:rPr>
            </w:pPr>
            <w:r>
              <w:rPr>
                <w:lang w:val="nl-BE"/>
              </w:rPr>
              <w:t>Wijkraad Lindenbos</w:t>
            </w:r>
          </w:p>
        </w:tc>
      </w:tr>
      <w:tr w:rsidR="00D21AE4" w14:paraId="02D47388" w14:textId="77777777" w:rsidTr="006837AA">
        <w:tc>
          <w:tcPr>
            <w:tcW w:w="3756" w:type="dxa"/>
          </w:tcPr>
          <w:p w14:paraId="041A2119" w14:textId="77777777" w:rsidR="00D21AE4" w:rsidRDefault="00D21AE4" w:rsidP="00CA1954">
            <w:pPr>
              <w:rPr>
                <w:lang w:val="nl-BE"/>
              </w:rPr>
            </w:pPr>
            <w:r>
              <w:rPr>
                <w:lang w:val="nl-BE"/>
              </w:rPr>
              <w:t>Robert Reynaert</w:t>
            </w:r>
          </w:p>
        </w:tc>
        <w:tc>
          <w:tcPr>
            <w:tcW w:w="5024" w:type="dxa"/>
          </w:tcPr>
          <w:p w14:paraId="79746F08" w14:textId="77777777" w:rsidR="00D21AE4" w:rsidRDefault="00D21AE4" w:rsidP="00CA1954">
            <w:pPr>
              <w:rPr>
                <w:lang w:val="nl-BE"/>
              </w:rPr>
            </w:pPr>
            <w:r>
              <w:rPr>
                <w:lang w:val="nl-BE"/>
              </w:rPr>
              <w:t>Wijkraad Ten Dorpe</w:t>
            </w:r>
          </w:p>
        </w:tc>
      </w:tr>
      <w:tr w:rsidR="00D21AE4" w14:paraId="028688C2" w14:textId="77777777" w:rsidTr="006837AA">
        <w:tc>
          <w:tcPr>
            <w:tcW w:w="3756" w:type="dxa"/>
          </w:tcPr>
          <w:p w14:paraId="2B60D1FE" w14:textId="77777777" w:rsidR="00D21AE4" w:rsidRDefault="00D21AE4" w:rsidP="00CA1954">
            <w:pPr>
              <w:rPr>
                <w:lang w:val="nl-BE"/>
              </w:rPr>
            </w:pPr>
            <w:r>
              <w:rPr>
                <w:lang w:val="nl-BE"/>
              </w:rPr>
              <w:t xml:space="preserve">Valentine De </w:t>
            </w:r>
            <w:proofErr w:type="spellStart"/>
            <w:r>
              <w:rPr>
                <w:lang w:val="nl-BE"/>
              </w:rPr>
              <w:t>Groof</w:t>
            </w:r>
            <w:proofErr w:type="spellEnd"/>
          </w:p>
        </w:tc>
        <w:tc>
          <w:tcPr>
            <w:tcW w:w="5024" w:type="dxa"/>
          </w:tcPr>
          <w:p w14:paraId="3C64CFD9" w14:textId="77777777" w:rsidR="00D21AE4" w:rsidRDefault="00D21AE4" w:rsidP="00CA1954">
            <w:pPr>
              <w:rPr>
                <w:lang w:val="nl-BE"/>
              </w:rPr>
            </w:pPr>
            <w:r>
              <w:rPr>
                <w:lang w:val="nl-BE"/>
              </w:rPr>
              <w:t>Wijkraad Bruynenbaert</w:t>
            </w:r>
          </w:p>
        </w:tc>
      </w:tr>
    </w:tbl>
    <w:p w14:paraId="43E639BF" w14:textId="7E5CCF55" w:rsidR="006837AA" w:rsidRDefault="006837AA" w:rsidP="00CA1954">
      <w:pPr>
        <w:rPr>
          <w:lang w:val="nl-BE"/>
        </w:rPr>
      </w:pPr>
    </w:p>
    <w:p w14:paraId="55161056" w14:textId="2DDA023E" w:rsidR="007D591C" w:rsidRPr="007D591C" w:rsidRDefault="004268BF" w:rsidP="007D591C">
      <w:pPr>
        <w:pStyle w:val="Kop2"/>
        <w:numPr>
          <w:ilvl w:val="0"/>
          <w:numId w:val="36"/>
        </w:numPr>
        <w:ind w:left="426"/>
      </w:pPr>
      <w:r w:rsidRPr="00D21AE4">
        <w:t xml:space="preserve">Algemene </w:t>
      </w:r>
      <w:proofErr w:type="spellStart"/>
      <w:r w:rsidRPr="00D21AE4">
        <w:t>mededelingen</w:t>
      </w:r>
      <w:proofErr w:type="spellEnd"/>
    </w:p>
    <w:p w14:paraId="780B374E" w14:textId="77777777" w:rsidR="00E20491" w:rsidRDefault="004268BF" w:rsidP="00E20491">
      <w:pPr>
        <w:pStyle w:val="Lijstalinea"/>
        <w:numPr>
          <w:ilvl w:val="0"/>
          <w:numId w:val="14"/>
        </w:numPr>
        <w:rPr>
          <w:lang w:val="nl-BE"/>
        </w:rPr>
      </w:pPr>
      <w:r w:rsidRPr="00E20491">
        <w:rPr>
          <w:lang w:val="nl-BE"/>
        </w:rPr>
        <w:t>Agendapunten indienen uiterlijk twee weken voor de vergadering.</w:t>
      </w:r>
    </w:p>
    <w:p w14:paraId="67F9B5EE" w14:textId="77777777" w:rsidR="00E20491" w:rsidRDefault="004268BF" w:rsidP="00E20491">
      <w:pPr>
        <w:pStyle w:val="Lijstalinea"/>
        <w:numPr>
          <w:ilvl w:val="0"/>
          <w:numId w:val="14"/>
        </w:numPr>
        <w:rPr>
          <w:lang w:val="nl-BE"/>
        </w:rPr>
      </w:pPr>
      <w:r w:rsidRPr="00E20491">
        <w:rPr>
          <w:lang w:val="nl-BE"/>
        </w:rPr>
        <w:t>Variapunten enkel voor mededelingen.</w:t>
      </w:r>
    </w:p>
    <w:p w14:paraId="5C07F7EC" w14:textId="1697F230" w:rsidR="00E20491" w:rsidRPr="00E20491" w:rsidRDefault="004268BF" w:rsidP="00E20491">
      <w:pPr>
        <w:pStyle w:val="Lijstalinea"/>
        <w:numPr>
          <w:ilvl w:val="0"/>
          <w:numId w:val="14"/>
        </w:numPr>
        <w:rPr>
          <w:lang w:val="nl-BE"/>
        </w:rPr>
      </w:pPr>
      <w:r w:rsidRPr="00E20491">
        <w:rPr>
          <w:lang w:val="nl-BE"/>
        </w:rPr>
        <w:t>Nieuwe agendapunten worden doorgeschoven naar de volgende vergadering.</w:t>
      </w:r>
    </w:p>
    <w:p w14:paraId="13A5B9F1" w14:textId="60DC21BF" w:rsidR="00E20491" w:rsidRPr="00D21AE4" w:rsidRDefault="00E20491" w:rsidP="00D21AE4">
      <w:pPr>
        <w:pStyle w:val="Lijstalinea"/>
        <w:numPr>
          <w:ilvl w:val="0"/>
          <w:numId w:val="14"/>
        </w:numPr>
        <w:rPr>
          <w:lang w:val="nl-BE"/>
        </w:rPr>
      </w:pPr>
      <w:r w:rsidRPr="00E20491">
        <w:rPr>
          <w:lang w:val="nl-BE"/>
        </w:rPr>
        <w:t>Gebruik de meldingsfiche via de gemeentelijke website voor vragen over onderhoud, vuilbakken, bladkorven, enz.</w:t>
      </w:r>
      <w:r>
        <w:rPr>
          <w:lang w:val="nl-BE"/>
        </w:rPr>
        <w:t xml:space="preserve"> </w:t>
      </w:r>
      <w:r w:rsidRPr="00E20491">
        <w:rPr>
          <w:lang w:val="nl-BE"/>
        </w:rPr>
        <w:t>Dit zorgt voor een snellere afhandeling.</w:t>
      </w:r>
    </w:p>
    <w:p w14:paraId="39C2ED09" w14:textId="3C3522FC" w:rsidR="005E54B8" w:rsidRPr="005E54B8" w:rsidRDefault="007D591C" w:rsidP="005E54B8">
      <w:pPr>
        <w:pStyle w:val="Kop2"/>
      </w:pPr>
      <w:r>
        <w:t xml:space="preserve"> </w:t>
      </w:r>
      <w:r w:rsidR="004268BF" w:rsidRPr="00D21AE4">
        <w:t>2</w:t>
      </w:r>
      <w:r w:rsidR="006604D1" w:rsidRPr="00D21AE4">
        <w:t xml:space="preserve">. </w:t>
      </w:r>
      <w:proofErr w:type="spellStart"/>
      <w:r w:rsidR="006604D1" w:rsidRPr="00D21AE4">
        <w:t>Goedkeuring</w:t>
      </w:r>
      <w:proofErr w:type="spellEnd"/>
      <w:r w:rsidR="006604D1" w:rsidRPr="00D21AE4">
        <w:t xml:space="preserve"> </w:t>
      </w:r>
      <w:proofErr w:type="spellStart"/>
      <w:r w:rsidR="006604D1" w:rsidRPr="00D21AE4">
        <w:t>vorige</w:t>
      </w:r>
      <w:proofErr w:type="spellEnd"/>
      <w:r w:rsidR="006604D1" w:rsidRPr="00D21AE4">
        <w:t xml:space="preserve"> </w:t>
      </w:r>
      <w:proofErr w:type="spellStart"/>
      <w:r w:rsidR="006604D1" w:rsidRPr="00D21AE4">
        <w:t>notulen</w:t>
      </w:r>
      <w:proofErr w:type="spellEnd"/>
    </w:p>
    <w:p w14:paraId="4295CC2F" w14:textId="58F2A058" w:rsidR="0088061B" w:rsidRPr="00CA1954" w:rsidRDefault="006604D1">
      <w:pPr>
        <w:rPr>
          <w:lang w:val="nl-BE"/>
        </w:rPr>
      </w:pPr>
      <w:r w:rsidRPr="00CA1954">
        <w:rPr>
          <w:lang w:val="nl-BE"/>
        </w:rPr>
        <w:t xml:space="preserve">Verslag van de vergadering d.d. </w:t>
      </w:r>
      <w:r w:rsidR="004268BF">
        <w:rPr>
          <w:lang w:val="nl-BE"/>
        </w:rPr>
        <w:t>13.02</w:t>
      </w:r>
      <w:r w:rsidRPr="00CA1954">
        <w:rPr>
          <w:lang w:val="nl-BE"/>
        </w:rPr>
        <w:t>.</w:t>
      </w:r>
      <w:r w:rsidR="004268BF">
        <w:rPr>
          <w:lang w:val="nl-BE"/>
        </w:rPr>
        <w:t>2025</w:t>
      </w:r>
      <w:r w:rsidRPr="00CA1954">
        <w:rPr>
          <w:lang w:val="nl-BE"/>
        </w:rPr>
        <w:br/>
      </w:r>
      <w:r w:rsidRPr="00CA1954">
        <w:rPr>
          <w:rFonts w:ascii="Segoe UI Emoji" w:hAnsi="Segoe UI Emoji" w:cs="Segoe UI Emoji"/>
          <w:lang w:val="nl-BE"/>
        </w:rPr>
        <w:t>✅</w:t>
      </w:r>
      <w:r w:rsidRPr="00CA1954">
        <w:rPr>
          <w:lang w:val="nl-BE"/>
        </w:rPr>
        <w:t xml:space="preserve"> Besluit: </w:t>
      </w:r>
      <w:r w:rsidR="0088061B">
        <w:rPr>
          <w:lang w:val="nl-BE"/>
        </w:rPr>
        <w:t xml:space="preserve">notulen </w:t>
      </w:r>
      <w:r w:rsidR="007D591C">
        <w:rPr>
          <w:lang w:val="nl-BE"/>
        </w:rPr>
        <w:t>van vorige vergadering worden toegevoegd in bijlage</w:t>
      </w:r>
    </w:p>
    <w:p w14:paraId="4CDA267D" w14:textId="1F94DBBE" w:rsidR="007D591C" w:rsidRPr="007D591C" w:rsidRDefault="00E20491" w:rsidP="005810B4">
      <w:pPr>
        <w:pStyle w:val="Kop2"/>
        <w:rPr>
          <w:lang w:val="nl-BE"/>
        </w:rPr>
      </w:pPr>
      <w:r w:rsidRPr="0088061B">
        <w:rPr>
          <w:lang w:val="nl-BE"/>
        </w:rPr>
        <w:t>3.</w:t>
      </w:r>
      <w:r w:rsidR="006604D1" w:rsidRPr="0088061B">
        <w:rPr>
          <w:lang w:val="nl-BE"/>
        </w:rPr>
        <w:t xml:space="preserve">Gemeenschappelijke </w:t>
      </w:r>
      <w:r w:rsidRPr="0088061B">
        <w:rPr>
          <w:lang w:val="nl-BE"/>
        </w:rPr>
        <w:t>punten en vragen:</w:t>
      </w:r>
    </w:p>
    <w:p w14:paraId="4B7F45CC" w14:textId="06FDD6AB" w:rsidR="00B05684" w:rsidRDefault="007D591C" w:rsidP="007D591C">
      <w:pPr>
        <w:pStyle w:val="Lijstalinea"/>
        <w:numPr>
          <w:ilvl w:val="0"/>
          <w:numId w:val="37"/>
        </w:numPr>
        <w:rPr>
          <w:lang w:val="nl-BE"/>
        </w:rPr>
      </w:pPr>
      <w:r w:rsidRPr="007D591C">
        <w:rPr>
          <w:lang w:val="nl-BE"/>
        </w:rPr>
        <w:t>Robert geeft aan dat er geruchten circuleren over mogelijke wijzigingen aan de jaarlijkse subsidies voor adviesraden en vraagt meer duidelijkheid over de huidige modaliteiten.</w:t>
      </w:r>
    </w:p>
    <w:p w14:paraId="03EC23DE" w14:textId="77777777" w:rsidR="007D591C" w:rsidRDefault="007D591C" w:rsidP="007D591C">
      <w:pPr>
        <w:pStyle w:val="Lijstalinea"/>
        <w:rPr>
          <w:u w:val="single"/>
          <w:lang w:val="nl-BE"/>
        </w:rPr>
      </w:pPr>
    </w:p>
    <w:p w14:paraId="32D871ED" w14:textId="59D2B810" w:rsidR="007D591C" w:rsidRDefault="007D591C" w:rsidP="007D591C">
      <w:pPr>
        <w:pStyle w:val="Lijstalinea"/>
        <w:rPr>
          <w:u w:val="single"/>
          <w:lang w:val="nl-BE"/>
        </w:rPr>
      </w:pPr>
      <w:r w:rsidRPr="007D591C">
        <w:rPr>
          <w:u w:val="single"/>
          <w:lang w:val="nl-BE"/>
        </w:rPr>
        <w:t>Antwoord van Bart:</w:t>
      </w:r>
    </w:p>
    <w:p w14:paraId="1D4143A6" w14:textId="3BDE5635" w:rsidR="007D591C" w:rsidRDefault="007D591C" w:rsidP="007D591C">
      <w:pPr>
        <w:pStyle w:val="Lijstalinea"/>
        <w:numPr>
          <w:ilvl w:val="0"/>
          <w:numId w:val="38"/>
        </w:numPr>
        <w:rPr>
          <w:lang w:val="nl-BE"/>
        </w:rPr>
      </w:pPr>
      <w:r w:rsidRPr="007D591C">
        <w:rPr>
          <w:lang w:val="nl-BE"/>
        </w:rPr>
        <w:t>Voor wijkraden verandert er niets</w:t>
      </w:r>
    </w:p>
    <w:p w14:paraId="39CA9D83" w14:textId="71094C4F" w:rsidR="007D591C" w:rsidRDefault="007D591C" w:rsidP="007D591C">
      <w:pPr>
        <w:pStyle w:val="Lijstalinea"/>
        <w:numPr>
          <w:ilvl w:val="0"/>
          <w:numId w:val="38"/>
        </w:numPr>
        <w:rPr>
          <w:lang w:val="nl-BE"/>
        </w:rPr>
      </w:pPr>
      <w:r>
        <w:rPr>
          <w:lang w:val="nl-BE"/>
        </w:rPr>
        <w:t>Het subsidiebedrag</w:t>
      </w:r>
      <w:r w:rsidR="00E80D76">
        <w:rPr>
          <w:lang w:val="nl-BE"/>
        </w:rPr>
        <w:t xml:space="preserve"> voor straat-buurt- en wijkactiviteiten</w:t>
      </w:r>
      <w:r>
        <w:rPr>
          <w:lang w:val="nl-BE"/>
        </w:rPr>
        <w:t xml:space="preserve"> werd opgetrokken tot </w:t>
      </w:r>
      <w:r w:rsidR="00987572">
        <w:rPr>
          <w:lang w:val="nl-BE"/>
        </w:rPr>
        <w:t xml:space="preserve">€ 150 en kan </w:t>
      </w:r>
      <w:r w:rsidR="00E80D76">
        <w:rPr>
          <w:lang w:val="nl-BE"/>
        </w:rPr>
        <w:t xml:space="preserve">voortaan </w:t>
      </w:r>
      <w:r w:rsidR="00987572">
        <w:rPr>
          <w:lang w:val="nl-BE"/>
        </w:rPr>
        <w:t>meerder</w:t>
      </w:r>
      <w:r w:rsidR="00E80D76">
        <w:rPr>
          <w:lang w:val="nl-BE"/>
        </w:rPr>
        <w:t>e</w:t>
      </w:r>
      <w:r w:rsidR="00987572">
        <w:rPr>
          <w:lang w:val="nl-BE"/>
        </w:rPr>
        <w:t xml:space="preserve"> malen per jaar</w:t>
      </w:r>
      <w:r w:rsidR="00E80D76">
        <w:rPr>
          <w:lang w:val="nl-BE"/>
        </w:rPr>
        <w:t xml:space="preserve"> door een wijkraad</w:t>
      </w:r>
      <w:r w:rsidR="00987572">
        <w:rPr>
          <w:lang w:val="nl-BE"/>
        </w:rPr>
        <w:t xml:space="preserve"> worden ingediend.</w:t>
      </w:r>
    </w:p>
    <w:p w14:paraId="68CB379A" w14:textId="35AD9BAA" w:rsidR="00987572" w:rsidRDefault="00987572" w:rsidP="007D591C">
      <w:pPr>
        <w:pStyle w:val="Lijstalinea"/>
        <w:numPr>
          <w:ilvl w:val="0"/>
          <w:numId w:val="38"/>
        </w:numPr>
        <w:rPr>
          <w:lang w:val="nl-BE"/>
        </w:rPr>
      </w:pPr>
      <w:r>
        <w:rPr>
          <w:lang w:val="nl-BE"/>
        </w:rPr>
        <w:t>In de vorige legislatuur werd een gezamenlijke verzekering afgesloten.</w:t>
      </w:r>
    </w:p>
    <w:p w14:paraId="1A20474C" w14:textId="0C5B6EAE" w:rsidR="00987572" w:rsidRDefault="00987572" w:rsidP="007D591C">
      <w:pPr>
        <w:pStyle w:val="Lijstalinea"/>
        <w:numPr>
          <w:ilvl w:val="0"/>
          <w:numId w:val="38"/>
        </w:numPr>
        <w:rPr>
          <w:lang w:val="nl-BE"/>
        </w:rPr>
      </w:pPr>
      <w:r>
        <w:rPr>
          <w:lang w:val="nl-BE"/>
        </w:rPr>
        <w:t>Voor pure adviesraden (bv sportraad, jeugdraad) zullen de rekeningen beheerd worden via een rekening-courant.</w:t>
      </w:r>
    </w:p>
    <w:p w14:paraId="0D83ADFD" w14:textId="77777777" w:rsidR="00987572" w:rsidRDefault="00987572" w:rsidP="00987572">
      <w:pPr>
        <w:pStyle w:val="Lijstalinea"/>
        <w:ind w:left="1440"/>
        <w:rPr>
          <w:lang w:val="nl-BE"/>
        </w:rPr>
      </w:pPr>
    </w:p>
    <w:p w14:paraId="02581E51" w14:textId="42581589" w:rsidR="00987572" w:rsidRDefault="00987572" w:rsidP="00987572">
      <w:pPr>
        <w:pStyle w:val="Lijstalinea"/>
        <w:numPr>
          <w:ilvl w:val="0"/>
          <w:numId w:val="37"/>
        </w:numPr>
        <w:rPr>
          <w:lang w:val="nl-BE"/>
        </w:rPr>
      </w:pPr>
      <w:r>
        <w:rPr>
          <w:lang w:val="nl-BE"/>
        </w:rPr>
        <w:lastRenderedPageBreak/>
        <w:t>Valentine vraagt of het mogelijk is dat 2 personen uit het hetzelfde gezin de financiën beheren</w:t>
      </w:r>
    </w:p>
    <w:p w14:paraId="3ACB6A41" w14:textId="77777777" w:rsidR="00987572" w:rsidRDefault="00987572" w:rsidP="00987572">
      <w:pPr>
        <w:pStyle w:val="Lijstalinea"/>
        <w:rPr>
          <w:lang w:val="nl-BE"/>
        </w:rPr>
      </w:pPr>
    </w:p>
    <w:p w14:paraId="65C60730" w14:textId="0C7317E1" w:rsidR="00987572" w:rsidRDefault="00987572" w:rsidP="00987572">
      <w:pPr>
        <w:pStyle w:val="Lijstalinea"/>
        <w:rPr>
          <w:u w:val="single"/>
          <w:lang w:val="nl-BE"/>
        </w:rPr>
      </w:pPr>
      <w:r w:rsidRPr="00987572">
        <w:rPr>
          <w:u w:val="single"/>
          <w:lang w:val="nl-BE"/>
        </w:rPr>
        <w:t>Antwoord van Bart:</w:t>
      </w:r>
    </w:p>
    <w:p w14:paraId="460F3EF2" w14:textId="053F1DEB" w:rsidR="00987572" w:rsidRDefault="00987572" w:rsidP="00987572">
      <w:pPr>
        <w:pStyle w:val="Lijstalinea"/>
        <w:numPr>
          <w:ilvl w:val="0"/>
          <w:numId w:val="39"/>
        </w:numPr>
        <w:rPr>
          <w:lang w:val="nl-BE"/>
        </w:rPr>
      </w:pPr>
      <w:r w:rsidRPr="00987572">
        <w:rPr>
          <w:lang w:val="nl-BE"/>
        </w:rPr>
        <w:t>Er zijn geen statuten voor, transparantie over de financiën is belangrijk.</w:t>
      </w:r>
    </w:p>
    <w:p w14:paraId="7840F0E6" w14:textId="246F4133" w:rsidR="00987572" w:rsidRDefault="00987572" w:rsidP="00987572">
      <w:pPr>
        <w:pStyle w:val="Lijstalinea"/>
        <w:numPr>
          <w:ilvl w:val="0"/>
          <w:numId w:val="39"/>
        </w:numPr>
        <w:rPr>
          <w:lang w:val="nl-BE"/>
        </w:rPr>
      </w:pPr>
      <w:r>
        <w:rPr>
          <w:lang w:val="nl-BE"/>
        </w:rPr>
        <w:t>Er is weinig respons van nieuwe leden.</w:t>
      </w:r>
    </w:p>
    <w:p w14:paraId="49CA4EEA" w14:textId="77777777" w:rsidR="00987572" w:rsidRDefault="00987572" w:rsidP="00987572">
      <w:pPr>
        <w:pStyle w:val="Lijstalinea"/>
        <w:ind w:left="1440"/>
        <w:rPr>
          <w:lang w:val="nl-BE"/>
        </w:rPr>
      </w:pPr>
    </w:p>
    <w:p w14:paraId="3786CE9E" w14:textId="0970563A" w:rsidR="00987572" w:rsidRDefault="00987572" w:rsidP="00987572">
      <w:pPr>
        <w:pStyle w:val="Lijstalinea"/>
        <w:numPr>
          <w:ilvl w:val="0"/>
          <w:numId w:val="37"/>
        </w:numPr>
        <w:rPr>
          <w:lang w:val="nl-BE"/>
        </w:rPr>
      </w:pPr>
      <w:r>
        <w:rPr>
          <w:lang w:val="nl-BE"/>
        </w:rPr>
        <w:t xml:space="preserve">De verslagen van de algemene vergaderingen van de wijkraden moeten  steeds bezorgd worden via </w:t>
      </w:r>
      <w:hyperlink r:id="rId8" w:history="1">
        <w:r w:rsidRPr="00BD3F2D">
          <w:rPr>
            <w:rStyle w:val="Hyperlink"/>
            <w:lang w:val="nl-BE"/>
          </w:rPr>
          <w:t>info@aartselaar.be</w:t>
        </w:r>
      </w:hyperlink>
      <w:r>
        <w:rPr>
          <w:lang w:val="nl-BE"/>
        </w:rPr>
        <w:t xml:space="preserve"> of </w:t>
      </w:r>
      <w:hyperlink r:id="rId9" w:history="1">
        <w:r w:rsidRPr="00BD3F2D">
          <w:rPr>
            <w:rStyle w:val="Hyperlink"/>
            <w:lang w:val="nl-BE"/>
          </w:rPr>
          <w:t>ilse.van.gucht@aartselaar.be</w:t>
        </w:r>
      </w:hyperlink>
      <w:r>
        <w:rPr>
          <w:lang w:val="nl-BE"/>
        </w:rPr>
        <w:t xml:space="preserve">. </w:t>
      </w:r>
    </w:p>
    <w:p w14:paraId="21202A28" w14:textId="71064451" w:rsidR="00987572" w:rsidRPr="00987572" w:rsidRDefault="00987572" w:rsidP="00987572">
      <w:pPr>
        <w:pStyle w:val="Lijstalinea"/>
        <w:rPr>
          <w:lang w:val="nl-BE"/>
        </w:rPr>
      </w:pPr>
      <w:r>
        <w:rPr>
          <w:lang w:val="nl-BE"/>
        </w:rPr>
        <w:t>D</w:t>
      </w:r>
      <w:r w:rsidR="005810B4">
        <w:rPr>
          <w:lang w:val="nl-BE"/>
        </w:rPr>
        <w:t xml:space="preserve">it </w:t>
      </w:r>
      <w:r>
        <w:rPr>
          <w:lang w:val="nl-BE"/>
        </w:rPr>
        <w:t>is een afspraak om de subsidies te kunnen ontvangen.</w:t>
      </w:r>
    </w:p>
    <w:p w14:paraId="1939C1C7" w14:textId="77777777" w:rsidR="00987572" w:rsidRPr="00987572" w:rsidRDefault="00987572" w:rsidP="00987572">
      <w:pPr>
        <w:pStyle w:val="Lijstalinea"/>
        <w:rPr>
          <w:lang w:val="nl-BE"/>
        </w:rPr>
      </w:pPr>
    </w:p>
    <w:p w14:paraId="26C00C71" w14:textId="269D58D8" w:rsidR="00D21AE4" w:rsidRDefault="00D21AE4" w:rsidP="00D21AE4">
      <w:pPr>
        <w:pStyle w:val="Kop3"/>
        <w:rPr>
          <w:lang w:val="nl-BE"/>
        </w:rPr>
      </w:pPr>
      <w:r w:rsidRPr="00D21AE4">
        <w:rPr>
          <w:lang w:val="nl-BE"/>
        </w:rPr>
        <w:t>3.1 Nog lopende vragen/ punten v</w:t>
      </w:r>
      <w:r>
        <w:rPr>
          <w:lang w:val="nl-BE"/>
        </w:rPr>
        <w:t>an een vorige vergadering</w:t>
      </w:r>
    </w:p>
    <w:p w14:paraId="5A4CB9B8" w14:textId="77777777" w:rsidR="005E54B8" w:rsidRPr="005E54B8" w:rsidRDefault="005E54B8" w:rsidP="005E54B8">
      <w:pPr>
        <w:pStyle w:val="Lijstalinea"/>
        <w:numPr>
          <w:ilvl w:val="0"/>
          <w:numId w:val="18"/>
        </w:numPr>
        <w:rPr>
          <w:lang w:val="nl-BE"/>
        </w:rPr>
      </w:pPr>
    </w:p>
    <w:p w14:paraId="0EA96B2B" w14:textId="1ABDEECE" w:rsidR="002B0F68" w:rsidRPr="002B0F68" w:rsidRDefault="00200B75" w:rsidP="00200B75">
      <w:pPr>
        <w:pStyle w:val="Kop3"/>
        <w:rPr>
          <w:lang w:val="nl-BE"/>
        </w:rPr>
      </w:pPr>
      <w:r>
        <w:t xml:space="preserve">3.2 </w:t>
      </w:r>
      <w:proofErr w:type="spellStart"/>
      <w:r w:rsidR="00FB1E34" w:rsidRPr="00200B75">
        <w:t>Nieuwe</w:t>
      </w:r>
      <w:proofErr w:type="spellEnd"/>
      <w:r w:rsidR="00FB1E34">
        <w:rPr>
          <w:lang w:val="nl-BE"/>
        </w:rPr>
        <w:t xml:space="preserve"> agendapunten</w:t>
      </w:r>
    </w:p>
    <w:p w14:paraId="46F92FB0" w14:textId="77777777" w:rsidR="005810B4" w:rsidRDefault="00200B75" w:rsidP="00200B75">
      <w:pPr>
        <w:pStyle w:val="Lijstalinea"/>
        <w:numPr>
          <w:ilvl w:val="0"/>
          <w:numId w:val="40"/>
        </w:numPr>
        <w:rPr>
          <w:lang w:val="nl-BE"/>
        </w:rPr>
      </w:pPr>
      <w:r>
        <w:rPr>
          <w:lang w:val="nl-BE"/>
        </w:rPr>
        <w:t>Defecte v</w:t>
      </w:r>
      <w:r w:rsidR="002B0F68" w:rsidRPr="002B0F68">
        <w:rPr>
          <w:lang w:val="nl-BE"/>
        </w:rPr>
        <w:t xml:space="preserve">erlichting in de straten van wijk </w:t>
      </w:r>
      <w:r w:rsidR="005810B4">
        <w:rPr>
          <w:lang w:val="nl-BE"/>
        </w:rPr>
        <w:t>:</w:t>
      </w:r>
    </w:p>
    <w:p w14:paraId="53B9D9A7" w14:textId="76D91B37" w:rsidR="002B0F68" w:rsidRDefault="005810B4" w:rsidP="005810B4">
      <w:pPr>
        <w:pStyle w:val="Lijstalinea"/>
        <w:rPr>
          <w:lang w:val="nl-BE"/>
        </w:rPr>
      </w:pPr>
      <w:r>
        <w:rPr>
          <w:lang w:val="nl-BE"/>
        </w:rPr>
        <w:t xml:space="preserve">Bij voorkeur </w:t>
      </w:r>
      <w:r w:rsidR="002B0F68" w:rsidRPr="002B0F68">
        <w:rPr>
          <w:lang w:val="nl-BE"/>
        </w:rPr>
        <w:t>meldingen rechtstreeks doen bij Fluvius.</w:t>
      </w:r>
    </w:p>
    <w:p w14:paraId="5EEA5950" w14:textId="77777777" w:rsidR="00200B75" w:rsidRPr="00200B75" w:rsidRDefault="00200B75" w:rsidP="00200B75">
      <w:pPr>
        <w:pStyle w:val="Lijstalinea"/>
        <w:rPr>
          <w:lang w:val="nl-BE"/>
        </w:rPr>
      </w:pPr>
    </w:p>
    <w:p w14:paraId="1E7DD5F4" w14:textId="33D424DE" w:rsidR="00200B75" w:rsidRPr="005810B4" w:rsidRDefault="002B0F68" w:rsidP="005810B4">
      <w:pPr>
        <w:pStyle w:val="Lijstalinea"/>
        <w:numPr>
          <w:ilvl w:val="0"/>
          <w:numId w:val="40"/>
        </w:numPr>
        <w:rPr>
          <w:lang w:val="nl-BE"/>
        </w:rPr>
      </w:pPr>
      <w:r w:rsidRPr="00200B75">
        <w:rPr>
          <w:lang w:val="nl-BE"/>
        </w:rPr>
        <w:t>Het infoblad verschijnt voortaan tweemaandelijks met meer focus op inhoud en gemeentelijke zaken. Tijdig info doorgeven.</w:t>
      </w:r>
      <w:r w:rsidR="00200B75" w:rsidRPr="00200B75">
        <w:rPr>
          <w:lang w:val="nl-BE"/>
        </w:rPr>
        <w:t xml:space="preserve">  </w:t>
      </w:r>
    </w:p>
    <w:p w14:paraId="00D53677" w14:textId="6C9714E3" w:rsidR="00B136F5" w:rsidRPr="004D0A55" w:rsidRDefault="00D21AE4" w:rsidP="005810B4">
      <w:pPr>
        <w:pStyle w:val="Kop2"/>
        <w:rPr>
          <w:lang w:val="nl-BE"/>
        </w:rPr>
      </w:pPr>
      <w:r w:rsidRPr="004D0A55">
        <w:rPr>
          <w:lang w:val="nl-BE"/>
        </w:rPr>
        <w:t>4</w:t>
      </w:r>
      <w:r w:rsidR="006604D1" w:rsidRPr="004D0A55">
        <w:rPr>
          <w:lang w:val="nl-BE"/>
        </w:rPr>
        <w:t xml:space="preserve">. </w:t>
      </w:r>
      <w:r w:rsidRPr="004D0A55">
        <w:rPr>
          <w:lang w:val="nl-BE"/>
        </w:rPr>
        <w:t>Garageverkopen</w:t>
      </w:r>
      <w:r w:rsidR="00FB1E34" w:rsidRPr="004D0A55">
        <w:rPr>
          <w:lang w:val="nl-BE"/>
        </w:rPr>
        <w:t xml:space="preserve"> </w:t>
      </w:r>
      <w:r w:rsidRPr="004D0A55">
        <w:rPr>
          <w:lang w:val="nl-BE"/>
        </w:rPr>
        <w:t>2026</w:t>
      </w:r>
    </w:p>
    <w:tbl>
      <w:tblPr>
        <w:tblStyle w:val="Tabelraster"/>
        <w:tblW w:w="0" w:type="auto"/>
        <w:tblInd w:w="38" w:type="dxa"/>
        <w:tblLook w:val="04A0" w:firstRow="1" w:lastRow="0" w:firstColumn="1" w:lastColumn="0" w:noHBand="0" w:noVBand="1"/>
      </w:tblPr>
      <w:tblGrid>
        <w:gridCol w:w="3692"/>
        <w:gridCol w:w="4900"/>
      </w:tblGrid>
      <w:tr w:rsidR="00E20491" w14:paraId="3049A5BC" w14:textId="77777777" w:rsidTr="00E20491">
        <w:tc>
          <w:tcPr>
            <w:tcW w:w="3756" w:type="dxa"/>
          </w:tcPr>
          <w:p w14:paraId="7871087F" w14:textId="77777777" w:rsidR="00E20491" w:rsidRDefault="00E20491">
            <w:pPr>
              <w:rPr>
                <w:lang w:val="nl-BE"/>
              </w:rPr>
            </w:pPr>
            <w:r>
              <w:rPr>
                <w:lang w:val="nl-BE"/>
              </w:rPr>
              <w:t>Wijkraad Bruynenbaert</w:t>
            </w:r>
          </w:p>
        </w:tc>
        <w:tc>
          <w:tcPr>
            <w:tcW w:w="5024" w:type="dxa"/>
          </w:tcPr>
          <w:p w14:paraId="235FE10E" w14:textId="0B857982" w:rsidR="00E20491" w:rsidRDefault="00E20491">
            <w:pPr>
              <w:rPr>
                <w:lang w:val="nl-BE"/>
              </w:rPr>
            </w:pPr>
          </w:p>
        </w:tc>
      </w:tr>
      <w:tr w:rsidR="00E20491" w14:paraId="34DB37A7" w14:textId="77777777" w:rsidTr="00E20491">
        <w:tc>
          <w:tcPr>
            <w:tcW w:w="3756" w:type="dxa"/>
          </w:tcPr>
          <w:p w14:paraId="1467FA5C" w14:textId="77777777" w:rsidR="00E20491" w:rsidRDefault="00E20491">
            <w:pPr>
              <w:rPr>
                <w:lang w:val="nl-BE"/>
              </w:rPr>
            </w:pPr>
            <w:r>
              <w:rPr>
                <w:lang w:val="nl-BE"/>
              </w:rPr>
              <w:t xml:space="preserve">Wijkraad </w:t>
            </w:r>
            <w:proofErr w:type="spellStart"/>
            <w:r>
              <w:rPr>
                <w:lang w:val="nl-BE"/>
              </w:rPr>
              <w:t>Buerstede</w:t>
            </w:r>
            <w:proofErr w:type="spellEnd"/>
          </w:p>
        </w:tc>
        <w:tc>
          <w:tcPr>
            <w:tcW w:w="5024" w:type="dxa"/>
          </w:tcPr>
          <w:p w14:paraId="73FC65D3" w14:textId="79650820" w:rsidR="00E20491" w:rsidRDefault="004D0A55">
            <w:pPr>
              <w:rPr>
                <w:lang w:val="nl-BE"/>
              </w:rPr>
            </w:pPr>
            <w:r>
              <w:rPr>
                <w:lang w:val="nl-BE"/>
              </w:rPr>
              <w:t>24 mei 2026</w:t>
            </w:r>
          </w:p>
        </w:tc>
      </w:tr>
      <w:tr w:rsidR="00E20491" w14:paraId="2110B163" w14:textId="77777777" w:rsidTr="00E20491">
        <w:tc>
          <w:tcPr>
            <w:tcW w:w="3756" w:type="dxa"/>
          </w:tcPr>
          <w:p w14:paraId="58F2E000" w14:textId="77777777" w:rsidR="00E20491" w:rsidRDefault="00E20491">
            <w:pPr>
              <w:rPr>
                <w:lang w:val="nl-BE"/>
              </w:rPr>
            </w:pPr>
            <w:r>
              <w:rPr>
                <w:lang w:val="nl-BE"/>
              </w:rPr>
              <w:t>Wijkraad Koekoek</w:t>
            </w:r>
          </w:p>
        </w:tc>
        <w:tc>
          <w:tcPr>
            <w:tcW w:w="5024" w:type="dxa"/>
          </w:tcPr>
          <w:p w14:paraId="78885423" w14:textId="2C210F74" w:rsidR="00E20491" w:rsidRDefault="004D0A55">
            <w:pPr>
              <w:rPr>
                <w:lang w:val="nl-BE"/>
              </w:rPr>
            </w:pPr>
            <w:r>
              <w:rPr>
                <w:lang w:val="nl-BE"/>
              </w:rPr>
              <w:t>31 mei 2026</w:t>
            </w:r>
          </w:p>
        </w:tc>
      </w:tr>
      <w:tr w:rsidR="00E20491" w14:paraId="29FEBCA3" w14:textId="77777777" w:rsidTr="00E20491">
        <w:tc>
          <w:tcPr>
            <w:tcW w:w="3756" w:type="dxa"/>
          </w:tcPr>
          <w:p w14:paraId="1871E162" w14:textId="77777777" w:rsidR="00E20491" w:rsidRDefault="00E20491">
            <w:pPr>
              <w:rPr>
                <w:lang w:val="nl-BE"/>
              </w:rPr>
            </w:pPr>
            <w:r>
              <w:rPr>
                <w:lang w:val="nl-BE"/>
              </w:rPr>
              <w:t>Wijkraad Lindenbos</w:t>
            </w:r>
          </w:p>
        </w:tc>
        <w:tc>
          <w:tcPr>
            <w:tcW w:w="5024" w:type="dxa"/>
          </w:tcPr>
          <w:p w14:paraId="63E02BD7" w14:textId="77777777" w:rsidR="00E20491" w:rsidRDefault="00E20491">
            <w:pPr>
              <w:rPr>
                <w:lang w:val="nl-BE"/>
              </w:rPr>
            </w:pPr>
          </w:p>
        </w:tc>
      </w:tr>
      <w:tr w:rsidR="00E20491" w14:paraId="545A9FF5" w14:textId="77777777" w:rsidTr="00E20491">
        <w:tc>
          <w:tcPr>
            <w:tcW w:w="3756" w:type="dxa"/>
          </w:tcPr>
          <w:p w14:paraId="2C97716A" w14:textId="77777777" w:rsidR="00E20491" w:rsidRDefault="00E20491">
            <w:pPr>
              <w:rPr>
                <w:lang w:val="nl-BE"/>
              </w:rPr>
            </w:pPr>
            <w:r>
              <w:rPr>
                <w:lang w:val="nl-BE"/>
              </w:rPr>
              <w:t>Wijkraad Ten Dorpe</w:t>
            </w:r>
          </w:p>
        </w:tc>
        <w:tc>
          <w:tcPr>
            <w:tcW w:w="5024" w:type="dxa"/>
          </w:tcPr>
          <w:p w14:paraId="48E6ABD3" w14:textId="77777777" w:rsidR="00E20491" w:rsidRDefault="00E20491">
            <w:pPr>
              <w:rPr>
                <w:lang w:val="nl-BE"/>
              </w:rPr>
            </w:pPr>
          </w:p>
        </w:tc>
      </w:tr>
    </w:tbl>
    <w:p w14:paraId="1E40AFDC" w14:textId="77777777" w:rsidR="002029B1" w:rsidRDefault="002029B1" w:rsidP="00B136F5">
      <w:pPr>
        <w:pStyle w:val="Kop2"/>
      </w:pPr>
    </w:p>
    <w:p w14:paraId="54B541F5" w14:textId="7B094A2A" w:rsidR="00B136F5" w:rsidRPr="00B136F5" w:rsidRDefault="00D21AE4" w:rsidP="005810B4">
      <w:pPr>
        <w:pStyle w:val="Kop2"/>
      </w:pPr>
      <w:r w:rsidRPr="00D21AE4">
        <w:t xml:space="preserve">5. Algemene </w:t>
      </w:r>
      <w:proofErr w:type="spellStart"/>
      <w:r w:rsidRPr="00D21AE4">
        <w:t>vergaderingen</w:t>
      </w:r>
      <w:proofErr w:type="spellEnd"/>
      <w:r w:rsidRPr="00D21AE4">
        <w:t xml:space="preserve"> 2026</w:t>
      </w:r>
    </w:p>
    <w:tbl>
      <w:tblPr>
        <w:tblStyle w:val="Tabelraster"/>
        <w:tblW w:w="0" w:type="auto"/>
        <w:tblInd w:w="38" w:type="dxa"/>
        <w:tblLook w:val="04A0" w:firstRow="1" w:lastRow="0" w:firstColumn="1" w:lastColumn="0" w:noHBand="0" w:noVBand="1"/>
      </w:tblPr>
      <w:tblGrid>
        <w:gridCol w:w="3689"/>
        <w:gridCol w:w="4903"/>
      </w:tblGrid>
      <w:tr w:rsidR="00D21AE4" w14:paraId="5299C7DD" w14:textId="77777777" w:rsidTr="00D21AE4">
        <w:tc>
          <w:tcPr>
            <w:tcW w:w="3756" w:type="dxa"/>
          </w:tcPr>
          <w:p w14:paraId="3B670A0E" w14:textId="4B2E8C38" w:rsidR="00D21AE4" w:rsidRDefault="00FB1E34">
            <w:pPr>
              <w:rPr>
                <w:lang w:val="nl-BE"/>
              </w:rPr>
            </w:pPr>
            <w:r>
              <w:rPr>
                <w:lang w:val="nl-BE"/>
              </w:rPr>
              <w:t>Wijkraad Bruynenbaert</w:t>
            </w:r>
          </w:p>
        </w:tc>
        <w:tc>
          <w:tcPr>
            <w:tcW w:w="5024" w:type="dxa"/>
          </w:tcPr>
          <w:p w14:paraId="7AF98CC1" w14:textId="1A933A2F" w:rsidR="00D21AE4" w:rsidRDefault="00D21AE4">
            <w:pPr>
              <w:rPr>
                <w:lang w:val="nl-BE"/>
              </w:rPr>
            </w:pPr>
          </w:p>
        </w:tc>
      </w:tr>
      <w:tr w:rsidR="00FB1E34" w14:paraId="025AFE44" w14:textId="77777777" w:rsidTr="00D21AE4">
        <w:tc>
          <w:tcPr>
            <w:tcW w:w="3756" w:type="dxa"/>
          </w:tcPr>
          <w:p w14:paraId="1666EBD5" w14:textId="07336E5C" w:rsidR="00FB1E34" w:rsidRDefault="00FB1E34">
            <w:pPr>
              <w:rPr>
                <w:lang w:val="nl-BE"/>
              </w:rPr>
            </w:pPr>
            <w:r>
              <w:rPr>
                <w:lang w:val="nl-BE"/>
              </w:rPr>
              <w:t xml:space="preserve">Wijkraad </w:t>
            </w:r>
            <w:proofErr w:type="spellStart"/>
            <w:r>
              <w:rPr>
                <w:lang w:val="nl-BE"/>
              </w:rPr>
              <w:t>Buerstede</w:t>
            </w:r>
            <w:proofErr w:type="spellEnd"/>
          </w:p>
        </w:tc>
        <w:tc>
          <w:tcPr>
            <w:tcW w:w="5024" w:type="dxa"/>
          </w:tcPr>
          <w:p w14:paraId="057205F3" w14:textId="525F7F8A" w:rsidR="00FB1E34" w:rsidRDefault="00036982">
            <w:pPr>
              <w:rPr>
                <w:lang w:val="nl-BE"/>
              </w:rPr>
            </w:pPr>
            <w:r>
              <w:rPr>
                <w:lang w:val="nl-BE"/>
              </w:rPr>
              <w:t>20 mei</w:t>
            </w:r>
            <w:r w:rsidR="00260515">
              <w:rPr>
                <w:lang w:val="nl-BE"/>
              </w:rPr>
              <w:t xml:space="preserve">           </w:t>
            </w:r>
          </w:p>
        </w:tc>
      </w:tr>
      <w:tr w:rsidR="00FB1E34" w14:paraId="5D066CED" w14:textId="77777777" w:rsidTr="00D21AE4">
        <w:tc>
          <w:tcPr>
            <w:tcW w:w="3756" w:type="dxa"/>
          </w:tcPr>
          <w:p w14:paraId="52EFAE32" w14:textId="600E2D0F" w:rsidR="00FB1E34" w:rsidRDefault="00FB1E34">
            <w:pPr>
              <w:rPr>
                <w:lang w:val="nl-BE"/>
              </w:rPr>
            </w:pPr>
            <w:r>
              <w:rPr>
                <w:lang w:val="nl-BE"/>
              </w:rPr>
              <w:t>Wijkraad Koekoek</w:t>
            </w:r>
          </w:p>
        </w:tc>
        <w:tc>
          <w:tcPr>
            <w:tcW w:w="5024" w:type="dxa"/>
          </w:tcPr>
          <w:p w14:paraId="4FFAA12F" w14:textId="1F195956" w:rsidR="00FB1E34" w:rsidRDefault="00036982">
            <w:pPr>
              <w:rPr>
                <w:lang w:val="nl-BE"/>
              </w:rPr>
            </w:pPr>
            <w:r>
              <w:rPr>
                <w:lang w:val="nl-BE"/>
              </w:rPr>
              <w:t>11 februari</w:t>
            </w:r>
          </w:p>
        </w:tc>
      </w:tr>
      <w:tr w:rsidR="00FB1E34" w14:paraId="514E887E" w14:textId="77777777" w:rsidTr="00D21AE4">
        <w:tc>
          <w:tcPr>
            <w:tcW w:w="3756" w:type="dxa"/>
          </w:tcPr>
          <w:p w14:paraId="3FEF8A58" w14:textId="322BB3E7" w:rsidR="00FB1E34" w:rsidRDefault="00FB1E34">
            <w:pPr>
              <w:rPr>
                <w:lang w:val="nl-BE"/>
              </w:rPr>
            </w:pPr>
            <w:r>
              <w:rPr>
                <w:lang w:val="nl-BE"/>
              </w:rPr>
              <w:t>Wijkraad Lindenbos</w:t>
            </w:r>
          </w:p>
        </w:tc>
        <w:tc>
          <w:tcPr>
            <w:tcW w:w="5024" w:type="dxa"/>
          </w:tcPr>
          <w:p w14:paraId="639B2104" w14:textId="09BB8AF3" w:rsidR="00FB1E34" w:rsidRDefault="00260515">
            <w:pPr>
              <w:rPr>
                <w:lang w:val="nl-BE"/>
              </w:rPr>
            </w:pPr>
            <w:r>
              <w:rPr>
                <w:lang w:val="nl-BE"/>
              </w:rPr>
              <w:t>mei/juni</w:t>
            </w:r>
          </w:p>
        </w:tc>
      </w:tr>
      <w:tr w:rsidR="00FB1E34" w14:paraId="2CFDAC76" w14:textId="77777777" w:rsidTr="00D21AE4">
        <w:tc>
          <w:tcPr>
            <w:tcW w:w="3756" w:type="dxa"/>
          </w:tcPr>
          <w:p w14:paraId="22749302" w14:textId="65815D1E" w:rsidR="00FB1E34" w:rsidRDefault="00FB1E34">
            <w:pPr>
              <w:rPr>
                <w:lang w:val="nl-BE"/>
              </w:rPr>
            </w:pPr>
            <w:r>
              <w:rPr>
                <w:lang w:val="nl-BE"/>
              </w:rPr>
              <w:t>Wijkraad Ten Dorpe</w:t>
            </w:r>
          </w:p>
        </w:tc>
        <w:tc>
          <w:tcPr>
            <w:tcW w:w="5024" w:type="dxa"/>
          </w:tcPr>
          <w:p w14:paraId="6D388971" w14:textId="1D2BDB44" w:rsidR="00FB1E34" w:rsidRDefault="00FB1E34">
            <w:pPr>
              <w:rPr>
                <w:lang w:val="nl-BE"/>
              </w:rPr>
            </w:pPr>
          </w:p>
        </w:tc>
      </w:tr>
    </w:tbl>
    <w:p w14:paraId="3D73B2BD" w14:textId="77777777" w:rsidR="009341E7" w:rsidRDefault="009341E7" w:rsidP="00B136F5">
      <w:pPr>
        <w:pStyle w:val="Kop2"/>
        <w:rPr>
          <w:lang w:val="nl-BE"/>
        </w:rPr>
      </w:pPr>
    </w:p>
    <w:p w14:paraId="1751CCC2" w14:textId="77777777" w:rsidR="005810B4" w:rsidRDefault="005810B4" w:rsidP="005810B4">
      <w:pPr>
        <w:rPr>
          <w:lang w:val="nl-BE"/>
        </w:rPr>
      </w:pPr>
    </w:p>
    <w:p w14:paraId="177BF0C2" w14:textId="77777777" w:rsidR="005810B4" w:rsidRDefault="005810B4" w:rsidP="005810B4">
      <w:pPr>
        <w:rPr>
          <w:lang w:val="nl-BE"/>
        </w:rPr>
      </w:pPr>
    </w:p>
    <w:p w14:paraId="2EED0E5D" w14:textId="77777777" w:rsidR="005810B4" w:rsidRPr="005810B4" w:rsidRDefault="005810B4" w:rsidP="005810B4">
      <w:pPr>
        <w:rPr>
          <w:lang w:val="nl-BE"/>
        </w:rPr>
      </w:pPr>
    </w:p>
    <w:p w14:paraId="29AEFB1C" w14:textId="2E6F1748" w:rsidR="00B136F5" w:rsidRPr="00B136F5" w:rsidRDefault="005E54B8" w:rsidP="005810B4">
      <w:pPr>
        <w:pStyle w:val="Kop2"/>
        <w:rPr>
          <w:lang w:val="nl-BE"/>
        </w:rPr>
      </w:pPr>
      <w:r>
        <w:rPr>
          <w:lang w:val="nl-BE"/>
        </w:rPr>
        <w:lastRenderedPageBreak/>
        <w:t>6. Toekomstige activiteiten 2026</w:t>
      </w:r>
    </w:p>
    <w:tbl>
      <w:tblPr>
        <w:tblStyle w:val="Tabelraster"/>
        <w:tblW w:w="0" w:type="auto"/>
        <w:tblLook w:val="04A0" w:firstRow="1" w:lastRow="0" w:firstColumn="1" w:lastColumn="0" w:noHBand="0" w:noVBand="1"/>
      </w:tblPr>
      <w:tblGrid>
        <w:gridCol w:w="3681"/>
        <w:gridCol w:w="4949"/>
      </w:tblGrid>
      <w:tr w:rsidR="001A6D46" w14:paraId="50EAE038" w14:textId="77777777" w:rsidTr="001A6D46">
        <w:tc>
          <w:tcPr>
            <w:tcW w:w="3681" w:type="dxa"/>
          </w:tcPr>
          <w:p w14:paraId="020BB4F3" w14:textId="4B1A67CD" w:rsidR="001A6D46" w:rsidRDefault="001A6D46" w:rsidP="001A6D46">
            <w:pPr>
              <w:rPr>
                <w:lang w:val="nl-BE"/>
              </w:rPr>
            </w:pPr>
            <w:r>
              <w:rPr>
                <w:lang w:val="nl-BE"/>
              </w:rPr>
              <w:t>Lentedrink</w:t>
            </w:r>
          </w:p>
        </w:tc>
        <w:tc>
          <w:tcPr>
            <w:tcW w:w="4949" w:type="dxa"/>
          </w:tcPr>
          <w:p w14:paraId="16297E9C" w14:textId="5A972DBE" w:rsidR="001A6D46" w:rsidRDefault="001A6D46" w:rsidP="001A6D46">
            <w:pPr>
              <w:rPr>
                <w:lang w:val="nl-BE"/>
              </w:rPr>
            </w:pPr>
            <w:r>
              <w:rPr>
                <w:lang w:val="nl-BE"/>
              </w:rPr>
              <w:t>Vrijdag 1 mei 2025</w:t>
            </w:r>
          </w:p>
        </w:tc>
      </w:tr>
      <w:tr w:rsidR="001A6D46" w14:paraId="6E8E79C8" w14:textId="77777777" w:rsidTr="001A6D46">
        <w:tc>
          <w:tcPr>
            <w:tcW w:w="3681" w:type="dxa"/>
          </w:tcPr>
          <w:p w14:paraId="459C30ED" w14:textId="25317850" w:rsidR="001A6D46" w:rsidRDefault="001A6D46" w:rsidP="001A6D46">
            <w:pPr>
              <w:rPr>
                <w:lang w:val="nl-BE"/>
              </w:rPr>
            </w:pPr>
            <w:r>
              <w:rPr>
                <w:lang w:val="nl-BE"/>
              </w:rPr>
              <w:t>Openluchtbal</w:t>
            </w:r>
          </w:p>
        </w:tc>
        <w:tc>
          <w:tcPr>
            <w:tcW w:w="4949" w:type="dxa"/>
          </w:tcPr>
          <w:p w14:paraId="140DC014" w14:textId="6C357A06" w:rsidR="001A6D46" w:rsidRDefault="001A6D46" w:rsidP="001A6D46">
            <w:pPr>
              <w:rPr>
                <w:lang w:val="nl-BE"/>
              </w:rPr>
            </w:pPr>
            <w:r>
              <w:rPr>
                <w:lang w:val="nl-BE"/>
              </w:rPr>
              <w:t>Zaterdag 4 juli</w:t>
            </w:r>
          </w:p>
        </w:tc>
      </w:tr>
      <w:tr w:rsidR="001A6D46" w14:paraId="5B49BA41" w14:textId="77777777" w:rsidTr="001A6D46">
        <w:tc>
          <w:tcPr>
            <w:tcW w:w="3681" w:type="dxa"/>
          </w:tcPr>
          <w:p w14:paraId="69E5D29C" w14:textId="124BFBB5" w:rsidR="001A6D46" w:rsidRDefault="001A6D46" w:rsidP="001A6D46">
            <w:pPr>
              <w:rPr>
                <w:lang w:val="nl-BE"/>
              </w:rPr>
            </w:pPr>
            <w:r>
              <w:rPr>
                <w:lang w:val="nl-BE"/>
              </w:rPr>
              <w:t>Jaarmarkt</w:t>
            </w:r>
          </w:p>
        </w:tc>
        <w:tc>
          <w:tcPr>
            <w:tcW w:w="4949" w:type="dxa"/>
          </w:tcPr>
          <w:p w14:paraId="30CD9E96" w14:textId="3EF248EB" w:rsidR="001A6D46" w:rsidRDefault="001A6D46" w:rsidP="001A6D46">
            <w:pPr>
              <w:rPr>
                <w:lang w:val="nl-BE"/>
              </w:rPr>
            </w:pPr>
            <w:r>
              <w:rPr>
                <w:lang w:val="nl-BE"/>
              </w:rPr>
              <w:t>Dinsdag 25 augustus</w:t>
            </w:r>
          </w:p>
        </w:tc>
      </w:tr>
      <w:tr w:rsidR="001A6D46" w14:paraId="79406CF7" w14:textId="77777777" w:rsidTr="001A6D46">
        <w:tc>
          <w:tcPr>
            <w:tcW w:w="3681" w:type="dxa"/>
          </w:tcPr>
          <w:p w14:paraId="1CAD1656" w14:textId="11F1BAFE" w:rsidR="001A6D46" w:rsidRDefault="001A6D46" w:rsidP="001A6D46">
            <w:pPr>
              <w:rPr>
                <w:lang w:val="nl-BE"/>
              </w:rPr>
            </w:pPr>
            <w:r>
              <w:rPr>
                <w:lang w:val="nl-BE"/>
              </w:rPr>
              <w:t>Heikens Jaarmarkt</w:t>
            </w:r>
          </w:p>
        </w:tc>
        <w:tc>
          <w:tcPr>
            <w:tcW w:w="4949" w:type="dxa"/>
          </w:tcPr>
          <w:p w14:paraId="373EA4AE" w14:textId="5F0B3A3F" w:rsidR="001A6D46" w:rsidRDefault="001A6D46" w:rsidP="001A6D46">
            <w:pPr>
              <w:rPr>
                <w:lang w:val="nl-BE"/>
              </w:rPr>
            </w:pPr>
            <w:r>
              <w:rPr>
                <w:lang w:val="nl-BE"/>
              </w:rPr>
              <w:t>22-26 oktober</w:t>
            </w:r>
          </w:p>
        </w:tc>
      </w:tr>
      <w:tr w:rsidR="001A6D46" w14:paraId="58058829" w14:textId="77777777" w:rsidTr="001A6D46">
        <w:tc>
          <w:tcPr>
            <w:tcW w:w="3681" w:type="dxa"/>
          </w:tcPr>
          <w:p w14:paraId="7A620D7D" w14:textId="55453A55" w:rsidR="001A6D46" w:rsidRDefault="001A6D46" w:rsidP="001A6D46">
            <w:pPr>
              <w:rPr>
                <w:lang w:val="nl-BE"/>
              </w:rPr>
            </w:pPr>
            <w:r>
              <w:rPr>
                <w:lang w:val="nl-BE"/>
              </w:rPr>
              <w:t>Kerstmarkt</w:t>
            </w:r>
          </w:p>
        </w:tc>
        <w:tc>
          <w:tcPr>
            <w:tcW w:w="4949" w:type="dxa"/>
          </w:tcPr>
          <w:p w14:paraId="1EAC6E05" w14:textId="53D6D97A" w:rsidR="001A6D46" w:rsidRDefault="001A6D46" w:rsidP="001A6D46">
            <w:pPr>
              <w:rPr>
                <w:lang w:val="nl-BE"/>
              </w:rPr>
            </w:pPr>
            <w:r>
              <w:rPr>
                <w:lang w:val="nl-BE"/>
              </w:rPr>
              <w:t>Zaterdag 12 december</w:t>
            </w:r>
          </w:p>
        </w:tc>
      </w:tr>
    </w:tbl>
    <w:p w14:paraId="2434D0BC" w14:textId="77777777" w:rsidR="00B136F5" w:rsidRPr="001A6D46" w:rsidRDefault="00B136F5" w:rsidP="001A6D46">
      <w:pPr>
        <w:rPr>
          <w:lang w:val="nl-BE"/>
        </w:rPr>
      </w:pPr>
    </w:p>
    <w:p w14:paraId="23E27FD0" w14:textId="5F55289E" w:rsidR="005E54B8" w:rsidRDefault="005E54B8" w:rsidP="005E54B8">
      <w:pPr>
        <w:pStyle w:val="Kop3"/>
      </w:pPr>
      <w:r w:rsidRPr="009341E7">
        <w:t xml:space="preserve">6.1 </w:t>
      </w:r>
      <w:proofErr w:type="spellStart"/>
      <w:r w:rsidRPr="009341E7">
        <w:t>Lentedrink</w:t>
      </w:r>
      <w:proofErr w:type="spellEnd"/>
      <w:r w:rsidRPr="009341E7">
        <w:t>:</w:t>
      </w:r>
      <w:r w:rsidR="00E85BED" w:rsidRPr="009341E7">
        <w:t xml:space="preserve"> </w:t>
      </w:r>
      <w:r w:rsidR="00200B75">
        <w:t xml:space="preserve">1 </w:t>
      </w:r>
      <w:proofErr w:type="spellStart"/>
      <w:r w:rsidR="00200B75">
        <w:t>mei</w:t>
      </w:r>
      <w:proofErr w:type="spellEnd"/>
      <w:r w:rsidR="00200B75">
        <w:t xml:space="preserve"> 2026</w:t>
      </w:r>
    </w:p>
    <w:p w14:paraId="4327D5AD" w14:textId="1669F276" w:rsidR="00260515" w:rsidRPr="00200B75" w:rsidRDefault="00200B75" w:rsidP="00E85BED">
      <w:pPr>
        <w:pStyle w:val="Lijstalinea"/>
        <w:numPr>
          <w:ilvl w:val="0"/>
          <w:numId w:val="18"/>
        </w:numPr>
      </w:pPr>
      <w:r w:rsidRPr="00200B75">
        <w:rPr>
          <w:lang w:val="nl-BE"/>
        </w:rPr>
        <w:t>Op 1 mei (lentedrink) waren de wijkraden aanwezig. Een gezamenlijk uniform         (bv. T-shirt) kan de herkenbaarheid vergroten; uniformiteit is belangrijk, met ruimte voor afwijking per wijk zodat de vertegenwoordiging duidelijk blijft. Het voorstel wordt besproken op het college.</w:t>
      </w:r>
    </w:p>
    <w:p w14:paraId="0CF31581" w14:textId="33F82C8C" w:rsidR="005E54B8" w:rsidRDefault="005E54B8" w:rsidP="005E54B8">
      <w:pPr>
        <w:pStyle w:val="Kop3"/>
      </w:pPr>
      <w:r w:rsidRPr="00E85BED">
        <w:t>6.2 World Clean Up day</w:t>
      </w:r>
      <w:r w:rsidR="00FB1E34" w:rsidRPr="00E85BED">
        <w:t>:</w:t>
      </w:r>
    </w:p>
    <w:p w14:paraId="742A9B3C" w14:textId="245550C7" w:rsidR="00B136F5" w:rsidRDefault="00200B75" w:rsidP="00200B75">
      <w:pPr>
        <w:pStyle w:val="Lijstalinea"/>
        <w:numPr>
          <w:ilvl w:val="0"/>
          <w:numId w:val="18"/>
        </w:numPr>
        <w:rPr>
          <w:lang w:val="nl-BE"/>
        </w:rPr>
      </w:pPr>
      <w:r w:rsidRPr="00200B75">
        <w:rPr>
          <w:lang w:val="nl-BE"/>
        </w:rPr>
        <w:t>Datum nog niet gekend (een zaterdag in september).</w:t>
      </w:r>
    </w:p>
    <w:p w14:paraId="111B15DA" w14:textId="4C0029C8" w:rsidR="005E54B8" w:rsidRDefault="00200B75" w:rsidP="00200B75">
      <w:pPr>
        <w:pStyle w:val="Lijstalinea"/>
        <w:rPr>
          <w:lang w:val="nl-BE"/>
        </w:rPr>
      </w:pPr>
      <w:r w:rsidRPr="00200B75">
        <w:rPr>
          <w:lang w:val="nl-BE"/>
        </w:rPr>
        <w:t>Vrijwilligers welkom; Hans brengt materiaal mee.</w:t>
      </w:r>
    </w:p>
    <w:p w14:paraId="364234AE" w14:textId="77777777" w:rsidR="00200B75" w:rsidRPr="005E54B8" w:rsidRDefault="00200B75" w:rsidP="00200B75">
      <w:pPr>
        <w:pStyle w:val="Lijstalinea"/>
        <w:rPr>
          <w:lang w:val="nl-BE"/>
        </w:rPr>
      </w:pPr>
    </w:p>
    <w:p w14:paraId="7BF4FFD2" w14:textId="70DCF2A7" w:rsidR="002003B8" w:rsidRPr="003A49DA" w:rsidRDefault="00FB1E34" w:rsidP="00D21AE4">
      <w:pPr>
        <w:pStyle w:val="Kop2"/>
        <w:rPr>
          <w:lang w:val="nl-BE"/>
        </w:rPr>
      </w:pPr>
      <w:r w:rsidRPr="003A49DA">
        <w:rPr>
          <w:lang w:val="nl-BE"/>
        </w:rPr>
        <w:t>7</w:t>
      </w:r>
      <w:r w:rsidR="006604D1" w:rsidRPr="003A49DA">
        <w:rPr>
          <w:lang w:val="nl-BE"/>
        </w:rPr>
        <w:t xml:space="preserve">. </w:t>
      </w:r>
      <w:r w:rsidRPr="003A49DA">
        <w:rPr>
          <w:lang w:val="nl-BE"/>
        </w:rPr>
        <w:t>Agendapunten</w:t>
      </w:r>
      <w:r w:rsidR="006604D1" w:rsidRPr="003A49DA">
        <w:rPr>
          <w:lang w:val="nl-BE"/>
        </w:rPr>
        <w:t xml:space="preserve"> per wijk</w:t>
      </w:r>
    </w:p>
    <w:p w14:paraId="25CF62CA" w14:textId="77777777" w:rsidR="0064117E" w:rsidRPr="003A49DA" w:rsidRDefault="006604D1" w:rsidP="00BB65FF">
      <w:pPr>
        <w:pStyle w:val="Kop1"/>
        <w:rPr>
          <w:lang w:val="nl-BE"/>
        </w:rPr>
      </w:pPr>
      <w:r w:rsidRPr="003A49DA">
        <w:rPr>
          <w:lang w:val="nl-BE"/>
        </w:rPr>
        <w:t>Wijk Bruynenbaert</w:t>
      </w:r>
    </w:p>
    <w:p w14:paraId="0F7C47B0" w14:textId="2DD6EE39" w:rsidR="00040A10" w:rsidRDefault="006604D1" w:rsidP="00040A10">
      <w:pPr>
        <w:pStyle w:val="Kop2"/>
        <w:rPr>
          <w:lang w:val="nl-BE"/>
        </w:rPr>
      </w:pPr>
      <w:r w:rsidRPr="00CA1954">
        <w:rPr>
          <w:lang w:val="nl-BE"/>
        </w:rPr>
        <w:t xml:space="preserve">Lopende dossiers: </w:t>
      </w:r>
      <w:r w:rsidR="007474A4">
        <w:rPr>
          <w:lang w:val="nl-BE"/>
        </w:rPr>
        <w:t>(zie verslagen vorige wijkraadvoorzittersvergaderingen)</w:t>
      </w:r>
    </w:p>
    <w:p w14:paraId="39114383" w14:textId="77777777" w:rsidR="00200B75" w:rsidRDefault="00200B75" w:rsidP="00200B75">
      <w:pPr>
        <w:pStyle w:val="Lijstalinea"/>
        <w:numPr>
          <w:ilvl w:val="0"/>
          <w:numId w:val="42"/>
        </w:numPr>
        <w:rPr>
          <w:lang w:val="nl-BE"/>
        </w:rPr>
      </w:pPr>
      <w:r w:rsidRPr="00200B75">
        <w:rPr>
          <w:lang w:val="nl-BE"/>
        </w:rPr>
        <w:t xml:space="preserve">Rioleringswerken B. De </w:t>
      </w:r>
      <w:proofErr w:type="spellStart"/>
      <w:r w:rsidRPr="00200B75">
        <w:rPr>
          <w:lang w:val="nl-BE"/>
        </w:rPr>
        <w:t>Borrekenslaan</w:t>
      </w:r>
      <w:proofErr w:type="spellEnd"/>
      <w:r w:rsidRPr="00200B75">
        <w:rPr>
          <w:lang w:val="nl-BE"/>
        </w:rPr>
        <w:t xml:space="preserve">: </w:t>
      </w:r>
    </w:p>
    <w:p w14:paraId="0510594A" w14:textId="26861FA4" w:rsidR="00200B75" w:rsidRPr="00200B75" w:rsidRDefault="00200B75" w:rsidP="00200B75">
      <w:pPr>
        <w:pStyle w:val="Lijstalinea"/>
        <w:rPr>
          <w:lang w:val="nl-BE"/>
        </w:rPr>
      </w:pPr>
      <w:r>
        <w:rPr>
          <w:lang w:val="nl-BE"/>
        </w:rPr>
        <w:t>S</w:t>
      </w:r>
      <w:r w:rsidRPr="00200B75">
        <w:rPr>
          <w:lang w:val="nl-BE"/>
        </w:rPr>
        <w:t xml:space="preserve">tart </w:t>
      </w:r>
      <w:r w:rsidR="005810B4">
        <w:rPr>
          <w:lang w:val="nl-BE"/>
        </w:rPr>
        <w:t xml:space="preserve">is </w:t>
      </w:r>
      <w:r w:rsidRPr="00200B75">
        <w:rPr>
          <w:lang w:val="nl-BE"/>
        </w:rPr>
        <w:t xml:space="preserve">voorzien in </w:t>
      </w:r>
      <w:r w:rsidR="00E80D76">
        <w:rPr>
          <w:lang w:val="nl-BE"/>
        </w:rPr>
        <w:t>2026</w:t>
      </w:r>
      <w:r w:rsidRPr="00200B75">
        <w:rPr>
          <w:lang w:val="nl-BE"/>
        </w:rPr>
        <w:t xml:space="preserve">; uiterste datum voor subsidies. Studiebureau mikt op start in 2026 (vermoedelijk </w:t>
      </w:r>
      <w:r w:rsidR="00E80D76">
        <w:rPr>
          <w:lang w:val="nl-BE"/>
        </w:rPr>
        <w:t>late najaar</w:t>
      </w:r>
      <w:r w:rsidRPr="00200B75">
        <w:rPr>
          <w:lang w:val="nl-BE"/>
        </w:rPr>
        <w:t>).</w:t>
      </w:r>
    </w:p>
    <w:p w14:paraId="2B6D16EC" w14:textId="4056C725" w:rsidR="003A49DA" w:rsidRDefault="003A49DA" w:rsidP="003A49DA">
      <w:pPr>
        <w:pStyle w:val="Lijstalinea"/>
        <w:rPr>
          <w:lang w:val="nl-BE"/>
        </w:rPr>
      </w:pPr>
      <w:r w:rsidRPr="00200B75">
        <w:rPr>
          <w:lang w:val="nl-BE"/>
        </w:rPr>
        <w:t xml:space="preserve">Er moet waterinfiltratie voorzien worden. </w:t>
      </w:r>
      <w:r w:rsidR="00FB1FCE" w:rsidRPr="00200B75">
        <w:rPr>
          <w:lang w:val="nl-BE"/>
        </w:rPr>
        <w:t xml:space="preserve">Dit is wetgeving. </w:t>
      </w:r>
    </w:p>
    <w:p w14:paraId="7DD1E87E" w14:textId="77777777" w:rsidR="00200B75" w:rsidRDefault="00200B75" w:rsidP="003A49DA">
      <w:pPr>
        <w:pStyle w:val="Lijstalinea"/>
        <w:rPr>
          <w:lang w:val="nl-BE"/>
        </w:rPr>
      </w:pPr>
    </w:p>
    <w:p w14:paraId="2E089369" w14:textId="00AFD68B" w:rsidR="007474A4" w:rsidRPr="00200B75" w:rsidRDefault="007474A4" w:rsidP="00200B75">
      <w:pPr>
        <w:pStyle w:val="Lijstalinea"/>
        <w:numPr>
          <w:ilvl w:val="0"/>
          <w:numId w:val="42"/>
        </w:numPr>
        <w:rPr>
          <w:lang w:val="nl-BE"/>
        </w:rPr>
      </w:pPr>
      <w:proofErr w:type="spellStart"/>
      <w:r w:rsidRPr="00200B75">
        <w:rPr>
          <w:lang w:val="nl-BE"/>
        </w:rPr>
        <w:t>Stavaza</w:t>
      </w:r>
      <w:proofErr w:type="spellEnd"/>
      <w:r w:rsidRPr="00200B75">
        <w:rPr>
          <w:lang w:val="nl-BE"/>
        </w:rPr>
        <w:t xml:space="preserve"> werken A12</w:t>
      </w:r>
      <w:r w:rsidR="00BB65FF" w:rsidRPr="00200B75">
        <w:rPr>
          <w:lang w:val="nl-BE"/>
        </w:rPr>
        <w:t xml:space="preserve"> (24.10.2024)</w:t>
      </w:r>
    </w:p>
    <w:p w14:paraId="33FD9251" w14:textId="77777777" w:rsidR="00FB1FCE" w:rsidRPr="00200B75" w:rsidRDefault="00FB1FCE" w:rsidP="00200B75">
      <w:pPr>
        <w:pStyle w:val="Lijstalinea"/>
        <w:rPr>
          <w:lang w:val="nl-BE"/>
        </w:rPr>
      </w:pPr>
      <w:r w:rsidRPr="00200B75">
        <w:rPr>
          <w:lang w:val="nl-BE"/>
        </w:rPr>
        <w:t xml:space="preserve">Rond 2030 starten. We gaan naar 3 kleinere tunnels. </w:t>
      </w:r>
    </w:p>
    <w:p w14:paraId="1BA0A424" w14:textId="67047A07" w:rsidR="00FB1FCE" w:rsidRDefault="00FB1FCE" w:rsidP="00200B75">
      <w:pPr>
        <w:pStyle w:val="Lijstalinea"/>
        <w:rPr>
          <w:lang w:val="nl-BE"/>
        </w:rPr>
      </w:pPr>
      <w:r w:rsidRPr="00200B75">
        <w:rPr>
          <w:lang w:val="nl-BE"/>
        </w:rPr>
        <w:t>Busbanen blijven aan de zijkant</w:t>
      </w:r>
    </w:p>
    <w:p w14:paraId="3AB2D50D" w14:textId="77777777" w:rsidR="00200B75" w:rsidRDefault="00200B75" w:rsidP="00200B75">
      <w:pPr>
        <w:pStyle w:val="Lijstalinea"/>
        <w:rPr>
          <w:lang w:val="nl-BE"/>
        </w:rPr>
      </w:pPr>
    </w:p>
    <w:p w14:paraId="6433F2E6" w14:textId="543F3BB4" w:rsidR="007474A4" w:rsidRPr="00200B75" w:rsidRDefault="007474A4" w:rsidP="00200B75">
      <w:pPr>
        <w:pStyle w:val="Lijstalinea"/>
        <w:numPr>
          <w:ilvl w:val="0"/>
          <w:numId w:val="42"/>
        </w:numPr>
        <w:rPr>
          <w:lang w:val="nl-BE"/>
        </w:rPr>
      </w:pPr>
      <w:r w:rsidRPr="00200B75">
        <w:rPr>
          <w:lang w:val="nl-BE"/>
        </w:rPr>
        <w:t xml:space="preserve">overzicht van de </w:t>
      </w:r>
      <w:proofErr w:type="spellStart"/>
      <w:r w:rsidRPr="00200B75">
        <w:rPr>
          <w:lang w:val="nl-BE"/>
        </w:rPr>
        <w:t>timings</w:t>
      </w:r>
      <w:proofErr w:type="spellEnd"/>
      <w:r w:rsidRPr="00200B75">
        <w:rPr>
          <w:lang w:val="nl-BE"/>
        </w:rPr>
        <w:t xml:space="preserve"> van de grote (</w:t>
      </w:r>
      <w:proofErr w:type="spellStart"/>
      <w:r w:rsidRPr="00200B75">
        <w:rPr>
          <w:lang w:val="nl-BE"/>
        </w:rPr>
        <w:t>riolerings</w:t>
      </w:r>
      <w:proofErr w:type="spellEnd"/>
      <w:r w:rsidRPr="00200B75">
        <w:rPr>
          <w:lang w:val="nl-BE"/>
        </w:rPr>
        <w:t>)werken doorheen de hele gemeente</w:t>
      </w:r>
      <w:r w:rsidR="00C81831">
        <w:rPr>
          <w:lang w:val="nl-BE"/>
        </w:rPr>
        <w:t>:</w:t>
      </w:r>
    </w:p>
    <w:p w14:paraId="383282EB" w14:textId="2F102EBD" w:rsidR="00C81831" w:rsidRDefault="00432307" w:rsidP="00C81831">
      <w:pPr>
        <w:pStyle w:val="Lijstalinea"/>
        <w:numPr>
          <w:ilvl w:val="1"/>
          <w:numId w:val="18"/>
        </w:numPr>
        <w:rPr>
          <w:lang w:val="nl-BE"/>
        </w:rPr>
      </w:pPr>
      <w:r w:rsidRPr="00C81831">
        <w:rPr>
          <w:lang w:val="nl-BE"/>
        </w:rPr>
        <w:t>Laar/Kapellestraat komt eraan</w:t>
      </w:r>
      <w:r w:rsidR="005810B4">
        <w:rPr>
          <w:lang w:val="nl-BE"/>
        </w:rPr>
        <w:t>.</w:t>
      </w:r>
    </w:p>
    <w:p w14:paraId="095873F7" w14:textId="1ADDE619" w:rsidR="00432307" w:rsidRDefault="00432307" w:rsidP="00C81831">
      <w:pPr>
        <w:pStyle w:val="Lijstalinea"/>
        <w:ind w:firstLine="720"/>
        <w:rPr>
          <w:lang w:val="nl-BE"/>
        </w:rPr>
      </w:pPr>
      <w:proofErr w:type="spellStart"/>
      <w:r w:rsidRPr="00C81831">
        <w:rPr>
          <w:lang w:val="nl-BE"/>
        </w:rPr>
        <w:t>Borrekenslaan</w:t>
      </w:r>
      <w:proofErr w:type="spellEnd"/>
      <w:r w:rsidRPr="00C81831">
        <w:rPr>
          <w:lang w:val="nl-BE"/>
        </w:rPr>
        <w:t xml:space="preserve"> zal in dezelfde periode vallen</w:t>
      </w:r>
      <w:r w:rsidR="005810B4">
        <w:rPr>
          <w:lang w:val="nl-BE"/>
        </w:rPr>
        <w:t>.</w:t>
      </w:r>
    </w:p>
    <w:p w14:paraId="4F4D6F02" w14:textId="66EF4529" w:rsidR="00C81831" w:rsidRPr="00C81831" w:rsidRDefault="00C81831" w:rsidP="00C81831">
      <w:pPr>
        <w:pStyle w:val="Lijstalinea"/>
        <w:numPr>
          <w:ilvl w:val="1"/>
          <w:numId w:val="18"/>
        </w:numPr>
        <w:rPr>
          <w:lang w:val="nl-BE"/>
        </w:rPr>
      </w:pPr>
      <w:r w:rsidRPr="00C81831">
        <w:rPr>
          <w:lang w:val="nl-BE"/>
        </w:rPr>
        <w:t>Marktlocatie</w:t>
      </w:r>
      <w:r>
        <w:rPr>
          <w:lang w:val="nl-BE"/>
        </w:rPr>
        <w:t xml:space="preserve"> tijdens de werken</w:t>
      </w:r>
      <w:r w:rsidRPr="00C81831">
        <w:rPr>
          <w:lang w:val="nl-BE"/>
        </w:rPr>
        <w:t>: Guido Gezellestraat is momenteel de beste optie, rekening houdend met omleidingen (nog niet definitief).</w:t>
      </w:r>
    </w:p>
    <w:p w14:paraId="536E530E" w14:textId="56DF62BD" w:rsidR="00432307" w:rsidRDefault="00C81831" w:rsidP="00C81831">
      <w:pPr>
        <w:pStyle w:val="Lijstalinea"/>
        <w:numPr>
          <w:ilvl w:val="1"/>
          <w:numId w:val="18"/>
        </w:numPr>
        <w:rPr>
          <w:lang w:val="nl-BE"/>
        </w:rPr>
      </w:pPr>
      <w:r w:rsidRPr="00C81831">
        <w:rPr>
          <w:lang w:val="nl-BE"/>
        </w:rPr>
        <w:t xml:space="preserve">Leon </w:t>
      </w:r>
      <w:proofErr w:type="spellStart"/>
      <w:r w:rsidRPr="00C81831">
        <w:rPr>
          <w:lang w:val="nl-BE"/>
        </w:rPr>
        <w:t>Gilliotlaan</w:t>
      </w:r>
      <w:proofErr w:type="spellEnd"/>
      <w:r w:rsidRPr="00C81831">
        <w:rPr>
          <w:lang w:val="nl-BE"/>
        </w:rPr>
        <w:t xml:space="preserve"> en Jan Davidlaan: doortrekken </w:t>
      </w:r>
      <w:proofErr w:type="spellStart"/>
      <w:r w:rsidRPr="00C81831">
        <w:rPr>
          <w:lang w:val="nl-BE"/>
        </w:rPr>
        <w:t>fietsas</w:t>
      </w:r>
      <w:proofErr w:type="spellEnd"/>
      <w:r w:rsidRPr="00C81831">
        <w:rPr>
          <w:lang w:val="nl-BE"/>
        </w:rPr>
        <w:t xml:space="preserve"> en mogelijk invoeren van een knip.</w:t>
      </w:r>
      <w:r>
        <w:rPr>
          <w:lang w:val="nl-BE"/>
        </w:rPr>
        <w:t xml:space="preserve"> (fietsstraat aan De Blokkendoos wordt positief onthaald)</w:t>
      </w:r>
    </w:p>
    <w:p w14:paraId="53A8B630" w14:textId="0345B1D6" w:rsidR="00C81831" w:rsidRDefault="00121A5A" w:rsidP="00C81831">
      <w:pPr>
        <w:pStyle w:val="Lijstalinea"/>
        <w:numPr>
          <w:ilvl w:val="1"/>
          <w:numId w:val="18"/>
        </w:numPr>
        <w:rPr>
          <w:lang w:val="nl-BE"/>
        </w:rPr>
      </w:pPr>
      <w:proofErr w:type="spellStart"/>
      <w:r>
        <w:rPr>
          <w:lang w:val="nl-BE"/>
        </w:rPr>
        <w:t>Kontichse</w:t>
      </w:r>
      <w:proofErr w:type="spellEnd"/>
      <w:r>
        <w:rPr>
          <w:lang w:val="nl-BE"/>
        </w:rPr>
        <w:t xml:space="preserve"> steenweg; het gedeelte dat nog niet is </w:t>
      </w:r>
      <w:r w:rsidR="005810B4">
        <w:rPr>
          <w:lang w:val="nl-BE"/>
        </w:rPr>
        <w:t>aangepakt</w:t>
      </w:r>
      <w:r>
        <w:rPr>
          <w:lang w:val="nl-BE"/>
        </w:rPr>
        <w:t>.</w:t>
      </w:r>
    </w:p>
    <w:p w14:paraId="137017A4" w14:textId="6B3961AB" w:rsidR="00121A5A" w:rsidRDefault="00121A5A" w:rsidP="00121A5A">
      <w:pPr>
        <w:pStyle w:val="Lijstalinea"/>
        <w:ind w:left="1440"/>
        <w:rPr>
          <w:lang w:val="nl-BE"/>
        </w:rPr>
      </w:pPr>
      <w:r>
        <w:rPr>
          <w:lang w:val="nl-BE"/>
        </w:rPr>
        <w:lastRenderedPageBreak/>
        <w:t xml:space="preserve">Er komen 2 voorsorteerstroken op de </w:t>
      </w:r>
      <w:proofErr w:type="spellStart"/>
      <w:r>
        <w:rPr>
          <w:lang w:val="nl-BE"/>
        </w:rPr>
        <w:t>Kontichse</w:t>
      </w:r>
      <w:r w:rsidR="00E80D76">
        <w:rPr>
          <w:lang w:val="nl-BE"/>
        </w:rPr>
        <w:t>s</w:t>
      </w:r>
      <w:r>
        <w:rPr>
          <w:lang w:val="nl-BE"/>
        </w:rPr>
        <w:t>teenweg</w:t>
      </w:r>
      <w:proofErr w:type="spellEnd"/>
      <w:r w:rsidR="00E80D76">
        <w:rPr>
          <w:lang w:val="nl-BE"/>
        </w:rPr>
        <w:t xml:space="preserve"> aan het kruispunt met B. van </w:t>
      </w:r>
      <w:proofErr w:type="spellStart"/>
      <w:r w:rsidR="00E80D76">
        <w:rPr>
          <w:lang w:val="nl-BE"/>
        </w:rPr>
        <w:t>Ertbornstraat</w:t>
      </w:r>
      <w:proofErr w:type="spellEnd"/>
      <w:r w:rsidR="00E80D76">
        <w:rPr>
          <w:lang w:val="nl-BE"/>
        </w:rPr>
        <w:t>/Dijkstraat.</w:t>
      </w:r>
    </w:p>
    <w:p w14:paraId="4FA660B6" w14:textId="48F4D2B6" w:rsidR="00121A5A" w:rsidRDefault="00121A5A" w:rsidP="00121A5A">
      <w:pPr>
        <w:pStyle w:val="Lijstalinea"/>
        <w:numPr>
          <w:ilvl w:val="1"/>
          <w:numId w:val="18"/>
        </w:numPr>
        <w:rPr>
          <w:lang w:val="nl-BE"/>
        </w:rPr>
      </w:pPr>
      <w:r>
        <w:rPr>
          <w:lang w:val="nl-BE"/>
        </w:rPr>
        <w:t xml:space="preserve">Project </w:t>
      </w:r>
      <w:proofErr w:type="spellStart"/>
      <w:r>
        <w:rPr>
          <w:lang w:val="nl-BE"/>
        </w:rPr>
        <w:t>Varenloop</w:t>
      </w:r>
      <w:proofErr w:type="spellEnd"/>
      <w:r>
        <w:rPr>
          <w:lang w:val="nl-BE"/>
        </w:rPr>
        <w:t xml:space="preserve"> in wijk Lindenbos (2027)</w:t>
      </w:r>
    </w:p>
    <w:p w14:paraId="4C4F3497" w14:textId="5195F4CB" w:rsidR="00121A5A" w:rsidRPr="00121A5A" w:rsidRDefault="00121A5A" w:rsidP="00121A5A">
      <w:pPr>
        <w:ind w:left="1080"/>
        <w:rPr>
          <w:u w:val="single"/>
          <w:lang w:val="nl-BE"/>
        </w:rPr>
      </w:pPr>
      <w:r w:rsidRPr="00121A5A">
        <w:rPr>
          <w:u w:val="single"/>
          <w:lang w:val="nl-BE"/>
        </w:rPr>
        <w:t>Niet opgenomen in meerjarenplanning:</w:t>
      </w:r>
    </w:p>
    <w:p w14:paraId="34F17D10" w14:textId="53AE7F1C" w:rsidR="00121A5A" w:rsidRDefault="00E80D76" w:rsidP="00121A5A">
      <w:pPr>
        <w:pStyle w:val="Lijstalinea"/>
        <w:numPr>
          <w:ilvl w:val="1"/>
          <w:numId w:val="18"/>
        </w:numPr>
        <w:rPr>
          <w:lang w:val="nl-BE"/>
        </w:rPr>
      </w:pPr>
      <w:proofErr w:type="spellStart"/>
      <w:r>
        <w:rPr>
          <w:lang w:val="nl-BE"/>
        </w:rPr>
        <w:t>Cleydaallaan</w:t>
      </w:r>
      <w:proofErr w:type="spellEnd"/>
      <w:r>
        <w:rPr>
          <w:lang w:val="nl-BE"/>
        </w:rPr>
        <w:t>:</w:t>
      </w:r>
      <w:r w:rsidR="00121A5A">
        <w:rPr>
          <w:lang w:val="nl-BE"/>
        </w:rPr>
        <w:t xml:space="preserve"> eerst evolutie fietsbrug</w:t>
      </w:r>
      <w:r>
        <w:rPr>
          <w:lang w:val="nl-BE"/>
        </w:rPr>
        <w:t xml:space="preserve"> afwachten om te weten hoe de aansluitingen op het fietspad zullen verlopen.</w:t>
      </w:r>
    </w:p>
    <w:p w14:paraId="76C09C29" w14:textId="63F6C4C3" w:rsidR="00121A5A" w:rsidRDefault="00121A5A" w:rsidP="00121A5A">
      <w:pPr>
        <w:pStyle w:val="Lijstalinea"/>
        <w:numPr>
          <w:ilvl w:val="1"/>
          <w:numId w:val="18"/>
        </w:numPr>
        <w:rPr>
          <w:lang w:val="nl-BE"/>
        </w:rPr>
      </w:pPr>
      <w:proofErr w:type="spellStart"/>
      <w:r>
        <w:rPr>
          <w:lang w:val="nl-BE"/>
        </w:rPr>
        <w:t>Pierstraat</w:t>
      </w:r>
      <w:proofErr w:type="spellEnd"/>
      <w:r>
        <w:rPr>
          <w:lang w:val="nl-BE"/>
        </w:rPr>
        <w:t xml:space="preserve">: eerst doortrekking van de expresweg (2028), aansluitend </w:t>
      </w:r>
      <w:proofErr w:type="spellStart"/>
      <w:r>
        <w:rPr>
          <w:lang w:val="nl-BE"/>
        </w:rPr>
        <w:t>Reetse</w:t>
      </w:r>
      <w:proofErr w:type="spellEnd"/>
      <w:r>
        <w:rPr>
          <w:lang w:val="nl-BE"/>
        </w:rPr>
        <w:t xml:space="preserve"> steenweg en daarna </w:t>
      </w:r>
      <w:proofErr w:type="spellStart"/>
      <w:r>
        <w:rPr>
          <w:lang w:val="nl-BE"/>
        </w:rPr>
        <w:t>Pierststraat</w:t>
      </w:r>
      <w:proofErr w:type="spellEnd"/>
      <w:r>
        <w:rPr>
          <w:lang w:val="nl-BE"/>
        </w:rPr>
        <w:t>.</w:t>
      </w:r>
    </w:p>
    <w:p w14:paraId="24019FAC" w14:textId="4DDBC783" w:rsidR="00121A5A" w:rsidRDefault="00121A5A" w:rsidP="00121A5A">
      <w:pPr>
        <w:pStyle w:val="Lijstalinea"/>
        <w:ind w:left="1440"/>
        <w:rPr>
          <w:lang w:val="nl-BE"/>
        </w:rPr>
      </w:pPr>
      <w:r>
        <w:rPr>
          <w:lang w:val="nl-BE"/>
        </w:rPr>
        <w:t xml:space="preserve">Er is budget voorzien om de slechte betonplaten </w:t>
      </w:r>
      <w:r w:rsidR="00E80D76">
        <w:rPr>
          <w:lang w:val="nl-BE"/>
        </w:rPr>
        <w:t xml:space="preserve">in de </w:t>
      </w:r>
      <w:proofErr w:type="spellStart"/>
      <w:r w:rsidR="00E80D76">
        <w:rPr>
          <w:lang w:val="nl-BE"/>
        </w:rPr>
        <w:t>Pierstraat</w:t>
      </w:r>
      <w:proofErr w:type="spellEnd"/>
      <w:r w:rsidR="00E80D76">
        <w:rPr>
          <w:lang w:val="nl-BE"/>
        </w:rPr>
        <w:t xml:space="preserve"> (kant wijk Koekoek) </w:t>
      </w:r>
      <w:r>
        <w:rPr>
          <w:lang w:val="nl-BE"/>
        </w:rPr>
        <w:t>te vervangen.</w:t>
      </w:r>
    </w:p>
    <w:p w14:paraId="0128297A" w14:textId="19F81B77" w:rsidR="00121A5A" w:rsidRDefault="00121A5A" w:rsidP="00121A5A">
      <w:pPr>
        <w:pStyle w:val="Lijstalinea"/>
        <w:numPr>
          <w:ilvl w:val="1"/>
          <w:numId w:val="18"/>
        </w:numPr>
        <w:rPr>
          <w:lang w:val="nl-BE"/>
        </w:rPr>
      </w:pPr>
      <w:proofErr w:type="spellStart"/>
      <w:r>
        <w:rPr>
          <w:lang w:val="nl-BE"/>
        </w:rPr>
        <w:t>Binnengebied</w:t>
      </w:r>
      <w:proofErr w:type="spellEnd"/>
      <w:r>
        <w:rPr>
          <w:lang w:val="nl-BE"/>
        </w:rPr>
        <w:t xml:space="preserve"> van de </w:t>
      </w:r>
      <w:proofErr w:type="spellStart"/>
      <w:r>
        <w:rPr>
          <w:lang w:val="nl-BE"/>
        </w:rPr>
        <w:t>Buerstede</w:t>
      </w:r>
      <w:proofErr w:type="spellEnd"/>
      <w:r>
        <w:rPr>
          <w:lang w:val="nl-BE"/>
        </w:rPr>
        <w:t>: wordt bekeken</w:t>
      </w:r>
    </w:p>
    <w:p w14:paraId="080F1435" w14:textId="628EBE8F" w:rsidR="00121A5A" w:rsidRDefault="00121A5A" w:rsidP="00121A5A">
      <w:pPr>
        <w:pStyle w:val="Lijstalinea"/>
        <w:ind w:left="1440"/>
        <w:rPr>
          <w:lang w:val="nl-BE"/>
        </w:rPr>
      </w:pPr>
      <w:r>
        <w:rPr>
          <w:lang w:val="nl-BE"/>
        </w:rPr>
        <w:t>(tegenwoordig is er een nieuwe techniek waardoor de werken sneller kunnen worden uitgevoerd, het uitzicht blijft hetzelfde en het is budgetvriendelijker</w:t>
      </w:r>
      <w:r w:rsidR="00EB30BD">
        <w:rPr>
          <w:lang w:val="nl-BE"/>
        </w:rPr>
        <w:t>)</w:t>
      </w:r>
    </w:p>
    <w:p w14:paraId="7C315B0C" w14:textId="77777777" w:rsidR="000627AB" w:rsidRDefault="000627AB" w:rsidP="00121A5A">
      <w:pPr>
        <w:pStyle w:val="Lijstalinea"/>
        <w:ind w:left="1440"/>
        <w:rPr>
          <w:lang w:val="nl-BE"/>
        </w:rPr>
      </w:pPr>
    </w:p>
    <w:p w14:paraId="1B5E6A58" w14:textId="134C21D8" w:rsidR="00121A5A" w:rsidRDefault="000627AB" w:rsidP="000627AB">
      <w:pPr>
        <w:pStyle w:val="Lijstalinea"/>
        <w:ind w:left="1440"/>
        <w:rPr>
          <w:lang w:val="nl-BE"/>
        </w:rPr>
      </w:pPr>
      <w:r>
        <w:rPr>
          <w:lang w:val="nl-BE"/>
        </w:rPr>
        <w:t xml:space="preserve">Totaal: </w:t>
      </w:r>
      <w:r w:rsidR="00E80D76">
        <w:rPr>
          <w:lang w:val="nl-BE"/>
        </w:rPr>
        <w:t xml:space="preserve">circa </w:t>
      </w:r>
      <w:r>
        <w:rPr>
          <w:lang w:val="nl-BE"/>
        </w:rPr>
        <w:t>11 miljoen investeringen voor de rioleringsprojecten.</w:t>
      </w:r>
    </w:p>
    <w:p w14:paraId="770A3B23" w14:textId="77777777" w:rsidR="000627AB" w:rsidRPr="000627AB" w:rsidRDefault="000627AB" w:rsidP="000627AB">
      <w:pPr>
        <w:pStyle w:val="Lijstalinea"/>
        <w:ind w:left="1440"/>
        <w:rPr>
          <w:lang w:val="nl-BE"/>
        </w:rPr>
      </w:pPr>
    </w:p>
    <w:p w14:paraId="44E9BC32" w14:textId="0B46ED1F" w:rsidR="00121A5A" w:rsidRDefault="00121A5A" w:rsidP="00121A5A">
      <w:pPr>
        <w:pStyle w:val="Lijstalinea"/>
        <w:numPr>
          <w:ilvl w:val="0"/>
          <w:numId w:val="42"/>
        </w:numPr>
        <w:rPr>
          <w:lang w:val="nl-BE"/>
        </w:rPr>
      </w:pPr>
      <w:proofErr w:type="spellStart"/>
      <w:r>
        <w:rPr>
          <w:lang w:val="nl-BE"/>
        </w:rPr>
        <w:t>Stavaza</w:t>
      </w:r>
      <w:proofErr w:type="spellEnd"/>
      <w:r>
        <w:rPr>
          <w:lang w:val="nl-BE"/>
        </w:rPr>
        <w:t xml:space="preserve"> </w:t>
      </w:r>
      <w:proofErr w:type="spellStart"/>
      <w:r>
        <w:rPr>
          <w:lang w:val="nl-BE"/>
        </w:rPr>
        <w:t>Isvag</w:t>
      </w:r>
      <w:proofErr w:type="spellEnd"/>
      <w:r>
        <w:rPr>
          <w:lang w:val="nl-BE"/>
        </w:rPr>
        <w:t>:</w:t>
      </w:r>
    </w:p>
    <w:p w14:paraId="08BEFB1B" w14:textId="07964CC3" w:rsidR="000627AB" w:rsidRDefault="000627AB" w:rsidP="000627AB">
      <w:pPr>
        <w:pStyle w:val="Lijstalinea"/>
        <w:rPr>
          <w:lang w:val="nl-BE"/>
        </w:rPr>
      </w:pPr>
      <w:r w:rsidRPr="000627AB">
        <w:rPr>
          <w:lang w:val="nl-BE"/>
        </w:rPr>
        <w:t xml:space="preserve">Over ISVAG is er weinig nieuws. De stuurgroep volgt de ontwikkelingen </w:t>
      </w:r>
      <w:r w:rsidR="00E80D76">
        <w:rPr>
          <w:lang w:val="nl-BE"/>
        </w:rPr>
        <w:t xml:space="preserve">op en op plant een werkbezoek aan </w:t>
      </w:r>
      <w:r w:rsidRPr="000627AB">
        <w:rPr>
          <w:lang w:val="nl-BE"/>
        </w:rPr>
        <w:t xml:space="preserve">Kopenhagen. Daarnaast is er communicatie met de intercommunale van Gent om mogelijke opties te bekijken. ISVAG beschikt over een capaciteit van </w:t>
      </w:r>
      <w:r w:rsidR="00E02A91">
        <w:rPr>
          <w:lang w:val="nl-BE"/>
        </w:rPr>
        <w:t>ongeveer 144.000</w:t>
      </w:r>
      <w:r w:rsidRPr="000627AB">
        <w:rPr>
          <w:lang w:val="nl-BE"/>
        </w:rPr>
        <w:t xml:space="preserve"> ton</w:t>
      </w:r>
      <w:r w:rsidR="00E02A91">
        <w:rPr>
          <w:lang w:val="nl-BE"/>
        </w:rPr>
        <w:t xml:space="preserve"> per jaar, </w:t>
      </w:r>
      <w:r w:rsidRPr="000627AB">
        <w:rPr>
          <w:lang w:val="nl-BE"/>
        </w:rPr>
        <w:t xml:space="preserve">er wordt gestreefd naar ovens met een capaciteit van </w:t>
      </w:r>
      <w:r w:rsidR="00E80D76">
        <w:rPr>
          <w:lang w:val="nl-BE"/>
        </w:rPr>
        <w:t xml:space="preserve">meer dan </w:t>
      </w:r>
      <w:r w:rsidRPr="000627AB">
        <w:rPr>
          <w:lang w:val="nl-BE"/>
        </w:rPr>
        <w:t>300</w:t>
      </w:r>
      <w:r w:rsidR="00E02A91">
        <w:rPr>
          <w:lang w:val="nl-BE"/>
        </w:rPr>
        <w:t>.000</w:t>
      </w:r>
      <w:r w:rsidRPr="000627AB">
        <w:rPr>
          <w:lang w:val="nl-BE"/>
        </w:rPr>
        <w:t xml:space="preserve"> ton</w:t>
      </w:r>
      <w:r w:rsidR="00E02A91">
        <w:rPr>
          <w:lang w:val="nl-BE"/>
        </w:rPr>
        <w:t xml:space="preserve"> per jaar</w:t>
      </w:r>
      <w:r w:rsidRPr="000627AB">
        <w:rPr>
          <w:lang w:val="nl-BE"/>
        </w:rPr>
        <w:t>.</w:t>
      </w:r>
    </w:p>
    <w:p w14:paraId="2BA934EA" w14:textId="016131C5" w:rsidR="0064117E" w:rsidRDefault="006604D1" w:rsidP="000627AB">
      <w:pPr>
        <w:pStyle w:val="Kop2"/>
        <w:rPr>
          <w:lang w:val="nl-BE"/>
        </w:rPr>
      </w:pPr>
      <w:r w:rsidRPr="00CA1954">
        <w:rPr>
          <w:lang w:val="nl-BE"/>
        </w:rPr>
        <w:br/>
      </w:r>
      <w:r w:rsidRPr="00BB65FF">
        <w:rPr>
          <w:lang w:val="nl-BE"/>
        </w:rPr>
        <w:t xml:space="preserve">Nieuwe punten: </w:t>
      </w:r>
    </w:p>
    <w:p w14:paraId="629E6D9F" w14:textId="2CD5D684" w:rsidR="00AC1B17" w:rsidRDefault="00AC1B17" w:rsidP="000627AB">
      <w:pPr>
        <w:pStyle w:val="Lijstalinea"/>
        <w:numPr>
          <w:ilvl w:val="0"/>
          <w:numId w:val="43"/>
        </w:numPr>
        <w:rPr>
          <w:lang w:val="nl-BE"/>
        </w:rPr>
      </w:pPr>
      <w:r>
        <w:rPr>
          <w:lang w:val="nl-BE"/>
        </w:rPr>
        <w:t>Is verlenging zone 30 mogelijk?</w:t>
      </w:r>
    </w:p>
    <w:p w14:paraId="09FCE9DD" w14:textId="77777777" w:rsidR="00AC1B17" w:rsidRDefault="000627AB" w:rsidP="00AC1B17">
      <w:pPr>
        <w:pStyle w:val="Lijstalinea"/>
        <w:rPr>
          <w:lang w:val="nl-BE"/>
        </w:rPr>
      </w:pPr>
      <w:r w:rsidRPr="000627AB">
        <w:rPr>
          <w:lang w:val="nl-BE"/>
        </w:rPr>
        <w:t xml:space="preserve">Er is een vraag vanuit de wijk om zone 30 te verlengen tot aan de </w:t>
      </w:r>
      <w:proofErr w:type="spellStart"/>
      <w:r w:rsidRPr="000627AB">
        <w:rPr>
          <w:lang w:val="nl-BE"/>
        </w:rPr>
        <w:t>Wolffaertshoflaan</w:t>
      </w:r>
      <w:proofErr w:type="spellEnd"/>
      <w:r w:rsidRPr="000627AB">
        <w:rPr>
          <w:lang w:val="nl-BE"/>
        </w:rPr>
        <w:t xml:space="preserve">. Dit werd onderzocht met een telkastje; de snelheid bleek mee te vallen. </w:t>
      </w:r>
    </w:p>
    <w:p w14:paraId="790C78CC" w14:textId="77777777" w:rsidR="00AC1B17" w:rsidRDefault="00AC1B17" w:rsidP="00AC1B17">
      <w:pPr>
        <w:pStyle w:val="Lijstalinea"/>
        <w:rPr>
          <w:lang w:val="nl-BE"/>
        </w:rPr>
      </w:pPr>
    </w:p>
    <w:p w14:paraId="74BE53C7" w14:textId="4827A7EA" w:rsidR="00AC1B17" w:rsidRPr="003934F5" w:rsidRDefault="00AC1B17" w:rsidP="00AC1B17">
      <w:pPr>
        <w:pStyle w:val="Lijstalinea"/>
        <w:rPr>
          <w:u w:val="single"/>
          <w:lang w:val="nl-BE"/>
        </w:rPr>
      </w:pPr>
      <w:r w:rsidRPr="003934F5">
        <w:rPr>
          <w:u w:val="single"/>
          <w:lang w:val="nl-BE"/>
        </w:rPr>
        <w:t>Antwoord</w:t>
      </w:r>
      <w:r w:rsidR="005810B4">
        <w:rPr>
          <w:u w:val="single"/>
          <w:lang w:val="nl-BE"/>
        </w:rPr>
        <w:t xml:space="preserve"> Bart:</w:t>
      </w:r>
    </w:p>
    <w:p w14:paraId="230B5297" w14:textId="5E621B4D" w:rsidR="000627AB" w:rsidRPr="000627AB" w:rsidRDefault="000627AB" w:rsidP="00AC1B17">
      <w:pPr>
        <w:pStyle w:val="Lijstalinea"/>
        <w:rPr>
          <w:lang w:val="nl-BE"/>
        </w:rPr>
      </w:pPr>
      <w:r w:rsidRPr="000627AB">
        <w:rPr>
          <w:lang w:val="nl-BE"/>
        </w:rPr>
        <w:t xml:space="preserve">Binnen de </w:t>
      </w:r>
      <w:proofErr w:type="spellStart"/>
      <w:r w:rsidRPr="000627AB">
        <w:rPr>
          <w:lang w:val="nl-BE"/>
        </w:rPr>
        <w:t>verkeerscel</w:t>
      </w:r>
      <w:proofErr w:type="spellEnd"/>
      <w:r w:rsidRPr="000627AB">
        <w:rPr>
          <w:lang w:val="nl-BE"/>
        </w:rPr>
        <w:t xml:space="preserve"> werd dit niet als noodzakelijk beschouwd</w:t>
      </w:r>
      <w:r>
        <w:rPr>
          <w:lang w:val="nl-BE"/>
        </w:rPr>
        <w:t>, m</w:t>
      </w:r>
      <w:r w:rsidRPr="000627AB">
        <w:rPr>
          <w:lang w:val="nl-BE"/>
        </w:rPr>
        <w:t xml:space="preserve">ogelijk is een verlenging haalbaar, maar niet tot aan de </w:t>
      </w:r>
      <w:proofErr w:type="spellStart"/>
      <w:r w:rsidRPr="000627AB">
        <w:rPr>
          <w:lang w:val="nl-BE"/>
        </w:rPr>
        <w:t>Wolffaertshoflaan</w:t>
      </w:r>
      <w:proofErr w:type="spellEnd"/>
      <w:r w:rsidRPr="000627AB">
        <w:rPr>
          <w:lang w:val="nl-BE"/>
        </w:rPr>
        <w:t>.</w:t>
      </w:r>
    </w:p>
    <w:p w14:paraId="17F8CE85" w14:textId="2DFB1A0C" w:rsidR="002003B8" w:rsidRPr="008F7685" w:rsidRDefault="006604D1" w:rsidP="00BB65FF">
      <w:pPr>
        <w:pStyle w:val="Kop1"/>
        <w:rPr>
          <w:lang w:val="nl-BE"/>
        </w:rPr>
      </w:pPr>
      <w:r w:rsidRPr="008F7685">
        <w:rPr>
          <w:lang w:val="nl-BE"/>
        </w:rPr>
        <w:t>Wijk Lindenbos</w:t>
      </w:r>
    </w:p>
    <w:p w14:paraId="5E83D223" w14:textId="152309BD" w:rsidR="007474A4" w:rsidRDefault="006604D1" w:rsidP="00BB65FF">
      <w:pPr>
        <w:pStyle w:val="Kop2"/>
        <w:rPr>
          <w:lang w:val="nl-BE"/>
        </w:rPr>
      </w:pPr>
      <w:r w:rsidRPr="00F068FD">
        <w:rPr>
          <w:lang w:val="nl-BE"/>
        </w:rPr>
        <w:t>Lopende dossiers</w:t>
      </w:r>
      <w:r w:rsidRPr="00CA1954">
        <w:rPr>
          <w:lang w:val="nl-BE"/>
        </w:rPr>
        <w:t xml:space="preserve">: </w:t>
      </w:r>
      <w:r w:rsidR="00F068FD" w:rsidRPr="00F068FD">
        <w:rPr>
          <w:lang w:val="nl-BE"/>
        </w:rPr>
        <w:t>(zie verslagen vorige wijkraadvoorzittersvergaderingen)</w:t>
      </w:r>
    </w:p>
    <w:p w14:paraId="43BB7F24" w14:textId="0ABE8503" w:rsidR="007474A4" w:rsidRDefault="007474A4" w:rsidP="00790339">
      <w:pPr>
        <w:pStyle w:val="Lijstalinea"/>
        <w:numPr>
          <w:ilvl w:val="0"/>
          <w:numId w:val="30"/>
        </w:numPr>
        <w:rPr>
          <w:lang w:val="nl-BE"/>
        </w:rPr>
      </w:pPr>
      <w:proofErr w:type="spellStart"/>
      <w:r w:rsidRPr="00790339">
        <w:rPr>
          <w:lang w:val="nl-BE"/>
        </w:rPr>
        <w:t>stavaza</w:t>
      </w:r>
      <w:proofErr w:type="spellEnd"/>
      <w:r w:rsidRPr="00790339">
        <w:rPr>
          <w:lang w:val="nl-BE"/>
        </w:rPr>
        <w:t xml:space="preserve"> project Lindenbos</w:t>
      </w:r>
      <w:r w:rsidR="00F068FD" w:rsidRPr="00790339">
        <w:rPr>
          <w:lang w:val="nl-BE"/>
        </w:rPr>
        <w:t xml:space="preserve"> </w:t>
      </w:r>
      <w:r w:rsidR="000627AB">
        <w:rPr>
          <w:lang w:val="nl-BE"/>
        </w:rPr>
        <w:t>:</w:t>
      </w:r>
    </w:p>
    <w:p w14:paraId="2CB574A5" w14:textId="50EDC688" w:rsidR="00282833" w:rsidRPr="000627AB" w:rsidRDefault="00282833" w:rsidP="000627AB">
      <w:pPr>
        <w:pStyle w:val="Lijstalinea"/>
        <w:rPr>
          <w:lang w:val="nl-BE"/>
        </w:rPr>
      </w:pPr>
      <w:r w:rsidRPr="000627AB">
        <w:rPr>
          <w:lang w:val="nl-BE"/>
        </w:rPr>
        <w:t>RUP is opgestart en zou max een jaar mogen duren</w:t>
      </w:r>
      <w:r w:rsidR="00AC1B17">
        <w:rPr>
          <w:lang w:val="nl-BE"/>
        </w:rPr>
        <w:t>.</w:t>
      </w:r>
    </w:p>
    <w:p w14:paraId="3F177834" w14:textId="2DC1A956" w:rsidR="002003B8" w:rsidRDefault="006604D1" w:rsidP="00BB65FF">
      <w:pPr>
        <w:pStyle w:val="Kop2"/>
        <w:rPr>
          <w:lang w:val="nl-BE"/>
        </w:rPr>
      </w:pPr>
      <w:r w:rsidRPr="00F068FD">
        <w:rPr>
          <w:lang w:val="nl-BE"/>
        </w:rPr>
        <w:lastRenderedPageBreak/>
        <w:t>Nieuwe punten: [nieuwe vragen of voorstellen]</w:t>
      </w:r>
    </w:p>
    <w:p w14:paraId="1286A591" w14:textId="4CE63AA1" w:rsidR="009341E7" w:rsidRPr="000627AB" w:rsidRDefault="000627AB" w:rsidP="000627AB">
      <w:pPr>
        <w:pStyle w:val="Lijstalinea"/>
        <w:rPr>
          <w:lang w:val="nl-BE"/>
        </w:rPr>
      </w:pPr>
      <w:r w:rsidRPr="000627AB">
        <w:rPr>
          <w:lang w:val="nl-BE"/>
        </w:rPr>
        <w:t>E</w:t>
      </w:r>
      <w:r w:rsidR="00282833" w:rsidRPr="000627AB">
        <w:rPr>
          <w:lang w:val="nl-BE"/>
        </w:rPr>
        <w:t>r wordt veel via de meldingsfiches doorgegeven</w:t>
      </w:r>
      <w:r w:rsidR="00AC1B17">
        <w:rPr>
          <w:lang w:val="nl-BE"/>
        </w:rPr>
        <w:t>.</w:t>
      </w:r>
    </w:p>
    <w:p w14:paraId="026B47B6" w14:textId="77777777" w:rsidR="002003B8" w:rsidRPr="008F7685" w:rsidRDefault="006604D1" w:rsidP="00BB65FF">
      <w:pPr>
        <w:pStyle w:val="Kop1"/>
        <w:rPr>
          <w:lang w:val="nl-BE"/>
        </w:rPr>
      </w:pPr>
      <w:r w:rsidRPr="008F7685">
        <w:rPr>
          <w:lang w:val="nl-BE"/>
        </w:rPr>
        <w:t>Wijk Ten Dorpe</w:t>
      </w:r>
    </w:p>
    <w:p w14:paraId="004E3B23" w14:textId="6EE551EB" w:rsidR="0064117E" w:rsidRDefault="0064117E" w:rsidP="00BB65FF">
      <w:pPr>
        <w:pStyle w:val="Kop2"/>
        <w:rPr>
          <w:lang w:val="nl-BE"/>
        </w:rPr>
      </w:pPr>
      <w:r w:rsidRPr="00CA1954">
        <w:rPr>
          <w:lang w:val="nl-BE"/>
        </w:rPr>
        <w:t xml:space="preserve">Lopende dossiers: </w:t>
      </w:r>
      <w:r w:rsidR="00F068FD">
        <w:rPr>
          <w:lang w:val="nl-BE"/>
        </w:rPr>
        <w:t>(zie verslagen vorige wijkraadvoorzittersvergaderingen)</w:t>
      </w:r>
    </w:p>
    <w:p w14:paraId="6D1353D7" w14:textId="4FA2EC71" w:rsidR="0064117E" w:rsidRPr="009341E7" w:rsidRDefault="0064117E" w:rsidP="009341E7">
      <w:pPr>
        <w:pStyle w:val="Lijstalinea"/>
        <w:numPr>
          <w:ilvl w:val="0"/>
          <w:numId w:val="18"/>
        </w:numPr>
        <w:rPr>
          <w:lang w:val="nl-BE"/>
        </w:rPr>
      </w:pPr>
    </w:p>
    <w:p w14:paraId="20D85EE2" w14:textId="297DDEE5" w:rsidR="00040A10" w:rsidRPr="00040A10" w:rsidRDefault="0064117E" w:rsidP="00040A10">
      <w:pPr>
        <w:pStyle w:val="Kop2"/>
      </w:pPr>
      <w:proofErr w:type="spellStart"/>
      <w:r w:rsidRPr="00BB65FF">
        <w:rPr>
          <w:rStyle w:val="Kop4Char"/>
          <w:b/>
          <w:bCs/>
          <w:i w:val="0"/>
          <w:iCs w:val="0"/>
        </w:rPr>
        <w:t>Nieuwe</w:t>
      </w:r>
      <w:proofErr w:type="spellEnd"/>
      <w:r w:rsidRPr="00BB65FF">
        <w:rPr>
          <w:rStyle w:val="Kop4Char"/>
          <w:b/>
          <w:bCs/>
          <w:i w:val="0"/>
          <w:iCs w:val="0"/>
        </w:rPr>
        <w:t xml:space="preserve"> </w:t>
      </w:r>
      <w:proofErr w:type="spellStart"/>
      <w:r w:rsidRPr="00BB65FF">
        <w:rPr>
          <w:rStyle w:val="Kop4Char"/>
          <w:b/>
          <w:bCs/>
          <w:i w:val="0"/>
          <w:iCs w:val="0"/>
        </w:rPr>
        <w:t>punten</w:t>
      </w:r>
      <w:proofErr w:type="spellEnd"/>
      <w:r w:rsidRPr="00BB65FF">
        <w:t>:</w:t>
      </w:r>
    </w:p>
    <w:p w14:paraId="52BA5222" w14:textId="16FAF0E0" w:rsidR="00AC1B17" w:rsidRDefault="000627AB" w:rsidP="0064117E">
      <w:pPr>
        <w:pStyle w:val="Lijstalinea"/>
        <w:numPr>
          <w:ilvl w:val="0"/>
          <w:numId w:val="19"/>
        </w:numPr>
        <w:rPr>
          <w:lang w:val="nl-BE"/>
        </w:rPr>
      </w:pPr>
      <w:r w:rsidRPr="000627AB">
        <w:rPr>
          <w:lang w:val="nl-BE"/>
        </w:rPr>
        <w:t xml:space="preserve">Leon </w:t>
      </w:r>
      <w:proofErr w:type="spellStart"/>
      <w:r w:rsidRPr="000627AB">
        <w:rPr>
          <w:lang w:val="nl-BE"/>
        </w:rPr>
        <w:t>Gilliotlaan</w:t>
      </w:r>
      <w:proofErr w:type="spellEnd"/>
      <w:r w:rsidRPr="000627AB">
        <w:rPr>
          <w:lang w:val="nl-BE"/>
        </w:rPr>
        <w:t xml:space="preserve"> (fietsstraat): problemen met naleving verkeersregels</w:t>
      </w:r>
      <w:r w:rsidR="00AC1B17">
        <w:rPr>
          <w:lang w:val="nl-BE"/>
        </w:rPr>
        <w:t xml:space="preserve">: </w:t>
      </w:r>
    </w:p>
    <w:p w14:paraId="1D2C099D" w14:textId="413D5C72" w:rsidR="005810B4" w:rsidRPr="005810B4" w:rsidRDefault="005810B4" w:rsidP="00AC1B17">
      <w:pPr>
        <w:pStyle w:val="Lijstalinea"/>
        <w:rPr>
          <w:u w:val="single"/>
          <w:lang w:val="nl-BE"/>
        </w:rPr>
      </w:pPr>
    </w:p>
    <w:p w14:paraId="4D25B31C" w14:textId="34618B5C" w:rsidR="0064117E" w:rsidRDefault="0064117E" w:rsidP="00AC1B17">
      <w:pPr>
        <w:pStyle w:val="Lijstalinea"/>
        <w:rPr>
          <w:lang w:val="nl-BE"/>
        </w:rPr>
      </w:pPr>
      <w:r>
        <w:rPr>
          <w:lang w:val="nl-BE"/>
        </w:rPr>
        <w:t xml:space="preserve">De Leon </w:t>
      </w:r>
      <w:proofErr w:type="spellStart"/>
      <w:r>
        <w:rPr>
          <w:lang w:val="nl-BE"/>
        </w:rPr>
        <w:t>Gilliotlaan</w:t>
      </w:r>
      <w:proofErr w:type="spellEnd"/>
      <w:r>
        <w:rPr>
          <w:lang w:val="nl-BE"/>
        </w:rPr>
        <w:t xml:space="preserve"> is een fietsstraat, maar we stellen vast dat auto’s zelden de verkeersregels hier volgen en fietsers voorbijsteken, dikwijls hoger dan 30km/u.</w:t>
      </w:r>
    </w:p>
    <w:p w14:paraId="5C12007C" w14:textId="77777777" w:rsidR="00FC5666" w:rsidRDefault="0064117E" w:rsidP="0064117E">
      <w:pPr>
        <w:pStyle w:val="Lijstalinea"/>
        <w:rPr>
          <w:lang w:val="nl-BE"/>
        </w:rPr>
      </w:pPr>
      <w:r>
        <w:rPr>
          <w:lang w:val="nl-BE"/>
        </w:rPr>
        <w:t>Uiteraard begrijp ik dit enigszins omdat , in tegenstelling tot so</w:t>
      </w:r>
      <w:r w:rsidR="00FC5666">
        <w:rPr>
          <w:lang w:val="nl-BE"/>
        </w:rPr>
        <w:t xml:space="preserve">mmige andere fietsstraten, deze straat breder is om “probleemloos” toch de fiets in te halen. </w:t>
      </w:r>
    </w:p>
    <w:p w14:paraId="380F2990" w14:textId="77777777" w:rsidR="00FC5666" w:rsidRDefault="00FC5666" w:rsidP="0064117E">
      <w:pPr>
        <w:pStyle w:val="Lijstalinea"/>
        <w:rPr>
          <w:lang w:val="nl-BE"/>
        </w:rPr>
      </w:pPr>
    </w:p>
    <w:p w14:paraId="2E4E7EEB" w14:textId="77777777" w:rsidR="00FC5666" w:rsidRDefault="00FC5666" w:rsidP="0064117E">
      <w:pPr>
        <w:pStyle w:val="Lijstalinea"/>
        <w:rPr>
          <w:lang w:val="nl-BE"/>
        </w:rPr>
      </w:pPr>
      <w:r>
        <w:rPr>
          <w:lang w:val="nl-BE"/>
        </w:rPr>
        <w:t xml:space="preserve">Suggestie: </w:t>
      </w:r>
    </w:p>
    <w:p w14:paraId="401EB0E0" w14:textId="05531534" w:rsidR="00FC5666" w:rsidRPr="00FC5666" w:rsidRDefault="00FC5666" w:rsidP="00FC5666">
      <w:pPr>
        <w:pStyle w:val="Lijstalinea"/>
        <w:numPr>
          <w:ilvl w:val="0"/>
          <w:numId w:val="20"/>
        </w:numPr>
        <w:rPr>
          <w:lang w:val="nl-BE"/>
        </w:rPr>
      </w:pPr>
      <w:r w:rsidRPr="00FC5666">
        <w:rPr>
          <w:lang w:val="nl-BE"/>
        </w:rPr>
        <w:t xml:space="preserve">meer handhaving, hetgeen misschien moeilijk is? </w:t>
      </w:r>
    </w:p>
    <w:p w14:paraId="4AEE7632" w14:textId="53BECC50" w:rsidR="00461A75" w:rsidRPr="00B136F5" w:rsidRDefault="00FC5666" w:rsidP="00FC5666">
      <w:pPr>
        <w:pStyle w:val="Lijstalinea"/>
        <w:numPr>
          <w:ilvl w:val="0"/>
          <w:numId w:val="20"/>
        </w:numPr>
        <w:rPr>
          <w:lang w:val="nl-BE"/>
        </w:rPr>
      </w:pPr>
      <w:r w:rsidRPr="00AC1B17">
        <w:rPr>
          <w:lang w:val="nl-BE"/>
        </w:rPr>
        <w:t>Verkeersremmers</w:t>
      </w:r>
      <w:r>
        <w:rPr>
          <w:lang w:val="nl-BE"/>
        </w:rPr>
        <w:t xml:space="preserve">, </w:t>
      </w:r>
      <w:r w:rsidR="00461A75">
        <w:rPr>
          <w:lang w:val="nl-BE"/>
        </w:rPr>
        <w:t>bv.</w:t>
      </w:r>
      <w:r>
        <w:rPr>
          <w:lang w:val="nl-BE"/>
        </w:rPr>
        <w:t xml:space="preserve"> Bloembakken zoals in de </w:t>
      </w:r>
      <w:proofErr w:type="spellStart"/>
      <w:r>
        <w:rPr>
          <w:lang w:val="nl-BE"/>
        </w:rPr>
        <w:t>Carillolei</w:t>
      </w:r>
      <w:proofErr w:type="spellEnd"/>
      <w:r>
        <w:rPr>
          <w:lang w:val="nl-BE"/>
        </w:rPr>
        <w:t>.</w:t>
      </w:r>
    </w:p>
    <w:p w14:paraId="173600BD" w14:textId="77777777" w:rsidR="00AC1B17" w:rsidRDefault="00AC1B17" w:rsidP="00AC1B17">
      <w:pPr>
        <w:pStyle w:val="Lijstalinea"/>
        <w:rPr>
          <w:lang w:val="nl-BE"/>
        </w:rPr>
      </w:pPr>
      <w:r w:rsidRPr="00AC1B17">
        <w:rPr>
          <w:lang w:val="nl-BE"/>
        </w:rPr>
        <w:t xml:space="preserve">            </w:t>
      </w:r>
    </w:p>
    <w:p w14:paraId="3E0C4FB7" w14:textId="39C35F91" w:rsidR="00FC5666" w:rsidRPr="00AC1B17" w:rsidRDefault="00FC5666" w:rsidP="00AC1B17">
      <w:pPr>
        <w:pStyle w:val="Lijstalinea"/>
        <w:rPr>
          <w:u w:val="single"/>
          <w:lang w:val="nl-BE"/>
        </w:rPr>
      </w:pPr>
      <w:r w:rsidRPr="00AC1B17">
        <w:rPr>
          <w:u w:val="single"/>
          <w:lang w:val="nl-BE"/>
        </w:rPr>
        <w:t>Antwoord</w:t>
      </w:r>
      <w:r w:rsidR="008F7685" w:rsidRPr="00AC1B17">
        <w:rPr>
          <w:u w:val="single"/>
          <w:lang w:val="nl-BE"/>
        </w:rPr>
        <w:t xml:space="preserve"> (mobiliteit): 6.11.2025</w:t>
      </w:r>
    </w:p>
    <w:p w14:paraId="526D3664" w14:textId="6FFCFC5D" w:rsidR="008F7685" w:rsidRPr="00AC1B17" w:rsidRDefault="008F7685" w:rsidP="00AC1B17">
      <w:pPr>
        <w:pStyle w:val="Lijstalinea"/>
        <w:rPr>
          <w:lang w:val="nl-BE"/>
        </w:rPr>
      </w:pPr>
      <w:r w:rsidRPr="00AC1B17">
        <w:rPr>
          <w:lang w:val="nl-BE"/>
        </w:rPr>
        <w:t>Het betreft een niet ongekende situatie. Sinds de invoering van de fietszone hebben we al verschillende maatregelen genomen om de verkeersveiligheid te verbeteren. Zo werd extra bebording geplaatst om bestuurders er duidelijk op te wijzen dat ze zich in een fietszone bevinden. Daarnaast is op meerdere plaatsen in de straat bijkomende thermoplastische markering met het opschrift ‘Fietszone’ aangebracht.</w:t>
      </w:r>
    </w:p>
    <w:p w14:paraId="42CC7F2F" w14:textId="77777777" w:rsidR="008F7685" w:rsidRPr="00AC1B17" w:rsidRDefault="008F7685" w:rsidP="00AC1B17">
      <w:pPr>
        <w:pStyle w:val="Lijstalinea"/>
        <w:rPr>
          <w:lang w:val="nl-BE"/>
        </w:rPr>
      </w:pPr>
      <w:r w:rsidRPr="00AC1B17">
        <w:rPr>
          <w:lang w:val="nl-BE"/>
        </w:rPr>
        <w:t>Ook de politie zet hier sterker op in. Zowel de lokale politie als de verkeersdienst rijden regelmatig door de zone en treden op waar nodig.</w:t>
      </w:r>
    </w:p>
    <w:p w14:paraId="5BFFFDAF" w14:textId="4013CBB3" w:rsidR="00040A10" w:rsidRPr="00AC1B17" w:rsidRDefault="008F7685" w:rsidP="00AC1B17">
      <w:pPr>
        <w:pStyle w:val="Lijstalinea"/>
        <w:rPr>
          <w:lang w:val="nl-BE"/>
        </w:rPr>
      </w:pPr>
      <w:r w:rsidRPr="00AC1B17">
        <w:rPr>
          <w:lang w:val="nl-BE"/>
        </w:rPr>
        <w:t xml:space="preserve">Tot slot geef ik graag nog mee dat, na de werken aan de Laar–Kapellestraat, onmiddellijk wordt overgegaan naar de herinrichting van de Leon </w:t>
      </w:r>
      <w:proofErr w:type="spellStart"/>
      <w:r w:rsidRPr="00AC1B17">
        <w:rPr>
          <w:lang w:val="nl-BE"/>
        </w:rPr>
        <w:t>Gilliotlaan</w:t>
      </w:r>
      <w:proofErr w:type="spellEnd"/>
      <w:r w:rsidRPr="00AC1B17">
        <w:rPr>
          <w:lang w:val="nl-BE"/>
        </w:rPr>
        <w:t>. Daarbij wordt getracht de lijn van de vernieuwde Lindelei door te trekken, waardoor het straatbeeld aanzienlijk zal veranderen en veel leesbaarder zal worden voor bestuurders.</w:t>
      </w:r>
    </w:p>
    <w:p w14:paraId="3BD05029" w14:textId="7C494959" w:rsidR="00B136F5" w:rsidRPr="00040A10" w:rsidRDefault="00FC5666" w:rsidP="00FC5666">
      <w:pPr>
        <w:numPr>
          <w:ilvl w:val="0"/>
          <w:numId w:val="19"/>
        </w:numPr>
        <w:spacing w:before="100" w:beforeAutospacing="1" w:after="100" w:afterAutospacing="1" w:line="240" w:lineRule="auto"/>
        <w:rPr>
          <w:rFonts w:ascii="Calibri" w:eastAsia="Times New Roman" w:hAnsi="Calibri" w:cs="Calibri"/>
          <w:color w:val="000000"/>
          <w:lang w:val="nl-BE"/>
        </w:rPr>
      </w:pPr>
      <w:r w:rsidRPr="00FC5666">
        <w:rPr>
          <w:rFonts w:ascii="Calibri" w:eastAsia="Times New Roman" w:hAnsi="Calibri" w:cs="Calibri"/>
          <w:color w:val="000000"/>
          <w:lang w:val="nl-BE"/>
        </w:rPr>
        <w:t xml:space="preserve">Doortrekken gele suggestiestrook in de B.v. </w:t>
      </w:r>
      <w:proofErr w:type="spellStart"/>
      <w:r w:rsidRPr="00FC5666">
        <w:rPr>
          <w:rFonts w:ascii="Calibri" w:eastAsia="Times New Roman" w:hAnsi="Calibri" w:cs="Calibri"/>
          <w:color w:val="000000"/>
          <w:lang w:val="nl-BE"/>
        </w:rPr>
        <w:t>Ertbornstraat</w:t>
      </w:r>
      <w:proofErr w:type="spellEnd"/>
      <w:r w:rsidRPr="00FC5666">
        <w:rPr>
          <w:rFonts w:ascii="Calibri" w:eastAsia="Times New Roman" w:hAnsi="Calibri" w:cs="Calibri"/>
          <w:color w:val="000000"/>
          <w:lang w:val="nl-BE"/>
        </w:rPr>
        <w:t>, richting Kleistraat. Heb al van Bart hierover de nodige info gekregen maar wilde gewoon weten in hoeverre dit op termijn kan worden gerealiseerd.</w:t>
      </w:r>
    </w:p>
    <w:p w14:paraId="6114C8EC" w14:textId="53B0AC56" w:rsidR="00FC5666" w:rsidRPr="00AC1B17" w:rsidRDefault="00FC5666" w:rsidP="00AC1B17">
      <w:pPr>
        <w:pStyle w:val="Lijstalinea"/>
        <w:rPr>
          <w:u w:val="single"/>
          <w:lang w:val="nl-BE"/>
        </w:rPr>
      </w:pPr>
      <w:r w:rsidRPr="00AC1B17">
        <w:rPr>
          <w:u w:val="single"/>
          <w:lang w:val="nl-BE"/>
        </w:rPr>
        <w:t>Antwoord</w:t>
      </w:r>
      <w:r w:rsidR="008F7685" w:rsidRPr="00AC1B17">
        <w:rPr>
          <w:u w:val="single"/>
          <w:lang w:val="nl-BE"/>
        </w:rPr>
        <w:t xml:space="preserve"> (mobiliteit): 6.11.2025</w:t>
      </w:r>
    </w:p>
    <w:p w14:paraId="0E09ED61" w14:textId="41A00478" w:rsidR="00FC5666" w:rsidRPr="00AC1B17" w:rsidRDefault="008F7685" w:rsidP="00AC1B17">
      <w:pPr>
        <w:pStyle w:val="Lijstalinea"/>
        <w:rPr>
          <w:lang w:val="nl-BE"/>
        </w:rPr>
      </w:pPr>
      <w:r w:rsidRPr="00AC1B17">
        <w:rPr>
          <w:lang w:val="nl-BE"/>
        </w:rPr>
        <w:t>Dit werd opgenomen en hier zijn offertes voor binnen. Vermoedelijk wordt dit iets dat voor het voorjaar van 2026 zal worden vernieuwd. Rekening houdend met de temperatuur en andere weersomstandigheden.</w:t>
      </w:r>
    </w:p>
    <w:p w14:paraId="3D41188E" w14:textId="77777777" w:rsidR="00113E85" w:rsidRDefault="00113E85" w:rsidP="008F7685">
      <w:pPr>
        <w:spacing w:before="100" w:beforeAutospacing="1" w:after="100" w:afterAutospacing="1" w:line="240" w:lineRule="auto"/>
        <w:rPr>
          <w:rFonts w:ascii="Calibri" w:eastAsia="Times New Roman" w:hAnsi="Calibri" w:cs="Calibri"/>
          <w:color w:val="FF0000"/>
          <w:lang w:val="nl-BE"/>
        </w:rPr>
      </w:pPr>
    </w:p>
    <w:p w14:paraId="145CF1DF" w14:textId="77777777" w:rsidR="00113E85" w:rsidRPr="00B136F5" w:rsidRDefault="00113E85" w:rsidP="008F7685">
      <w:pPr>
        <w:spacing w:before="100" w:beforeAutospacing="1" w:after="100" w:afterAutospacing="1" w:line="240" w:lineRule="auto"/>
        <w:rPr>
          <w:rFonts w:ascii="Calibri" w:eastAsia="Times New Roman" w:hAnsi="Calibri" w:cs="Calibri"/>
          <w:color w:val="FF0000"/>
          <w:lang w:val="nl-BE"/>
        </w:rPr>
      </w:pPr>
    </w:p>
    <w:p w14:paraId="0337E8F8" w14:textId="77777777" w:rsidR="00FC5666" w:rsidRDefault="00FC5666" w:rsidP="00FC5666">
      <w:pPr>
        <w:numPr>
          <w:ilvl w:val="0"/>
          <w:numId w:val="19"/>
        </w:numPr>
        <w:spacing w:before="100" w:beforeAutospacing="1" w:after="100" w:afterAutospacing="1" w:line="240" w:lineRule="auto"/>
        <w:rPr>
          <w:rFonts w:ascii="Calibri" w:eastAsia="Times New Roman" w:hAnsi="Calibri" w:cs="Calibri"/>
          <w:color w:val="000000"/>
          <w:lang w:val="nl-BE"/>
        </w:rPr>
      </w:pPr>
      <w:r w:rsidRPr="00FC5666">
        <w:rPr>
          <w:rFonts w:ascii="Calibri" w:eastAsia="Times New Roman" w:hAnsi="Calibri" w:cs="Calibri"/>
          <w:color w:val="000000"/>
          <w:lang w:val="nl-BE"/>
        </w:rPr>
        <w:t>Is het mogelijk nog eens een meer gedetailleerde timing te geven over de toekomstige werken in de dorpskern en de gevolgen voor het openbaar vervoer. </w:t>
      </w:r>
    </w:p>
    <w:p w14:paraId="1BF07EF9" w14:textId="1ED060DB" w:rsidR="00FC5666" w:rsidRPr="00AC1B17" w:rsidRDefault="00FC5666" w:rsidP="00AC1B17">
      <w:pPr>
        <w:pStyle w:val="Lijstalinea"/>
        <w:rPr>
          <w:u w:val="single"/>
          <w:lang w:val="nl-BE"/>
        </w:rPr>
      </w:pPr>
      <w:r w:rsidRPr="00AC1B17">
        <w:rPr>
          <w:u w:val="single"/>
          <w:lang w:val="nl-BE"/>
        </w:rPr>
        <w:t>Antwoord</w:t>
      </w:r>
      <w:r w:rsidR="008F7685" w:rsidRPr="00AC1B17">
        <w:rPr>
          <w:u w:val="single"/>
          <w:lang w:val="nl-BE"/>
        </w:rPr>
        <w:t xml:space="preserve"> (mobiliteit)</w:t>
      </w:r>
      <w:r w:rsidR="009341E7" w:rsidRPr="00AC1B17">
        <w:rPr>
          <w:u w:val="single"/>
          <w:lang w:val="nl-BE"/>
        </w:rPr>
        <w:t xml:space="preserve"> Steven</w:t>
      </w:r>
      <w:r w:rsidR="008F7685" w:rsidRPr="00AC1B17">
        <w:rPr>
          <w:u w:val="single"/>
          <w:lang w:val="nl-BE"/>
        </w:rPr>
        <w:t>: 6.11.2025</w:t>
      </w:r>
    </w:p>
    <w:p w14:paraId="06113A66" w14:textId="5DFA1739" w:rsidR="00EA18F8" w:rsidRPr="00AC1B17" w:rsidRDefault="008F7685" w:rsidP="00AC1B17">
      <w:pPr>
        <w:pStyle w:val="Lijstalinea"/>
        <w:rPr>
          <w:lang w:val="nl-BE"/>
        </w:rPr>
      </w:pPr>
      <w:r w:rsidRPr="00AC1B17">
        <w:rPr>
          <w:lang w:val="nl-BE"/>
        </w:rPr>
        <w:t xml:space="preserve">Dat is eerder heel moeilijk. Er is nog geen aannemer aangesteld en het is net die die de fasering bepaald. Momenteel lopen er wel gesprekken met De Lijn en andere belanghebbende i.v.m. de omleidingen. Hier hebben we ook nog niet echt een pasklaar antwoord voor dit omwille van de complexiteit. Het is zo dat we ook rekening dienen te houden met de verplaatsing van de wekelijkse markt, maar ook met de aankomende werken van Barones </w:t>
      </w:r>
      <w:proofErr w:type="spellStart"/>
      <w:r w:rsidRPr="00AC1B17">
        <w:rPr>
          <w:lang w:val="nl-BE"/>
        </w:rPr>
        <w:t>Ludwina</w:t>
      </w:r>
      <w:proofErr w:type="spellEnd"/>
      <w:r w:rsidRPr="00AC1B17">
        <w:rPr>
          <w:lang w:val="nl-BE"/>
        </w:rPr>
        <w:t xml:space="preserve"> de </w:t>
      </w:r>
      <w:proofErr w:type="spellStart"/>
      <w:r w:rsidRPr="00AC1B17">
        <w:rPr>
          <w:lang w:val="nl-BE"/>
        </w:rPr>
        <w:t>Borrekenslaan</w:t>
      </w:r>
      <w:proofErr w:type="spellEnd"/>
      <w:r w:rsidRPr="00AC1B17">
        <w:rPr>
          <w:lang w:val="nl-BE"/>
        </w:rPr>
        <w:t>.</w:t>
      </w:r>
    </w:p>
    <w:p w14:paraId="749E44ED" w14:textId="77777777" w:rsidR="00AC1B17" w:rsidRDefault="00AC1B17" w:rsidP="00AC1B17">
      <w:pPr>
        <w:pStyle w:val="Lijstalinea"/>
        <w:rPr>
          <w:lang w:val="nl-BE"/>
        </w:rPr>
      </w:pPr>
    </w:p>
    <w:p w14:paraId="1ADD0FE3" w14:textId="5FC71C87" w:rsidR="000C0B1A" w:rsidRDefault="000C0B1A" w:rsidP="00AC1B17">
      <w:pPr>
        <w:pStyle w:val="Lijstalinea"/>
        <w:rPr>
          <w:lang w:val="nl-BE"/>
        </w:rPr>
      </w:pPr>
      <w:r w:rsidRPr="00AC1B17">
        <w:rPr>
          <w:lang w:val="nl-BE"/>
        </w:rPr>
        <w:t>De omgevingsvergunning is op het college goedgekeurd.</w:t>
      </w:r>
    </w:p>
    <w:p w14:paraId="2ED3EA76" w14:textId="77777777" w:rsidR="00AC1B17" w:rsidRPr="00AC1B17" w:rsidRDefault="00AC1B17" w:rsidP="00AC1B17">
      <w:pPr>
        <w:pStyle w:val="Lijstalinea"/>
        <w:rPr>
          <w:lang w:val="nl-BE"/>
        </w:rPr>
      </w:pPr>
    </w:p>
    <w:p w14:paraId="3A5DEC14" w14:textId="05C8B4F3" w:rsidR="008F7685" w:rsidRDefault="008F7685" w:rsidP="008F7685">
      <w:pPr>
        <w:pStyle w:val="Lijstalinea"/>
        <w:numPr>
          <w:ilvl w:val="0"/>
          <w:numId w:val="19"/>
        </w:numPr>
        <w:spacing w:before="100" w:beforeAutospacing="1" w:after="100" w:afterAutospacing="1" w:line="240" w:lineRule="auto"/>
        <w:rPr>
          <w:rFonts w:ascii="Calibri" w:eastAsia="Times New Roman" w:hAnsi="Calibri" w:cs="Calibri"/>
          <w:lang w:val="nl-BE"/>
        </w:rPr>
      </w:pPr>
      <w:r w:rsidRPr="008F7685">
        <w:rPr>
          <w:rFonts w:ascii="Calibri" w:eastAsia="Times New Roman" w:hAnsi="Calibri" w:cs="Calibri"/>
          <w:lang w:val="nl-BE"/>
        </w:rPr>
        <w:t>Omleidingen De Lijn wanneer de werken starten in de Kapellestraat en het Laar</w:t>
      </w:r>
    </w:p>
    <w:p w14:paraId="205BE939" w14:textId="77777777" w:rsidR="00AC1B17" w:rsidRDefault="00AC1B17" w:rsidP="00AC1B17">
      <w:pPr>
        <w:pStyle w:val="Lijstalinea"/>
        <w:rPr>
          <w:u w:val="single"/>
          <w:lang w:val="nl-BE"/>
        </w:rPr>
      </w:pPr>
    </w:p>
    <w:p w14:paraId="194AD90D" w14:textId="5597170B" w:rsidR="008F7685" w:rsidRPr="00AC1B17" w:rsidRDefault="008F7685" w:rsidP="00AC1B17">
      <w:pPr>
        <w:pStyle w:val="Lijstalinea"/>
        <w:rPr>
          <w:u w:val="single"/>
          <w:lang w:val="nl-BE"/>
        </w:rPr>
      </w:pPr>
      <w:r w:rsidRPr="00AC1B17">
        <w:rPr>
          <w:u w:val="single"/>
          <w:lang w:val="nl-BE"/>
        </w:rPr>
        <w:t>Antwoord: (Bart): 10.11.2025</w:t>
      </w:r>
    </w:p>
    <w:p w14:paraId="68AAC09F" w14:textId="6E849E21" w:rsidR="002003B8" w:rsidRDefault="002213FA" w:rsidP="00AC1B17">
      <w:pPr>
        <w:pStyle w:val="Lijstalinea"/>
        <w:rPr>
          <w:lang w:val="nl-BE"/>
        </w:rPr>
      </w:pPr>
      <w:r w:rsidRPr="00AC1B17">
        <w:rPr>
          <w:lang w:val="nl-BE"/>
        </w:rPr>
        <w:t>We hebben voor de eigenlijke werken recent een overleg met De Lijn gehad en onze gemeentelijke administratie. Verschillende pistes zijn overlopen, maar alles staat of valt daarin ook met de tijdelijke nieuwe locatie voor de markt. Eerst moeten we daar als gemeentebestuur de knoop in doorhakken. Vervolgens zouden we dan ook de verschillende faseringen van de aannemer moeten kennen. En dan kunnen de omleidingen van De Lijn definitief worden uitgetekend.</w:t>
      </w:r>
    </w:p>
    <w:p w14:paraId="58E8CF94" w14:textId="77777777" w:rsidR="00AC1B17" w:rsidRPr="00AC1B17" w:rsidRDefault="00AC1B17" w:rsidP="00AC1B17">
      <w:pPr>
        <w:pStyle w:val="Lijstalinea"/>
        <w:rPr>
          <w:lang w:val="nl-BE"/>
        </w:rPr>
      </w:pPr>
    </w:p>
    <w:p w14:paraId="32D6CCDF" w14:textId="149F7C39" w:rsidR="000C0B1A" w:rsidRDefault="000C0B1A" w:rsidP="00AC1B17">
      <w:pPr>
        <w:pStyle w:val="Lijstalinea"/>
        <w:rPr>
          <w:lang w:val="nl-BE"/>
        </w:rPr>
      </w:pPr>
      <w:proofErr w:type="spellStart"/>
      <w:r w:rsidRPr="00AC1B17">
        <w:rPr>
          <w:lang w:val="nl-BE"/>
        </w:rPr>
        <w:t>Flexnet</w:t>
      </w:r>
      <w:proofErr w:type="spellEnd"/>
      <w:r w:rsidRPr="00AC1B17">
        <w:rPr>
          <w:lang w:val="nl-BE"/>
        </w:rPr>
        <w:t xml:space="preserve"> heeft stevige boost gekregen;</w:t>
      </w:r>
    </w:p>
    <w:p w14:paraId="0416E2DD" w14:textId="77777777" w:rsidR="00AC1B17" w:rsidRPr="00AC1B17" w:rsidRDefault="00AC1B17" w:rsidP="00AC1B17">
      <w:pPr>
        <w:pStyle w:val="Lijstalinea"/>
        <w:rPr>
          <w:lang w:val="nl-BE"/>
        </w:rPr>
      </w:pPr>
    </w:p>
    <w:p w14:paraId="0E1CAF3B" w14:textId="22317AAB" w:rsidR="000C0B1A" w:rsidRPr="00AC1B17" w:rsidRDefault="000C0B1A" w:rsidP="00AC1B17">
      <w:pPr>
        <w:pStyle w:val="Lijstalinea"/>
        <w:rPr>
          <w:lang w:val="nl-BE"/>
        </w:rPr>
      </w:pPr>
      <w:r w:rsidRPr="00AC1B17">
        <w:rPr>
          <w:lang w:val="nl-BE"/>
        </w:rPr>
        <w:t xml:space="preserve">Je kan op voorhand een reservatie maken, ofwel brengt die u naar bestemming of naar een halte waar er wel een aansluiting is. </w:t>
      </w:r>
    </w:p>
    <w:p w14:paraId="79AC73BE" w14:textId="77777777" w:rsidR="002003B8" w:rsidRPr="0064117E" w:rsidRDefault="006604D1" w:rsidP="00BB65FF">
      <w:pPr>
        <w:pStyle w:val="Kop1"/>
        <w:rPr>
          <w:lang w:val="nl-BE"/>
        </w:rPr>
      </w:pPr>
      <w:r w:rsidRPr="0064117E">
        <w:rPr>
          <w:lang w:val="nl-BE"/>
        </w:rPr>
        <w:t>Wijk Koekoek</w:t>
      </w:r>
    </w:p>
    <w:p w14:paraId="5BB7D06B" w14:textId="228FCBA7" w:rsidR="00790339" w:rsidRPr="00790339" w:rsidRDefault="006604D1" w:rsidP="005810B4">
      <w:pPr>
        <w:pStyle w:val="Kop2"/>
        <w:rPr>
          <w:lang w:val="nl-BE"/>
        </w:rPr>
      </w:pPr>
      <w:r w:rsidRPr="00F068FD">
        <w:rPr>
          <w:lang w:val="nl-BE"/>
        </w:rPr>
        <w:t xml:space="preserve">Lopende dossiers: </w:t>
      </w:r>
      <w:r w:rsidR="00AE3AE7">
        <w:rPr>
          <w:lang w:val="nl-BE"/>
        </w:rPr>
        <w:t>(zie verslagen vorige wijkraadvoorzittersvergaderingen)</w:t>
      </w:r>
    </w:p>
    <w:p w14:paraId="72FCD723" w14:textId="018483F0" w:rsidR="00F068FD" w:rsidRDefault="00F068FD" w:rsidP="00790339">
      <w:pPr>
        <w:pStyle w:val="Lijstalinea"/>
        <w:numPr>
          <w:ilvl w:val="0"/>
          <w:numId w:val="31"/>
        </w:numPr>
        <w:rPr>
          <w:lang w:val="nl-BE"/>
        </w:rPr>
      </w:pPr>
      <w:r w:rsidRPr="00790339">
        <w:rPr>
          <w:lang w:val="nl-BE"/>
        </w:rPr>
        <w:t>Rioleringsproject Matenstraat/</w:t>
      </w:r>
      <w:proofErr w:type="spellStart"/>
      <w:r w:rsidRPr="00790339">
        <w:rPr>
          <w:lang w:val="nl-BE"/>
        </w:rPr>
        <w:t>Pierstraat</w:t>
      </w:r>
      <w:proofErr w:type="spellEnd"/>
      <w:r w:rsidRPr="00790339">
        <w:rPr>
          <w:lang w:val="nl-BE"/>
        </w:rPr>
        <w:t xml:space="preserve"> – </w:t>
      </w:r>
      <w:proofErr w:type="spellStart"/>
      <w:r w:rsidRPr="00790339">
        <w:rPr>
          <w:lang w:val="nl-BE"/>
        </w:rPr>
        <w:t>Pierstraat</w:t>
      </w:r>
      <w:proofErr w:type="spellEnd"/>
      <w:r w:rsidRPr="00790339">
        <w:rPr>
          <w:lang w:val="nl-BE"/>
        </w:rPr>
        <w:t xml:space="preserve"> tussen Escape en A12</w:t>
      </w:r>
      <w:r w:rsidR="005810B4">
        <w:rPr>
          <w:lang w:val="nl-BE"/>
        </w:rPr>
        <w:t>:</w:t>
      </w:r>
    </w:p>
    <w:p w14:paraId="1A41A4F1" w14:textId="366F0803" w:rsidR="006D4005" w:rsidRDefault="005810B4" w:rsidP="007625B0">
      <w:pPr>
        <w:pStyle w:val="Lijstalinea"/>
        <w:rPr>
          <w:lang w:val="nl-BE"/>
        </w:rPr>
      </w:pPr>
      <w:r>
        <w:rPr>
          <w:lang w:val="nl-BE"/>
        </w:rPr>
        <w:t xml:space="preserve">De </w:t>
      </w:r>
      <w:r w:rsidR="006D4005" w:rsidRPr="006D4005">
        <w:rPr>
          <w:lang w:val="nl-BE"/>
        </w:rPr>
        <w:t xml:space="preserve">werken </w:t>
      </w:r>
      <w:r>
        <w:rPr>
          <w:lang w:val="nl-BE"/>
        </w:rPr>
        <w:t xml:space="preserve">zijn </w:t>
      </w:r>
      <w:r w:rsidR="006D4005" w:rsidRPr="006D4005">
        <w:rPr>
          <w:lang w:val="nl-BE"/>
        </w:rPr>
        <w:t>afgerond, feestelijke opening op 17 januari om 11u.</w:t>
      </w:r>
    </w:p>
    <w:p w14:paraId="15B757CB" w14:textId="77777777" w:rsidR="007625B0" w:rsidRPr="007625B0" w:rsidRDefault="007625B0" w:rsidP="007625B0">
      <w:pPr>
        <w:pStyle w:val="Lijstalinea"/>
        <w:rPr>
          <w:lang w:val="nl-BE"/>
        </w:rPr>
      </w:pPr>
    </w:p>
    <w:p w14:paraId="7D82BDE8" w14:textId="3E6A5575" w:rsidR="00790339" w:rsidRPr="00790339" w:rsidRDefault="00F068FD" w:rsidP="00790339">
      <w:pPr>
        <w:pStyle w:val="Lijstalinea"/>
        <w:numPr>
          <w:ilvl w:val="0"/>
          <w:numId w:val="31"/>
        </w:numPr>
        <w:rPr>
          <w:lang w:val="nl-BE"/>
        </w:rPr>
      </w:pPr>
      <w:r w:rsidRPr="00790339">
        <w:rPr>
          <w:lang w:val="nl-BE"/>
        </w:rPr>
        <w:t>Camera’s aan de Koekoekstraat</w:t>
      </w:r>
      <w:r w:rsidR="0041450D" w:rsidRPr="00790339">
        <w:rPr>
          <w:lang w:val="nl-BE"/>
        </w:rPr>
        <w:t xml:space="preserve">: </w:t>
      </w:r>
    </w:p>
    <w:p w14:paraId="6BCE6451" w14:textId="2F9B16AE" w:rsidR="00D319B6" w:rsidRDefault="00D319B6" w:rsidP="006D4005">
      <w:pPr>
        <w:pStyle w:val="Lijstalinea"/>
        <w:rPr>
          <w:lang w:val="nl-BE"/>
        </w:rPr>
      </w:pPr>
      <w:r>
        <w:rPr>
          <w:lang w:val="nl-BE"/>
        </w:rPr>
        <w:t xml:space="preserve">John: </w:t>
      </w:r>
      <w:r w:rsidRPr="00D319B6">
        <w:rPr>
          <w:lang w:val="nl-BE"/>
        </w:rPr>
        <w:t>Heeft rechtspraak i.v.m. camera's trajectcontrole door privé firma's impact op ons project? Timing?</w:t>
      </w:r>
    </w:p>
    <w:p w14:paraId="30703745" w14:textId="77777777" w:rsidR="006D4005" w:rsidRDefault="006D4005" w:rsidP="006D4005">
      <w:pPr>
        <w:pStyle w:val="Lijstalinea"/>
        <w:rPr>
          <w:lang w:val="nl-BE"/>
        </w:rPr>
      </w:pPr>
    </w:p>
    <w:p w14:paraId="690D80AD" w14:textId="048309ED" w:rsidR="00B136F5" w:rsidRPr="006D4005" w:rsidRDefault="00B136F5" w:rsidP="006D4005">
      <w:pPr>
        <w:pStyle w:val="Lijstalinea"/>
        <w:rPr>
          <w:u w:val="single"/>
          <w:lang w:val="nl-BE"/>
        </w:rPr>
      </w:pPr>
      <w:r w:rsidRPr="006D4005">
        <w:rPr>
          <w:u w:val="single"/>
          <w:lang w:val="nl-BE"/>
        </w:rPr>
        <w:t xml:space="preserve">Antwoord (mobiliteit): </w:t>
      </w:r>
      <w:r w:rsidR="00D319B6" w:rsidRPr="006D4005">
        <w:rPr>
          <w:u w:val="single"/>
          <w:lang w:val="nl-BE"/>
        </w:rPr>
        <w:t>Steven</w:t>
      </w:r>
      <w:r w:rsidR="005B4B27" w:rsidRPr="006D4005">
        <w:rPr>
          <w:u w:val="single"/>
          <w:lang w:val="nl-BE"/>
        </w:rPr>
        <w:t xml:space="preserve"> (03.12.2025)</w:t>
      </w:r>
      <w:r w:rsidR="00D319B6" w:rsidRPr="006D4005">
        <w:rPr>
          <w:u w:val="single"/>
          <w:lang w:val="nl-BE"/>
        </w:rPr>
        <w:t xml:space="preserve">: </w:t>
      </w:r>
    </w:p>
    <w:p w14:paraId="27577402" w14:textId="2C0B9042" w:rsidR="00D319B6" w:rsidRPr="006D4005" w:rsidRDefault="00D319B6" w:rsidP="006D4005">
      <w:pPr>
        <w:pStyle w:val="Lijstalinea"/>
        <w:rPr>
          <w:lang w:val="nl-BE"/>
        </w:rPr>
      </w:pPr>
      <w:r w:rsidRPr="006D4005">
        <w:rPr>
          <w:lang w:val="nl-BE"/>
        </w:rPr>
        <w:lastRenderedPageBreak/>
        <w:t>Het dossier rond de camera’s is volop in behandeling. De offerte voor de nieuwe camera’s is nog niet zo lang geleden binnengekomen en intussen werd het deel voor Aartselaar berekend. Dit moet nog worden goedgekeurd door het college. De dienst Mobiliteit is momenteel bezig met de voorbereiding van het agendapunt.</w:t>
      </w:r>
    </w:p>
    <w:p w14:paraId="48FFE82A" w14:textId="77777777" w:rsidR="006D4005" w:rsidRDefault="006D4005" w:rsidP="006D4005">
      <w:pPr>
        <w:pStyle w:val="Lijstalinea"/>
        <w:rPr>
          <w:lang w:val="nl-BE"/>
        </w:rPr>
      </w:pPr>
    </w:p>
    <w:p w14:paraId="5FB6928F" w14:textId="5C050E3C" w:rsidR="00D319B6" w:rsidRPr="006D4005" w:rsidRDefault="00D319B6" w:rsidP="006D4005">
      <w:pPr>
        <w:pStyle w:val="Lijstalinea"/>
        <w:rPr>
          <w:lang w:val="nl-BE"/>
        </w:rPr>
      </w:pPr>
      <w:r w:rsidRPr="006D4005">
        <w:rPr>
          <w:lang w:val="nl-BE"/>
        </w:rPr>
        <w:t>Er komt dus een camerawissel: de nieuwe camera’s worden door ons aangekocht en de huidige zullen verdwijnen. Daarnaast zal er nog een bewonersbrief worden verstuurd om iedereen te informeren over deze wijziging.</w:t>
      </w:r>
    </w:p>
    <w:p w14:paraId="22C046D7" w14:textId="77777777" w:rsidR="006D4005" w:rsidRDefault="006D4005" w:rsidP="006D4005">
      <w:pPr>
        <w:pStyle w:val="Lijstalinea"/>
        <w:rPr>
          <w:lang w:val="nl-BE"/>
        </w:rPr>
      </w:pPr>
    </w:p>
    <w:p w14:paraId="6BAD3FA8" w14:textId="2C61B888" w:rsidR="00D319B6" w:rsidRPr="006D4005" w:rsidRDefault="00D319B6" w:rsidP="006D4005">
      <w:pPr>
        <w:pStyle w:val="Lijstalinea"/>
        <w:rPr>
          <w:lang w:val="nl-BE"/>
        </w:rPr>
      </w:pPr>
      <w:r w:rsidRPr="006D4005">
        <w:rPr>
          <w:lang w:val="nl-BE"/>
        </w:rPr>
        <w:t xml:space="preserve">De recente rechtspraak heeft geen impact op onze camera’s, omdat wij de verwerking niet uitbesteden aan </w:t>
      </w:r>
      <w:proofErr w:type="spellStart"/>
      <w:r w:rsidRPr="006D4005">
        <w:rPr>
          <w:lang w:val="nl-BE"/>
        </w:rPr>
        <w:t>T</w:t>
      </w:r>
      <w:r w:rsidR="00E02A91">
        <w:rPr>
          <w:lang w:val="nl-BE"/>
        </w:rPr>
        <w:t>aaAA</w:t>
      </w:r>
      <w:r w:rsidRPr="006D4005">
        <w:rPr>
          <w:lang w:val="nl-BE"/>
        </w:rPr>
        <w:t>S</w:t>
      </w:r>
      <w:proofErr w:type="spellEnd"/>
      <w:r w:rsidRPr="006D4005">
        <w:rPr>
          <w:lang w:val="nl-BE"/>
        </w:rPr>
        <w:t>-firma’s. Alle vaststellingen worden door ons eigen personeel gedaan.</w:t>
      </w:r>
    </w:p>
    <w:p w14:paraId="1BE47BD6" w14:textId="77777777" w:rsidR="006D4005" w:rsidRDefault="006D4005" w:rsidP="006D4005">
      <w:pPr>
        <w:pStyle w:val="Lijstalinea"/>
        <w:rPr>
          <w:lang w:val="nl-BE"/>
        </w:rPr>
      </w:pPr>
    </w:p>
    <w:p w14:paraId="125A4B84" w14:textId="456A58FB" w:rsidR="00D319B6" w:rsidRPr="006D4005" w:rsidRDefault="00D319B6" w:rsidP="006D4005">
      <w:pPr>
        <w:pStyle w:val="Lijstalinea"/>
        <w:rPr>
          <w:lang w:val="nl-BE"/>
        </w:rPr>
      </w:pPr>
      <w:r w:rsidRPr="006D4005">
        <w:rPr>
          <w:lang w:val="nl-BE"/>
        </w:rPr>
        <w:t>Wat de timing betreft, zijn we deels afhankelijk van onze buurgemeente, aangezien we samen moeten opstarten. Hun budgetten zijn alvast ook al voorzien.</w:t>
      </w:r>
    </w:p>
    <w:p w14:paraId="2DCBA3DA" w14:textId="77777777" w:rsidR="006D4005" w:rsidRDefault="006D4005" w:rsidP="006D4005">
      <w:pPr>
        <w:pStyle w:val="Lijstalinea"/>
        <w:rPr>
          <w:u w:val="single"/>
          <w:lang w:val="nl-BE"/>
        </w:rPr>
      </w:pPr>
    </w:p>
    <w:p w14:paraId="40007E07" w14:textId="675E756C" w:rsidR="00D319B6" w:rsidRPr="006D4005" w:rsidRDefault="00D319B6" w:rsidP="006D4005">
      <w:pPr>
        <w:pStyle w:val="Lijstalinea"/>
        <w:rPr>
          <w:u w:val="single"/>
          <w:lang w:val="nl-BE"/>
        </w:rPr>
      </w:pPr>
      <w:r w:rsidRPr="006D4005">
        <w:rPr>
          <w:u w:val="single"/>
          <w:lang w:val="nl-BE"/>
        </w:rPr>
        <w:t>Toelichting door Bart:</w:t>
      </w:r>
    </w:p>
    <w:p w14:paraId="367C4829" w14:textId="381EF474" w:rsidR="003D3580" w:rsidRPr="006D4005" w:rsidRDefault="003D3580" w:rsidP="006D4005">
      <w:pPr>
        <w:pStyle w:val="Lijstalinea"/>
        <w:rPr>
          <w:lang w:val="nl-BE"/>
        </w:rPr>
      </w:pPr>
      <w:r w:rsidRPr="006D4005">
        <w:rPr>
          <w:lang w:val="nl-BE"/>
        </w:rPr>
        <w:t>In  het MJP staat 96 000 euro klaar voor de camera’s.</w:t>
      </w:r>
    </w:p>
    <w:p w14:paraId="2E1D4D80" w14:textId="1F806DCD" w:rsidR="00790339" w:rsidRDefault="00593B12" w:rsidP="006D4005">
      <w:pPr>
        <w:pStyle w:val="Lijstalinea"/>
        <w:rPr>
          <w:lang w:val="nl-BE"/>
        </w:rPr>
      </w:pPr>
      <w:r w:rsidRPr="006D4005">
        <w:rPr>
          <w:lang w:val="nl-BE"/>
        </w:rPr>
        <w:t>In wijk Koekoek = GAS 4 , vooral gericht op sluipverkeer</w:t>
      </w:r>
    </w:p>
    <w:p w14:paraId="4E130E53" w14:textId="77777777" w:rsidR="006D4005" w:rsidRPr="006D4005" w:rsidRDefault="006D4005" w:rsidP="006D4005">
      <w:pPr>
        <w:pStyle w:val="Lijstalinea"/>
        <w:rPr>
          <w:lang w:val="nl-BE"/>
        </w:rPr>
      </w:pPr>
    </w:p>
    <w:p w14:paraId="7665F63B" w14:textId="7CDA6CD9" w:rsidR="00ED48BF" w:rsidRDefault="00F068FD" w:rsidP="00790339">
      <w:pPr>
        <w:pStyle w:val="Lijstalinea"/>
        <w:numPr>
          <w:ilvl w:val="0"/>
          <w:numId w:val="31"/>
        </w:numPr>
        <w:rPr>
          <w:lang w:val="nl-BE"/>
        </w:rPr>
      </w:pPr>
      <w:r>
        <w:rPr>
          <w:lang w:val="nl-BE"/>
        </w:rPr>
        <w:t xml:space="preserve">Banken aan het </w:t>
      </w:r>
      <w:proofErr w:type="spellStart"/>
      <w:r>
        <w:rPr>
          <w:lang w:val="nl-BE"/>
        </w:rPr>
        <w:t>Kapelleke</w:t>
      </w:r>
      <w:proofErr w:type="spellEnd"/>
      <w:r>
        <w:rPr>
          <w:lang w:val="nl-BE"/>
        </w:rPr>
        <w:t xml:space="preserve"> (26.10.2023)</w:t>
      </w:r>
    </w:p>
    <w:p w14:paraId="009923CD" w14:textId="77777777" w:rsidR="006D4005" w:rsidRDefault="006D4005" w:rsidP="006D4005">
      <w:pPr>
        <w:pStyle w:val="Lijstalinea"/>
        <w:rPr>
          <w:u w:val="single"/>
          <w:lang w:val="nl-BE"/>
        </w:rPr>
      </w:pPr>
    </w:p>
    <w:p w14:paraId="388E373D" w14:textId="50AC6485" w:rsidR="00B136F5" w:rsidRPr="006D4005" w:rsidRDefault="00B136F5" w:rsidP="006D4005">
      <w:pPr>
        <w:pStyle w:val="Lijstalinea"/>
        <w:rPr>
          <w:u w:val="single"/>
          <w:lang w:val="nl-BE"/>
        </w:rPr>
      </w:pPr>
      <w:r w:rsidRPr="006D4005">
        <w:rPr>
          <w:u w:val="single"/>
          <w:lang w:val="nl-BE"/>
        </w:rPr>
        <w:t>Antwoord van Hans:</w:t>
      </w:r>
    </w:p>
    <w:p w14:paraId="08299ACA" w14:textId="4C584ADD" w:rsidR="00646016" w:rsidRDefault="00ED48BF" w:rsidP="006D4005">
      <w:pPr>
        <w:pStyle w:val="Lijstalinea"/>
        <w:rPr>
          <w:lang w:val="nl-BE"/>
        </w:rPr>
      </w:pPr>
      <w:r w:rsidRPr="006D4005">
        <w:rPr>
          <w:lang w:val="nl-BE"/>
        </w:rPr>
        <w:t xml:space="preserve">Er staat een bank aan het </w:t>
      </w:r>
      <w:proofErr w:type="spellStart"/>
      <w:r w:rsidRPr="006D4005">
        <w:rPr>
          <w:lang w:val="nl-BE"/>
        </w:rPr>
        <w:t>Kapelleke</w:t>
      </w:r>
      <w:proofErr w:type="spellEnd"/>
      <w:r w:rsidRPr="006D4005">
        <w:rPr>
          <w:lang w:val="nl-BE"/>
        </w:rPr>
        <w:t>, ooit, misschien naar aanleiding van het 100-jarig bestaan en het voetpad dat daar dan wordt aangelegd, kunnen we dan een nieuwe bank zetten</w:t>
      </w:r>
      <w:r w:rsidR="00B136F5" w:rsidRPr="006D4005">
        <w:rPr>
          <w:lang w:val="nl-BE"/>
        </w:rPr>
        <w:t>.</w:t>
      </w:r>
    </w:p>
    <w:p w14:paraId="607A2561" w14:textId="77777777" w:rsidR="006D4005" w:rsidRDefault="006D4005" w:rsidP="006D4005">
      <w:pPr>
        <w:pStyle w:val="Lijstalinea"/>
        <w:rPr>
          <w:lang w:val="nl-BE"/>
        </w:rPr>
      </w:pPr>
    </w:p>
    <w:p w14:paraId="0D76CEBC" w14:textId="240708F3" w:rsidR="006D4005" w:rsidRDefault="006D4005" w:rsidP="006D4005">
      <w:pPr>
        <w:pStyle w:val="Lijstalinea"/>
        <w:rPr>
          <w:u w:val="single"/>
          <w:lang w:val="nl-BE"/>
        </w:rPr>
      </w:pPr>
      <w:r w:rsidRPr="006D4005">
        <w:rPr>
          <w:u w:val="single"/>
          <w:lang w:val="nl-BE"/>
        </w:rPr>
        <w:t>Antwoord Bart:</w:t>
      </w:r>
    </w:p>
    <w:p w14:paraId="3960676A" w14:textId="10B43641" w:rsidR="006D4005" w:rsidRPr="006D4005" w:rsidRDefault="006D4005" w:rsidP="006D4005">
      <w:pPr>
        <w:pStyle w:val="Lijstalinea"/>
        <w:rPr>
          <w:lang w:val="nl-BE"/>
        </w:rPr>
      </w:pPr>
      <w:r w:rsidRPr="006D4005">
        <w:rPr>
          <w:lang w:val="nl-BE"/>
        </w:rPr>
        <w:t xml:space="preserve">In het MJP is budget voorzien voor nieuwe en betere banken.. </w:t>
      </w:r>
      <w:r w:rsidRPr="003934F5">
        <w:rPr>
          <w:lang w:val="nl-BE"/>
        </w:rPr>
        <w:t>Het budget kadert bovendien binnen seniorenbeleid en toegankelijkheid.</w:t>
      </w:r>
    </w:p>
    <w:p w14:paraId="67E14B03" w14:textId="76C2D279" w:rsidR="002003B8" w:rsidRDefault="006604D1" w:rsidP="00BB65FF">
      <w:pPr>
        <w:pStyle w:val="Kop2"/>
        <w:rPr>
          <w:lang w:val="nl-BE"/>
        </w:rPr>
      </w:pPr>
      <w:r w:rsidRPr="00F068FD">
        <w:rPr>
          <w:lang w:val="nl-BE"/>
        </w:rPr>
        <w:t>Nieuwe punten: [nieuwe vragen of voorstellen]</w:t>
      </w:r>
    </w:p>
    <w:p w14:paraId="36C4AE3B" w14:textId="77777777" w:rsidR="0041450D" w:rsidRDefault="0041450D" w:rsidP="0041450D">
      <w:pPr>
        <w:pStyle w:val="Lijstalinea"/>
        <w:rPr>
          <w:lang w:val="nl-BE"/>
        </w:rPr>
      </w:pPr>
    </w:p>
    <w:p w14:paraId="264CE583" w14:textId="1808AFFC" w:rsidR="005810B4" w:rsidRDefault="0041450D" w:rsidP="00D657D3">
      <w:pPr>
        <w:pStyle w:val="Lijstalinea"/>
        <w:numPr>
          <w:ilvl w:val="0"/>
          <w:numId w:val="25"/>
        </w:numPr>
        <w:ind w:left="851"/>
        <w:rPr>
          <w:rFonts w:eastAsia="Times New Roman"/>
          <w:lang w:val="nl-BE"/>
        </w:rPr>
      </w:pPr>
      <w:proofErr w:type="spellStart"/>
      <w:r w:rsidRPr="0041450D">
        <w:rPr>
          <w:rFonts w:eastAsia="Times New Roman"/>
          <w:lang w:val="nl-BE"/>
        </w:rPr>
        <w:t>Sitrep</w:t>
      </w:r>
      <w:proofErr w:type="spellEnd"/>
      <w:r w:rsidRPr="0041450D">
        <w:rPr>
          <w:rFonts w:eastAsia="Times New Roman"/>
          <w:lang w:val="nl-BE"/>
        </w:rPr>
        <w:t xml:space="preserve"> van de </w:t>
      </w:r>
      <w:proofErr w:type="spellStart"/>
      <w:r w:rsidRPr="0041450D">
        <w:rPr>
          <w:rFonts w:eastAsia="Times New Roman"/>
          <w:lang w:val="nl-BE"/>
        </w:rPr>
        <w:t>tuinlei</w:t>
      </w:r>
      <w:proofErr w:type="spellEnd"/>
      <w:r w:rsidRPr="0041450D">
        <w:rPr>
          <w:rFonts w:eastAsia="Times New Roman"/>
          <w:lang w:val="nl-BE"/>
        </w:rPr>
        <w:t>, de 1 richting? Wat als het zo blijft en er een dodehoekongeval komt met een fietser? De nieuwe straat is heel smal geworden en wat als ze met 2 vrachtwagens passeren.</w:t>
      </w:r>
    </w:p>
    <w:p w14:paraId="5650147A" w14:textId="77777777" w:rsidR="00D657D3" w:rsidRPr="00D657D3" w:rsidRDefault="00D657D3" w:rsidP="00D657D3">
      <w:pPr>
        <w:pStyle w:val="Lijstalinea"/>
        <w:ind w:left="851"/>
        <w:rPr>
          <w:rFonts w:eastAsia="Times New Roman"/>
          <w:lang w:val="nl-BE"/>
        </w:rPr>
      </w:pPr>
    </w:p>
    <w:p w14:paraId="5E8F71F6" w14:textId="30BEE466" w:rsidR="00113E85" w:rsidRPr="006D4005" w:rsidRDefault="004F432A" w:rsidP="007625B0">
      <w:pPr>
        <w:pStyle w:val="Lijstalinea"/>
        <w:ind w:left="709"/>
        <w:rPr>
          <w:u w:val="single"/>
          <w:lang w:val="nl-BE"/>
        </w:rPr>
      </w:pPr>
      <w:r w:rsidRPr="006D4005">
        <w:rPr>
          <w:u w:val="single"/>
          <w:lang w:val="nl-BE"/>
        </w:rPr>
        <w:t>Antwoord (mobiliteit</w:t>
      </w:r>
      <w:r w:rsidR="00113E85" w:rsidRPr="006D4005">
        <w:rPr>
          <w:u w:val="single"/>
          <w:lang w:val="nl-BE"/>
        </w:rPr>
        <w:t xml:space="preserve">) </w:t>
      </w:r>
      <w:r w:rsidR="005B4B27" w:rsidRPr="006D4005">
        <w:rPr>
          <w:u w:val="single"/>
          <w:lang w:val="nl-BE"/>
        </w:rPr>
        <w:t xml:space="preserve">Steven: (03.12.2025): </w:t>
      </w:r>
    </w:p>
    <w:p w14:paraId="204CE656" w14:textId="095C88E1" w:rsidR="005B4B27" w:rsidRDefault="005B4B27" w:rsidP="006D4005">
      <w:pPr>
        <w:pStyle w:val="Lijstalinea"/>
        <w:rPr>
          <w:lang w:val="nl-BE"/>
        </w:rPr>
      </w:pPr>
      <w:r w:rsidRPr="006D4005">
        <w:rPr>
          <w:lang w:val="nl-BE"/>
        </w:rPr>
        <w:t xml:space="preserve">Voor </w:t>
      </w:r>
      <w:r w:rsidR="00EA18F8" w:rsidRPr="006D4005">
        <w:rPr>
          <w:lang w:val="nl-BE"/>
        </w:rPr>
        <w:t>deze</w:t>
      </w:r>
      <w:r w:rsidRPr="006D4005">
        <w:rPr>
          <w:lang w:val="nl-BE"/>
        </w:rPr>
        <w:t xml:space="preserve"> vraag kan Bart waarschijnlijk meer details geven. Ik weet wel dat hij aangaf dat Aartselaar, Schelle en Niel afstevenen op een dading die gunstig zou zijn voor de drie gemeenten. Wat er precies in die dading staat, kan ik helaas niet toelichten, maar hopelijk kan Bart dit verder aanvullen.</w:t>
      </w:r>
    </w:p>
    <w:p w14:paraId="7B7E564C" w14:textId="77777777" w:rsidR="006D4005" w:rsidRDefault="006D4005" w:rsidP="006D4005">
      <w:pPr>
        <w:pStyle w:val="Lijstalinea"/>
        <w:rPr>
          <w:lang w:val="nl-BE"/>
        </w:rPr>
      </w:pPr>
    </w:p>
    <w:p w14:paraId="1816DB4B" w14:textId="77777777" w:rsidR="00EB30BD" w:rsidRDefault="00EB30BD" w:rsidP="006D4005">
      <w:pPr>
        <w:pStyle w:val="Lijstalinea"/>
        <w:rPr>
          <w:u w:val="single"/>
          <w:lang w:val="nl-BE"/>
        </w:rPr>
      </w:pPr>
    </w:p>
    <w:p w14:paraId="30076347" w14:textId="77777777" w:rsidR="00EB30BD" w:rsidRDefault="00EB30BD" w:rsidP="006D4005">
      <w:pPr>
        <w:pStyle w:val="Lijstalinea"/>
        <w:rPr>
          <w:u w:val="single"/>
          <w:lang w:val="nl-BE"/>
        </w:rPr>
      </w:pPr>
    </w:p>
    <w:p w14:paraId="78C26AC9" w14:textId="3FE785DE" w:rsidR="006D4005" w:rsidRDefault="006D4005" w:rsidP="006D4005">
      <w:pPr>
        <w:pStyle w:val="Lijstalinea"/>
        <w:rPr>
          <w:u w:val="single"/>
          <w:lang w:val="nl-BE"/>
        </w:rPr>
      </w:pPr>
      <w:r w:rsidRPr="006D4005">
        <w:rPr>
          <w:u w:val="single"/>
          <w:lang w:val="nl-BE"/>
        </w:rPr>
        <w:t>Antwoord</w:t>
      </w:r>
      <w:r>
        <w:rPr>
          <w:u w:val="single"/>
          <w:lang w:val="nl-BE"/>
        </w:rPr>
        <w:t xml:space="preserve"> Bart:</w:t>
      </w:r>
    </w:p>
    <w:p w14:paraId="1A05A6CE" w14:textId="5937D380" w:rsidR="0041450D" w:rsidRDefault="006D4005" w:rsidP="007625B0">
      <w:pPr>
        <w:pStyle w:val="Lijstalinea"/>
        <w:rPr>
          <w:lang w:val="nl-BE"/>
        </w:rPr>
      </w:pPr>
      <w:r w:rsidRPr="006D4005">
        <w:rPr>
          <w:lang w:val="nl-BE"/>
        </w:rPr>
        <w:t xml:space="preserve">Begin dit jaar werd een dading afgesloten met </w:t>
      </w:r>
      <w:proofErr w:type="spellStart"/>
      <w:r w:rsidRPr="006D4005">
        <w:rPr>
          <w:lang w:val="nl-BE"/>
        </w:rPr>
        <w:t>M</w:t>
      </w:r>
      <w:r>
        <w:rPr>
          <w:lang w:val="nl-BE"/>
        </w:rPr>
        <w:t>o</w:t>
      </w:r>
      <w:r w:rsidRPr="006D4005">
        <w:rPr>
          <w:lang w:val="nl-BE"/>
        </w:rPr>
        <w:t>town</w:t>
      </w:r>
      <w:proofErr w:type="spellEnd"/>
      <w:r w:rsidRPr="006D4005">
        <w:rPr>
          <w:lang w:val="nl-BE"/>
        </w:rPr>
        <w:t xml:space="preserve">. De bedoeling is om de </w:t>
      </w:r>
      <w:proofErr w:type="spellStart"/>
      <w:r w:rsidR="00E02A91">
        <w:rPr>
          <w:lang w:val="nl-BE"/>
        </w:rPr>
        <w:t>T</w:t>
      </w:r>
      <w:r w:rsidRPr="006D4005">
        <w:rPr>
          <w:lang w:val="nl-BE"/>
        </w:rPr>
        <w:t>uinlei</w:t>
      </w:r>
      <w:proofErr w:type="spellEnd"/>
      <w:r w:rsidRPr="006D4005">
        <w:rPr>
          <w:lang w:val="nl-BE"/>
        </w:rPr>
        <w:t xml:space="preserve"> licht te verleggen, verder weg van het hoekperceel, om het zicht te verbeteren. Het verkeer valt al bij al mee</w:t>
      </w:r>
      <w:r w:rsidR="00E02A91">
        <w:rPr>
          <w:lang w:val="nl-BE"/>
        </w:rPr>
        <w:t>, de complete verzadiging uit vroegere studies is geen waarheid geworden.</w:t>
      </w:r>
      <w:r w:rsidRPr="006D4005">
        <w:rPr>
          <w:lang w:val="nl-BE"/>
        </w:rPr>
        <w:t xml:space="preserve"> Momenteel wordt samen met advocaten bekeken om tot een dading te komen met het oog op de toekomst.</w:t>
      </w:r>
    </w:p>
    <w:p w14:paraId="1B33C3E7" w14:textId="77777777" w:rsidR="007625B0" w:rsidRPr="007625B0" w:rsidRDefault="007625B0" w:rsidP="007625B0">
      <w:pPr>
        <w:pStyle w:val="Lijstalinea"/>
        <w:rPr>
          <w:lang w:val="nl-BE"/>
        </w:rPr>
      </w:pPr>
    </w:p>
    <w:p w14:paraId="0DC40956" w14:textId="77777777" w:rsidR="0041450D" w:rsidRDefault="0041450D" w:rsidP="007625B0">
      <w:pPr>
        <w:pStyle w:val="Lijstalinea"/>
        <w:numPr>
          <w:ilvl w:val="0"/>
          <w:numId w:val="25"/>
        </w:numPr>
        <w:ind w:left="709"/>
        <w:rPr>
          <w:rFonts w:eastAsia="Times New Roman"/>
          <w:lang w:val="nl-BE"/>
        </w:rPr>
      </w:pPr>
      <w:r w:rsidRPr="0041450D">
        <w:rPr>
          <w:rFonts w:eastAsia="Times New Roman"/>
          <w:lang w:val="nl-BE"/>
        </w:rPr>
        <w:t xml:space="preserve">De hagen aan de kant van Aartselaar, kan men hier ook peterschap van krijgen? </w:t>
      </w:r>
      <w:r w:rsidRPr="006D4005">
        <w:rPr>
          <w:rFonts w:eastAsia="Times New Roman"/>
          <w:lang w:val="nl-BE"/>
        </w:rPr>
        <w:t>Niet allemaal maar bv voor uw eigen huis?</w:t>
      </w:r>
    </w:p>
    <w:p w14:paraId="52BFEE63" w14:textId="77777777" w:rsidR="004F451A" w:rsidRDefault="006D4005" w:rsidP="004F451A">
      <w:pPr>
        <w:spacing w:after="0"/>
        <w:ind w:left="720"/>
        <w:rPr>
          <w:rFonts w:eastAsia="Times New Roman"/>
          <w:lang w:val="nl-BE"/>
        </w:rPr>
      </w:pPr>
      <w:r w:rsidRPr="006D4005">
        <w:rPr>
          <w:u w:val="single"/>
          <w:lang w:val="nl-BE"/>
        </w:rPr>
        <w:t>Antwoord</w:t>
      </w:r>
      <w:r>
        <w:rPr>
          <w:u w:val="single"/>
          <w:lang w:val="nl-BE"/>
        </w:rPr>
        <w:t xml:space="preserve"> Caroline (04.12.2025):</w:t>
      </w:r>
    </w:p>
    <w:p w14:paraId="4EDB6BD3" w14:textId="73064632" w:rsidR="005B4B27" w:rsidRPr="004F451A" w:rsidRDefault="005B4B27" w:rsidP="004F451A">
      <w:pPr>
        <w:ind w:left="720"/>
        <w:rPr>
          <w:rFonts w:eastAsia="Times New Roman"/>
          <w:lang w:val="nl-BE"/>
        </w:rPr>
      </w:pPr>
      <w:r w:rsidRPr="004F451A">
        <w:rPr>
          <w:lang w:val="nl-BE"/>
        </w:rPr>
        <w:t xml:space="preserve">We zijn al enige tijd bezig met een eventueel peterschap op te richten voor </w:t>
      </w:r>
      <w:proofErr w:type="spellStart"/>
      <w:r w:rsidRPr="004F451A">
        <w:rPr>
          <w:lang w:val="nl-BE"/>
        </w:rPr>
        <w:t>oa</w:t>
      </w:r>
      <w:proofErr w:type="spellEnd"/>
      <w:r w:rsidRPr="004F451A">
        <w:rPr>
          <w:lang w:val="nl-BE"/>
        </w:rPr>
        <w:t xml:space="preserve"> bloemenperken op het openbaar domein. Hagen kunnen hier misschien ook wel in opgenomen worden.</w:t>
      </w:r>
    </w:p>
    <w:p w14:paraId="36A23AAA" w14:textId="62DCD98C" w:rsidR="0041450D" w:rsidRPr="006D4005" w:rsidRDefault="005B4B27" w:rsidP="006D4005">
      <w:pPr>
        <w:pStyle w:val="Lijstalinea"/>
        <w:rPr>
          <w:lang w:val="nl-BE"/>
        </w:rPr>
      </w:pPr>
      <w:r w:rsidRPr="006D4005">
        <w:rPr>
          <w:lang w:val="nl-BE"/>
        </w:rPr>
        <w:t>Sta me toe om dit mee te nemen naar volgend jaar wanneer het project mogelijks zal opgestart worden.</w:t>
      </w:r>
    </w:p>
    <w:p w14:paraId="2CE7469C" w14:textId="1F2BCBAA" w:rsidR="00FD69E6" w:rsidRPr="00FD69E6" w:rsidRDefault="0041450D" w:rsidP="007625B0">
      <w:pPr>
        <w:numPr>
          <w:ilvl w:val="0"/>
          <w:numId w:val="25"/>
        </w:numPr>
        <w:spacing w:before="100" w:beforeAutospacing="1" w:after="0" w:line="240" w:lineRule="auto"/>
        <w:ind w:left="709"/>
        <w:rPr>
          <w:rFonts w:eastAsia="Times New Roman"/>
          <w:lang w:val="nl-BE"/>
        </w:rPr>
      </w:pPr>
      <w:r w:rsidRPr="0041450D">
        <w:rPr>
          <w:rFonts w:eastAsia="Times New Roman"/>
          <w:lang w:val="nl-BE"/>
        </w:rPr>
        <w:t>Status vergunning omheining buren van kapelletje?</w:t>
      </w:r>
    </w:p>
    <w:p w14:paraId="25E3A81A" w14:textId="77777777" w:rsidR="006D4005" w:rsidRDefault="006D4005" w:rsidP="006D4005">
      <w:pPr>
        <w:ind w:left="720"/>
        <w:rPr>
          <w:u w:val="single"/>
          <w:lang w:val="nl-BE"/>
        </w:rPr>
      </w:pPr>
    </w:p>
    <w:p w14:paraId="50A27434" w14:textId="684E7B78" w:rsidR="008C5BEC" w:rsidRPr="006D4005" w:rsidRDefault="008C5BEC" w:rsidP="004F451A">
      <w:pPr>
        <w:spacing w:after="0"/>
        <w:ind w:left="720"/>
        <w:rPr>
          <w:u w:val="single"/>
          <w:lang w:val="nl-BE"/>
        </w:rPr>
      </w:pPr>
      <w:r w:rsidRPr="006D4005">
        <w:rPr>
          <w:u w:val="single"/>
          <w:lang w:val="nl-BE"/>
        </w:rPr>
        <w:t xml:space="preserve">Antwoord van Sakina </w:t>
      </w:r>
      <w:r w:rsidR="00FD69E6" w:rsidRPr="006D4005">
        <w:rPr>
          <w:u w:val="single"/>
          <w:lang w:val="nl-BE"/>
        </w:rPr>
        <w:t xml:space="preserve">(03.12.2025): </w:t>
      </w:r>
    </w:p>
    <w:p w14:paraId="229C0732" w14:textId="05C77A10" w:rsidR="008C5BEC" w:rsidRPr="006D4005" w:rsidRDefault="00FD69E6" w:rsidP="006D4005">
      <w:pPr>
        <w:pStyle w:val="Lijstalinea"/>
        <w:rPr>
          <w:lang w:val="nl-BE"/>
        </w:rPr>
      </w:pPr>
      <w:r w:rsidRPr="006D4005">
        <w:rPr>
          <w:lang w:val="nl-BE"/>
        </w:rPr>
        <w:t>De aanvraag werd stopgezet de zwarte doeken werden verwijderd.</w:t>
      </w:r>
    </w:p>
    <w:p w14:paraId="3A7CFBB7" w14:textId="11492D10" w:rsidR="00593B12" w:rsidRPr="006D4005" w:rsidRDefault="00593B12" w:rsidP="006D4005">
      <w:pPr>
        <w:pStyle w:val="Lijstalinea"/>
        <w:rPr>
          <w:lang w:val="nl-BE"/>
        </w:rPr>
      </w:pPr>
      <w:r w:rsidRPr="006D4005">
        <w:rPr>
          <w:lang w:val="nl-BE"/>
        </w:rPr>
        <w:t>John: Er werd een beukenhaag aangelegd aan de binnenkant</w:t>
      </w:r>
    </w:p>
    <w:p w14:paraId="5134C1AD" w14:textId="1F1C8949" w:rsidR="0041450D" w:rsidRDefault="0041450D" w:rsidP="007625B0">
      <w:pPr>
        <w:numPr>
          <w:ilvl w:val="0"/>
          <w:numId w:val="25"/>
        </w:numPr>
        <w:spacing w:before="100" w:beforeAutospacing="1" w:after="100" w:afterAutospacing="1" w:line="240" w:lineRule="auto"/>
        <w:ind w:left="709"/>
        <w:rPr>
          <w:rFonts w:eastAsia="Times New Roman"/>
          <w:lang w:val="nl-BE"/>
        </w:rPr>
      </w:pPr>
      <w:r w:rsidRPr="0041450D">
        <w:rPr>
          <w:rFonts w:eastAsia="Times New Roman"/>
          <w:lang w:val="nl-BE"/>
        </w:rPr>
        <w:t>Status en timing sociale woningen?</w:t>
      </w:r>
    </w:p>
    <w:p w14:paraId="09260780" w14:textId="77777777" w:rsidR="008C5BEC" w:rsidRPr="006D4005" w:rsidRDefault="008C5BEC" w:rsidP="004F451A">
      <w:pPr>
        <w:spacing w:after="0"/>
        <w:ind w:left="720"/>
        <w:rPr>
          <w:u w:val="single"/>
          <w:lang w:val="nl-BE"/>
        </w:rPr>
      </w:pPr>
      <w:r w:rsidRPr="006D4005">
        <w:rPr>
          <w:u w:val="single"/>
          <w:lang w:val="nl-BE"/>
        </w:rPr>
        <w:t xml:space="preserve">Antwoord van </w:t>
      </w:r>
      <w:r w:rsidR="00FD69E6" w:rsidRPr="006D4005">
        <w:rPr>
          <w:u w:val="single"/>
          <w:lang w:val="nl-BE"/>
        </w:rPr>
        <w:t xml:space="preserve">Hilde: (01.12.2025): </w:t>
      </w:r>
    </w:p>
    <w:p w14:paraId="47B81D25" w14:textId="2BEF28D8" w:rsidR="00216B65" w:rsidRPr="007625B0" w:rsidRDefault="00FD69E6" w:rsidP="007625B0">
      <w:pPr>
        <w:pStyle w:val="Lijstalinea"/>
        <w:rPr>
          <w:lang w:val="nl-BE"/>
        </w:rPr>
      </w:pPr>
      <w:r w:rsidRPr="006D4005">
        <w:rPr>
          <w:lang w:val="nl-BE"/>
        </w:rPr>
        <w:t xml:space="preserve">De omgevingsvergunning is lopend voor dit project. </w:t>
      </w:r>
    </w:p>
    <w:p w14:paraId="0F5B0BB1" w14:textId="77777777" w:rsidR="007625B0" w:rsidRDefault="001B6360" w:rsidP="004F451A">
      <w:pPr>
        <w:spacing w:after="0"/>
        <w:ind w:left="720"/>
        <w:rPr>
          <w:u w:val="single"/>
          <w:lang w:val="nl-BE"/>
        </w:rPr>
      </w:pPr>
      <w:r w:rsidRPr="006D4005">
        <w:rPr>
          <w:u w:val="single"/>
          <w:lang w:val="nl-BE"/>
        </w:rPr>
        <w:t>Antwoord van Anja: (09.12.2025)</w:t>
      </w:r>
    </w:p>
    <w:p w14:paraId="3CD5B09A" w14:textId="2E911839" w:rsidR="001B6360" w:rsidRPr="007625B0" w:rsidRDefault="001B6360" w:rsidP="007625B0">
      <w:pPr>
        <w:ind w:left="720"/>
        <w:rPr>
          <w:u w:val="single"/>
          <w:lang w:val="nl-BE"/>
        </w:rPr>
      </w:pPr>
      <w:r w:rsidRPr="007625B0">
        <w:rPr>
          <w:lang w:val="nl-BE"/>
        </w:rPr>
        <w:t xml:space="preserve">het bouwen van sociale appartementen: 2 blokken (blok 1, 12 appartemeten, blok 2, 12 appartementen), fietsenstalling (inpandig 19-21), buitenaanleg (openluchtstaanplaatsen, openlucht(fietsen)parkings, toegangspaden, terrassen, oprit, stalplaats afval, muur/zitbank), wadi, speelheuvel, compensatiebuffer overstromingsgebied, plaatsen HS-cabine &amp; activiteiten ingedeelde inrichting (warmtepompen) - Emiel </w:t>
      </w:r>
      <w:proofErr w:type="spellStart"/>
      <w:r w:rsidRPr="007625B0">
        <w:rPr>
          <w:lang w:val="nl-BE"/>
        </w:rPr>
        <w:t>Hullebroecklaan</w:t>
      </w:r>
      <w:proofErr w:type="spellEnd"/>
      <w:r w:rsidRPr="007625B0">
        <w:rPr>
          <w:lang w:val="nl-BE"/>
        </w:rPr>
        <w:t xml:space="preserve"> 19-21 (19/001-002-003-101-102-103-104-105-201-202-203-204 - 21/001-002-003-101-102-103-104-105-201-202-203-204)</w:t>
      </w:r>
    </w:p>
    <w:p w14:paraId="2A58E8A4" w14:textId="27F0D97E" w:rsidR="001B6360" w:rsidRPr="006D4005" w:rsidRDefault="001B6360" w:rsidP="006D4005">
      <w:pPr>
        <w:pStyle w:val="Lijstalinea"/>
        <w:rPr>
          <w:lang w:val="nl-BE"/>
        </w:rPr>
      </w:pPr>
      <w:r w:rsidRPr="006D4005">
        <w:rPr>
          <w:lang w:val="nl-BE"/>
        </w:rPr>
        <w:t xml:space="preserve">Het openbaar onderzoek loopt van 13/11/2025 tot en met 12/12/2025. De uiterste vervaltermijn is dan 16/02/2026. Het dossier werd ingepland op de agenda van het </w:t>
      </w:r>
      <w:r w:rsidRPr="006D4005">
        <w:rPr>
          <w:lang w:val="nl-BE"/>
        </w:rPr>
        <w:lastRenderedPageBreak/>
        <w:t>college van burgemeester en schepenen op 02/02/2026. (Deze datum is nog onder voorbehoud).</w:t>
      </w:r>
    </w:p>
    <w:p w14:paraId="6FFC3D64" w14:textId="43EB4E30" w:rsidR="00BB65FF" w:rsidRDefault="006604D1" w:rsidP="00BB65FF">
      <w:pPr>
        <w:pStyle w:val="Kop1"/>
        <w:rPr>
          <w:lang w:val="nl-BE"/>
        </w:rPr>
      </w:pPr>
      <w:r w:rsidRPr="008F7685">
        <w:rPr>
          <w:lang w:val="nl-BE"/>
        </w:rPr>
        <w:t xml:space="preserve">Wijk </w:t>
      </w:r>
      <w:proofErr w:type="spellStart"/>
      <w:r w:rsidRPr="008F7685">
        <w:rPr>
          <w:lang w:val="nl-BE"/>
        </w:rPr>
        <w:t>Buerstede</w:t>
      </w:r>
      <w:proofErr w:type="spellEnd"/>
    </w:p>
    <w:p w14:paraId="272CEB6D" w14:textId="77777777" w:rsidR="00BB65FF" w:rsidRPr="00BB65FF" w:rsidRDefault="00BB65FF" w:rsidP="00BB65FF">
      <w:pPr>
        <w:rPr>
          <w:lang w:val="nl-BE"/>
        </w:rPr>
      </w:pPr>
    </w:p>
    <w:p w14:paraId="08DA22DB" w14:textId="2FD83851" w:rsidR="00BB65FF" w:rsidRDefault="006604D1" w:rsidP="00BB65FF">
      <w:pPr>
        <w:pStyle w:val="Kop2"/>
        <w:rPr>
          <w:lang w:val="nl-BE"/>
        </w:rPr>
      </w:pPr>
      <w:r w:rsidRPr="00BB65FF">
        <w:rPr>
          <w:lang w:val="nl-BE"/>
        </w:rPr>
        <w:t xml:space="preserve">Lopende dossiers: </w:t>
      </w:r>
      <w:r w:rsidR="00AE3AE7">
        <w:rPr>
          <w:lang w:val="nl-BE"/>
        </w:rPr>
        <w:t>(zie verslagen vorige wijkraadvoorzittersvergaderingen)</w:t>
      </w:r>
    </w:p>
    <w:p w14:paraId="06C0A40F" w14:textId="5798C789" w:rsidR="00216B65" w:rsidRPr="00216B65" w:rsidRDefault="00AE3AE7" w:rsidP="00216B65">
      <w:pPr>
        <w:pStyle w:val="Lijstalinea"/>
        <w:numPr>
          <w:ilvl w:val="0"/>
          <w:numId w:val="34"/>
        </w:numPr>
        <w:rPr>
          <w:u w:val="single"/>
          <w:lang w:val="nl-BE"/>
        </w:rPr>
      </w:pPr>
      <w:proofErr w:type="spellStart"/>
      <w:r w:rsidRPr="00216B65">
        <w:rPr>
          <w:u w:val="single"/>
          <w:lang w:val="nl-BE"/>
        </w:rPr>
        <w:t>Stavaza</w:t>
      </w:r>
      <w:proofErr w:type="spellEnd"/>
      <w:r w:rsidRPr="00216B65">
        <w:rPr>
          <w:u w:val="single"/>
          <w:lang w:val="nl-BE"/>
        </w:rPr>
        <w:t xml:space="preserve"> A12 en planning fietsbrug/onteigening</w:t>
      </w:r>
      <w:r w:rsidR="00216B65">
        <w:rPr>
          <w:u w:val="single"/>
          <w:lang w:val="nl-BE"/>
        </w:rPr>
        <w:t>:</w:t>
      </w:r>
    </w:p>
    <w:p w14:paraId="77998B14" w14:textId="4DB9BE53" w:rsidR="00216B65" w:rsidRPr="00216B65" w:rsidRDefault="00216B65" w:rsidP="00216B65">
      <w:pPr>
        <w:pStyle w:val="Lijstalinea"/>
        <w:rPr>
          <w:lang w:val="nl-BE"/>
        </w:rPr>
      </w:pPr>
      <w:r w:rsidRPr="00216B65">
        <w:rPr>
          <w:lang w:val="nl-BE"/>
        </w:rPr>
        <w:t xml:space="preserve">De kostprijs van de brug is sterk gestegen en ligt tussen 15 en 20 miljoen euro. Door deze </w:t>
      </w:r>
      <w:proofErr w:type="spellStart"/>
      <w:r w:rsidRPr="00216B65">
        <w:rPr>
          <w:lang w:val="nl-BE"/>
        </w:rPr>
        <w:t>meerkost</w:t>
      </w:r>
      <w:proofErr w:type="spellEnd"/>
      <w:r w:rsidRPr="00216B65">
        <w:rPr>
          <w:lang w:val="nl-BE"/>
        </w:rPr>
        <w:t xml:space="preserve"> was A</w:t>
      </w:r>
      <w:r w:rsidR="00E02A91">
        <w:rPr>
          <w:lang w:val="nl-BE"/>
        </w:rPr>
        <w:t>W</w:t>
      </w:r>
      <w:r w:rsidRPr="00216B65">
        <w:rPr>
          <w:lang w:val="nl-BE"/>
        </w:rPr>
        <w:t>VV van plan het project stop te zetten. Na meerdere mails aan het kabinet heeft de minister echter bevestigd dat het budget wel degelijk is voorzien en dat het project wordt voortgezet. Het volledige budget staat ingeschreven voor 2027 (Annick De Ridder). Dit zal een positieve impact hebben op de mobiliteit.</w:t>
      </w:r>
    </w:p>
    <w:p w14:paraId="46FF3C8A" w14:textId="234B352E" w:rsidR="002003B8" w:rsidRDefault="006604D1" w:rsidP="00BB65FF">
      <w:pPr>
        <w:pStyle w:val="Kop2"/>
        <w:rPr>
          <w:lang w:val="nl-BE"/>
        </w:rPr>
      </w:pPr>
      <w:r w:rsidRPr="00BB65FF">
        <w:rPr>
          <w:lang w:val="nl-BE"/>
        </w:rPr>
        <w:br/>
        <w:t>Nieuwe punten: [nieuwe vragen of voorstellen]</w:t>
      </w:r>
    </w:p>
    <w:p w14:paraId="79C5FED3" w14:textId="36913C12" w:rsidR="00216B65" w:rsidRPr="00216B65" w:rsidRDefault="00216B65" w:rsidP="00216B65">
      <w:pPr>
        <w:pStyle w:val="Lijstalinea"/>
        <w:numPr>
          <w:ilvl w:val="0"/>
          <w:numId w:val="45"/>
        </w:numPr>
        <w:rPr>
          <w:u w:val="single"/>
          <w:lang w:val="nl-BE"/>
        </w:rPr>
      </w:pPr>
      <w:proofErr w:type="spellStart"/>
      <w:r w:rsidRPr="00216B65">
        <w:rPr>
          <w:u w:val="single"/>
          <w:lang w:val="nl-BE"/>
        </w:rPr>
        <w:t>Buerstedehof</w:t>
      </w:r>
      <w:proofErr w:type="spellEnd"/>
      <w:r w:rsidRPr="00216B65">
        <w:rPr>
          <w:u w:val="single"/>
          <w:lang w:val="nl-BE"/>
        </w:rPr>
        <w:t xml:space="preserve">: </w:t>
      </w:r>
      <w:proofErr w:type="spellStart"/>
      <w:r w:rsidRPr="00216B65">
        <w:rPr>
          <w:u w:val="single"/>
          <w:lang w:val="nl-BE"/>
        </w:rPr>
        <w:t>stavaza</w:t>
      </w:r>
      <w:proofErr w:type="spellEnd"/>
      <w:r>
        <w:rPr>
          <w:u w:val="single"/>
          <w:lang w:val="nl-BE"/>
        </w:rPr>
        <w:t xml:space="preserve">  ( </w:t>
      </w:r>
      <w:proofErr w:type="spellStart"/>
      <w:r>
        <w:rPr>
          <w:u w:val="single"/>
          <w:lang w:val="nl-BE"/>
        </w:rPr>
        <w:t>Buerstedelei</w:t>
      </w:r>
      <w:proofErr w:type="spellEnd"/>
      <w:r>
        <w:rPr>
          <w:u w:val="single"/>
          <w:lang w:val="nl-BE"/>
        </w:rPr>
        <w:t xml:space="preserve"> 35 )</w:t>
      </w:r>
    </w:p>
    <w:p w14:paraId="53B1C675" w14:textId="11B82893" w:rsidR="0006136F" w:rsidRDefault="00216B65" w:rsidP="0006136F">
      <w:pPr>
        <w:pStyle w:val="Lijstalinea"/>
        <w:rPr>
          <w:lang w:val="nl-BE"/>
        </w:rPr>
      </w:pPr>
      <w:r w:rsidRPr="00216B65">
        <w:rPr>
          <w:lang w:val="nl-BE"/>
        </w:rPr>
        <w:t xml:space="preserve">het dossier is </w:t>
      </w:r>
      <w:r w:rsidR="00E02A91">
        <w:rPr>
          <w:lang w:val="nl-BE"/>
        </w:rPr>
        <w:t xml:space="preserve">nog hangende bij </w:t>
      </w:r>
      <w:r w:rsidR="00787F1E">
        <w:rPr>
          <w:lang w:val="nl-BE"/>
        </w:rPr>
        <w:t xml:space="preserve">de Raad voor </w:t>
      </w:r>
      <w:proofErr w:type="spellStart"/>
      <w:r w:rsidR="00787F1E">
        <w:rPr>
          <w:lang w:val="nl-BE"/>
        </w:rPr>
        <w:t>Vergunningsbetwisitingen</w:t>
      </w:r>
      <w:proofErr w:type="spellEnd"/>
      <w:r w:rsidR="00787F1E">
        <w:rPr>
          <w:lang w:val="nl-BE"/>
        </w:rPr>
        <w:t>.</w:t>
      </w:r>
    </w:p>
    <w:p w14:paraId="1BA90C07" w14:textId="77777777" w:rsidR="003934F5" w:rsidRDefault="003934F5" w:rsidP="0006136F">
      <w:pPr>
        <w:pStyle w:val="Lijstalinea"/>
        <w:rPr>
          <w:lang w:val="nl-BE"/>
        </w:rPr>
      </w:pPr>
    </w:p>
    <w:p w14:paraId="2796FE1B" w14:textId="7B669B98" w:rsidR="003934F5" w:rsidRDefault="003934F5" w:rsidP="003934F5">
      <w:pPr>
        <w:pStyle w:val="Lijstalinea"/>
        <w:numPr>
          <w:ilvl w:val="0"/>
          <w:numId w:val="45"/>
        </w:numPr>
        <w:rPr>
          <w:lang w:val="nl-BE"/>
        </w:rPr>
      </w:pPr>
      <w:r>
        <w:rPr>
          <w:lang w:val="nl-BE"/>
        </w:rPr>
        <w:t>Colmarsite:</w:t>
      </w:r>
      <w:r w:rsidR="00787F1E">
        <w:rPr>
          <w:lang w:val="nl-BE"/>
        </w:rPr>
        <w:t xml:space="preserve"> is er een vergunning nodig voor de huidige werken? </w:t>
      </w:r>
    </w:p>
    <w:p w14:paraId="62D0F087" w14:textId="30B3D5AC" w:rsidR="003934F5" w:rsidRPr="003934F5" w:rsidRDefault="003934F5" w:rsidP="003934F5">
      <w:pPr>
        <w:pStyle w:val="Lijstalinea"/>
        <w:rPr>
          <w:u w:val="single"/>
          <w:lang w:val="nl-BE"/>
        </w:rPr>
      </w:pPr>
      <w:r w:rsidRPr="003934F5">
        <w:rPr>
          <w:u w:val="single"/>
          <w:lang w:val="nl-BE"/>
        </w:rPr>
        <w:t>Sakina</w:t>
      </w:r>
      <w:r>
        <w:rPr>
          <w:u w:val="single"/>
          <w:lang w:val="nl-BE"/>
        </w:rPr>
        <w:t xml:space="preserve"> (18.12.2025)</w:t>
      </w:r>
    </w:p>
    <w:p w14:paraId="7B00DC3C" w14:textId="77777777" w:rsidR="003934F5" w:rsidRPr="003934F5" w:rsidRDefault="003934F5" w:rsidP="003934F5">
      <w:pPr>
        <w:pStyle w:val="Lijstalinea"/>
        <w:rPr>
          <w:lang w:val="nl-BE"/>
        </w:rPr>
      </w:pPr>
      <w:r w:rsidRPr="003934F5">
        <w:rPr>
          <w:lang w:val="nl-BE"/>
        </w:rPr>
        <w:t>Er werden geen structurele werken voorzien, waardoor er geen vergunning nodig is.</w:t>
      </w:r>
    </w:p>
    <w:p w14:paraId="6B0DF337" w14:textId="77777777" w:rsidR="003934F5" w:rsidRPr="003934F5" w:rsidRDefault="003934F5" w:rsidP="003934F5">
      <w:pPr>
        <w:pStyle w:val="Lijstalinea"/>
        <w:rPr>
          <w:lang w:val="nl-BE"/>
        </w:rPr>
      </w:pPr>
      <w:r w:rsidRPr="003934F5">
        <w:rPr>
          <w:lang w:val="nl-BE"/>
        </w:rPr>
        <w:t>Er komt wel een renovatie en herinrichting, maar zonder stabiliteitswerken.</w:t>
      </w:r>
    </w:p>
    <w:p w14:paraId="113863EB" w14:textId="77777777" w:rsidR="003934F5" w:rsidRPr="003934F5" w:rsidRDefault="003934F5" w:rsidP="003934F5">
      <w:pPr>
        <w:pStyle w:val="Lijstalinea"/>
        <w:rPr>
          <w:lang w:val="nl-BE"/>
        </w:rPr>
      </w:pPr>
      <w:r w:rsidRPr="003934F5">
        <w:rPr>
          <w:lang w:val="nl-BE"/>
        </w:rPr>
        <w:t>Het gebouw is vergund als restaurant, dus een functiewijziging is niet vereist.</w:t>
      </w:r>
    </w:p>
    <w:p w14:paraId="3B5DE73E" w14:textId="77777777" w:rsidR="003934F5" w:rsidRPr="003934F5" w:rsidRDefault="003934F5" w:rsidP="003934F5">
      <w:pPr>
        <w:pStyle w:val="Lijstalinea"/>
        <w:rPr>
          <w:lang w:val="nl-BE"/>
        </w:rPr>
      </w:pPr>
      <w:r w:rsidRPr="003934F5">
        <w:rPr>
          <w:lang w:val="nl-BE"/>
        </w:rPr>
        <w:t>Voor het plaatsen van reclameborden heb ik hen geadviseerd om contact op te nemen met het Agentschap Wegen en Verkeer (AWV) voor de geldende voorschriften en richtlijnen.</w:t>
      </w:r>
    </w:p>
    <w:p w14:paraId="1C7D0A32" w14:textId="77777777" w:rsidR="003934F5" w:rsidRPr="003934F5" w:rsidRDefault="003934F5" w:rsidP="003934F5">
      <w:pPr>
        <w:pStyle w:val="Lijstalinea"/>
        <w:rPr>
          <w:lang w:val="nl-BE"/>
        </w:rPr>
      </w:pPr>
      <w:r w:rsidRPr="003934F5">
        <w:rPr>
          <w:lang w:val="nl-BE"/>
        </w:rPr>
        <w:t>Ze hebben hun plannen aan ons voorgesteld, die vervolgens op de dienst Ruimtelijke Ordening (RO) zijn besproken. Daarbij werd hen aangeraden om de in- en uitrit te clusteren en niet volgens het bijgevoegde plan uit te voeren.</w:t>
      </w:r>
    </w:p>
    <w:p w14:paraId="03FCDD62" w14:textId="77777777" w:rsidR="003934F5" w:rsidRPr="003934F5" w:rsidRDefault="003934F5" w:rsidP="003934F5">
      <w:pPr>
        <w:pStyle w:val="Lijstalinea"/>
        <w:rPr>
          <w:lang w:val="nl-BE"/>
        </w:rPr>
      </w:pPr>
      <w:r w:rsidRPr="003934F5">
        <w:rPr>
          <w:lang w:val="nl-BE"/>
        </w:rPr>
        <w:t>Ik zal als verbalisant RO ter plaatse gaan om de werken te controleren.</w:t>
      </w:r>
    </w:p>
    <w:p w14:paraId="5E786884" w14:textId="77777777" w:rsidR="003934F5" w:rsidRPr="003934F5" w:rsidRDefault="003934F5" w:rsidP="003934F5">
      <w:pPr>
        <w:pStyle w:val="Lijstalinea"/>
        <w:rPr>
          <w:lang w:val="nl-BE"/>
        </w:rPr>
      </w:pPr>
    </w:p>
    <w:p w14:paraId="5A3C02B8" w14:textId="2560D2F9" w:rsidR="003934F5" w:rsidRDefault="003934F5" w:rsidP="003934F5">
      <w:pPr>
        <w:rPr>
          <w:lang w:val="nl-BE"/>
        </w:rPr>
      </w:pPr>
    </w:p>
    <w:p w14:paraId="672C4294" w14:textId="77777777" w:rsidR="00D657D3" w:rsidRDefault="00D657D3" w:rsidP="003934F5">
      <w:pPr>
        <w:rPr>
          <w:lang w:val="nl-BE"/>
        </w:rPr>
      </w:pPr>
    </w:p>
    <w:p w14:paraId="17727CB3" w14:textId="77777777" w:rsidR="00D657D3" w:rsidRDefault="00D657D3" w:rsidP="003934F5">
      <w:pPr>
        <w:rPr>
          <w:lang w:val="nl-BE"/>
        </w:rPr>
      </w:pPr>
    </w:p>
    <w:p w14:paraId="47901EE4" w14:textId="77777777" w:rsidR="00D657D3" w:rsidRPr="003934F5" w:rsidRDefault="00D657D3" w:rsidP="003934F5">
      <w:pPr>
        <w:rPr>
          <w:lang w:val="nl-BE"/>
        </w:rPr>
      </w:pPr>
    </w:p>
    <w:p w14:paraId="031684B1" w14:textId="0B0FD600" w:rsidR="00AD18CE" w:rsidRPr="0006136F" w:rsidRDefault="00AD18CE" w:rsidP="0006136F">
      <w:pPr>
        <w:pStyle w:val="Lijstalinea"/>
        <w:rPr>
          <w:color w:val="FF0000"/>
          <w:lang w:val="nl-BE"/>
        </w:rPr>
      </w:pPr>
    </w:p>
    <w:p w14:paraId="211AF62C" w14:textId="48EC5293" w:rsidR="00BB65FF" w:rsidRDefault="00FB1E34" w:rsidP="00BB65FF">
      <w:pPr>
        <w:pStyle w:val="Kop2"/>
        <w:rPr>
          <w:color w:val="FF0000"/>
          <w:lang w:val="nl-BE"/>
        </w:rPr>
      </w:pPr>
      <w:r w:rsidRPr="00BB65FF">
        <w:rPr>
          <w:color w:val="FF0000"/>
          <w:lang w:val="nl-BE"/>
        </w:rPr>
        <w:lastRenderedPageBreak/>
        <w:t>8</w:t>
      </w:r>
      <w:r w:rsidR="006604D1" w:rsidRPr="00BB65FF">
        <w:rPr>
          <w:color w:val="FF0000"/>
          <w:lang w:val="nl-BE"/>
        </w:rPr>
        <w:t>. Volgende vergadering</w:t>
      </w:r>
      <w:r w:rsidR="00216B65">
        <w:rPr>
          <w:color w:val="FF0000"/>
          <w:lang w:val="nl-BE"/>
        </w:rPr>
        <w:t>en : collegezaal gemeentehuis 20 u</w:t>
      </w:r>
    </w:p>
    <w:p w14:paraId="4874B9B1" w14:textId="77777777" w:rsidR="007625B0" w:rsidRPr="007625B0" w:rsidRDefault="007625B0" w:rsidP="007625B0">
      <w:pPr>
        <w:rPr>
          <w:lang w:val="nl-BE"/>
        </w:rPr>
      </w:pPr>
    </w:p>
    <w:p w14:paraId="28B5F50E" w14:textId="213931C9" w:rsidR="00216B65" w:rsidRPr="00216B65" w:rsidRDefault="00216B65" w:rsidP="00216B65">
      <w:pPr>
        <w:pStyle w:val="Lijstalinea"/>
        <w:numPr>
          <w:ilvl w:val="0"/>
          <w:numId w:val="18"/>
        </w:numPr>
        <w:rPr>
          <w:color w:val="FF0000"/>
          <w:lang w:val="nl-BE"/>
        </w:rPr>
      </w:pPr>
      <w:r w:rsidRPr="00216B65">
        <w:rPr>
          <w:color w:val="FF0000"/>
          <w:lang w:val="nl-BE"/>
        </w:rPr>
        <w:t>Woensdag 18 maart</w:t>
      </w:r>
    </w:p>
    <w:p w14:paraId="37978724" w14:textId="082F72E0" w:rsidR="00216B65" w:rsidRPr="00216B65" w:rsidRDefault="00216B65" w:rsidP="00216B65">
      <w:pPr>
        <w:pStyle w:val="Lijstalinea"/>
        <w:numPr>
          <w:ilvl w:val="0"/>
          <w:numId w:val="18"/>
        </w:numPr>
        <w:rPr>
          <w:color w:val="FF0000"/>
          <w:lang w:val="nl-BE"/>
        </w:rPr>
      </w:pPr>
      <w:r w:rsidRPr="00216B65">
        <w:rPr>
          <w:color w:val="FF0000"/>
          <w:lang w:val="nl-BE"/>
        </w:rPr>
        <w:t>Woensdag 9 september</w:t>
      </w:r>
    </w:p>
    <w:p w14:paraId="4FD0CAEA" w14:textId="32D36391" w:rsidR="00216B65" w:rsidRPr="00216B65" w:rsidRDefault="00216B65" w:rsidP="00216B65">
      <w:pPr>
        <w:pStyle w:val="Lijstalinea"/>
        <w:numPr>
          <w:ilvl w:val="0"/>
          <w:numId w:val="18"/>
        </w:numPr>
        <w:rPr>
          <w:color w:val="FF0000"/>
          <w:lang w:val="nl-BE"/>
        </w:rPr>
      </w:pPr>
      <w:r w:rsidRPr="00216B65">
        <w:rPr>
          <w:color w:val="FF0000"/>
          <w:lang w:val="nl-BE"/>
        </w:rPr>
        <w:t>Woensdag 16 december</w:t>
      </w:r>
    </w:p>
    <w:p w14:paraId="0CA47CDD" w14:textId="77777777" w:rsidR="00DD3507" w:rsidRDefault="00DD3507">
      <w:pPr>
        <w:rPr>
          <w:lang w:val="nl-BE"/>
        </w:rPr>
      </w:pPr>
    </w:p>
    <w:p w14:paraId="22E0235D" w14:textId="77777777" w:rsidR="00DD3507" w:rsidRPr="00DD3507" w:rsidRDefault="00DD3507" w:rsidP="00DD3507">
      <w:pPr>
        <w:rPr>
          <w:lang w:val="nl-BE"/>
        </w:rPr>
      </w:pPr>
      <w:r w:rsidRPr="00DD3507">
        <w:rPr>
          <w:lang w:val="nl-NL"/>
        </w:rPr>
        <w:t xml:space="preserve">Gelieve uw agendapunten ten laatste </w:t>
      </w:r>
      <w:r w:rsidRPr="00DD3507">
        <w:rPr>
          <w:b/>
          <w:lang w:val="nl-NL"/>
        </w:rPr>
        <w:t>14 dagen op voorhand</w:t>
      </w:r>
      <w:r w:rsidRPr="00DD3507">
        <w:rPr>
          <w:lang w:val="nl-NL"/>
        </w:rPr>
        <w:t xml:space="preserve"> door te mailen naar ilse.van.gucht@aartselaar.be.</w:t>
      </w:r>
    </w:p>
    <w:p w14:paraId="55B7BDAE" w14:textId="0D5FB543" w:rsidR="00DD3507" w:rsidRDefault="006604D1">
      <w:pPr>
        <w:rPr>
          <w:lang w:val="nl-BE"/>
        </w:rPr>
      </w:pPr>
      <w:r w:rsidRPr="00CA1954">
        <w:rPr>
          <w:lang w:val="nl-BE"/>
        </w:rPr>
        <w:br/>
      </w:r>
      <w:r w:rsidR="00DD3507">
        <w:rPr>
          <w:lang w:val="nl-BE"/>
        </w:rPr>
        <w:t>Schepen – Voorzitter                                                      Secretaris Wijkraadvoorzittersvergadering</w:t>
      </w:r>
    </w:p>
    <w:p w14:paraId="3B0EE0D8" w14:textId="4660DDC8" w:rsidR="00DD3507" w:rsidRDefault="00DD3507">
      <w:pPr>
        <w:rPr>
          <w:lang w:val="nl-BE"/>
        </w:rPr>
      </w:pPr>
      <w:r>
        <w:rPr>
          <w:lang w:val="nl-BE"/>
        </w:rPr>
        <w:t xml:space="preserve">Bart Lambrecht                                                                Ilse Van Gucht   </w:t>
      </w:r>
    </w:p>
    <w:sectPr w:rsidR="00DD3507" w:rsidSect="00034616">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EF765" w14:textId="77777777" w:rsidR="00DD3507" w:rsidRDefault="00DD3507" w:rsidP="00DD3507">
      <w:pPr>
        <w:spacing w:after="0" w:line="240" w:lineRule="auto"/>
      </w:pPr>
      <w:r>
        <w:separator/>
      </w:r>
    </w:p>
  </w:endnote>
  <w:endnote w:type="continuationSeparator" w:id="0">
    <w:p w14:paraId="0EC75FE1" w14:textId="77777777" w:rsidR="00DD3507" w:rsidRDefault="00DD3507" w:rsidP="00DD3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1208416"/>
      <w:docPartObj>
        <w:docPartGallery w:val="Page Numbers (Bottom of Page)"/>
        <w:docPartUnique/>
      </w:docPartObj>
    </w:sdtPr>
    <w:sdtEndPr/>
    <w:sdtContent>
      <w:p w14:paraId="36118242" w14:textId="39072A53" w:rsidR="00DD3507" w:rsidRDefault="00DD3507">
        <w:pPr>
          <w:pStyle w:val="Voettekst"/>
          <w:jc w:val="right"/>
        </w:pPr>
        <w:r>
          <w:fldChar w:fldCharType="begin"/>
        </w:r>
        <w:r>
          <w:instrText>PAGE   \* MERGEFORMAT</w:instrText>
        </w:r>
        <w:r>
          <w:fldChar w:fldCharType="separate"/>
        </w:r>
        <w:r>
          <w:rPr>
            <w:lang w:val="nl-NL"/>
          </w:rPr>
          <w:t>2</w:t>
        </w:r>
        <w:r>
          <w:fldChar w:fldCharType="end"/>
        </w:r>
      </w:p>
    </w:sdtContent>
  </w:sdt>
  <w:p w14:paraId="1201F91F" w14:textId="77777777" w:rsidR="00DD3507" w:rsidRDefault="00DD350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26503" w14:textId="77777777" w:rsidR="00DD3507" w:rsidRDefault="00DD3507" w:rsidP="00DD3507">
      <w:pPr>
        <w:spacing w:after="0" w:line="240" w:lineRule="auto"/>
      </w:pPr>
      <w:r>
        <w:separator/>
      </w:r>
    </w:p>
  </w:footnote>
  <w:footnote w:type="continuationSeparator" w:id="0">
    <w:p w14:paraId="79E496A5" w14:textId="77777777" w:rsidR="00DD3507" w:rsidRDefault="00DD3507" w:rsidP="00DD35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abstractNum w:abstractNumId="9" w15:restartNumberingAfterBreak="0">
    <w:nsid w:val="0F4506F5"/>
    <w:multiLevelType w:val="hybridMultilevel"/>
    <w:tmpl w:val="BEB4B7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23E0596"/>
    <w:multiLevelType w:val="hybridMultilevel"/>
    <w:tmpl w:val="F0F46F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33453D8"/>
    <w:multiLevelType w:val="hybridMultilevel"/>
    <w:tmpl w:val="CD54963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13F37BB5"/>
    <w:multiLevelType w:val="hybridMultilevel"/>
    <w:tmpl w:val="DB1EB34C"/>
    <w:lvl w:ilvl="0" w:tplc="9044F8EA">
      <w:start w:val="7"/>
      <w:numFmt w:val="bullet"/>
      <w:lvlText w:val="-"/>
      <w:lvlJc w:val="left"/>
      <w:pPr>
        <w:ind w:left="2055" w:hanging="360"/>
      </w:pPr>
      <w:rPr>
        <w:rFonts w:ascii="Cambria" w:eastAsiaTheme="minorEastAsia" w:hAnsi="Cambria" w:cstheme="minorBidi" w:hint="default"/>
      </w:rPr>
    </w:lvl>
    <w:lvl w:ilvl="1" w:tplc="08130003" w:tentative="1">
      <w:start w:val="1"/>
      <w:numFmt w:val="bullet"/>
      <w:lvlText w:val="o"/>
      <w:lvlJc w:val="left"/>
      <w:pPr>
        <w:ind w:left="2775" w:hanging="360"/>
      </w:pPr>
      <w:rPr>
        <w:rFonts w:ascii="Courier New" w:hAnsi="Courier New" w:cs="Courier New" w:hint="default"/>
      </w:rPr>
    </w:lvl>
    <w:lvl w:ilvl="2" w:tplc="08130005" w:tentative="1">
      <w:start w:val="1"/>
      <w:numFmt w:val="bullet"/>
      <w:lvlText w:val=""/>
      <w:lvlJc w:val="left"/>
      <w:pPr>
        <w:ind w:left="3495" w:hanging="360"/>
      </w:pPr>
      <w:rPr>
        <w:rFonts w:ascii="Wingdings" w:hAnsi="Wingdings" w:hint="default"/>
      </w:rPr>
    </w:lvl>
    <w:lvl w:ilvl="3" w:tplc="08130001" w:tentative="1">
      <w:start w:val="1"/>
      <w:numFmt w:val="bullet"/>
      <w:lvlText w:val=""/>
      <w:lvlJc w:val="left"/>
      <w:pPr>
        <w:ind w:left="4215" w:hanging="360"/>
      </w:pPr>
      <w:rPr>
        <w:rFonts w:ascii="Symbol" w:hAnsi="Symbol" w:hint="default"/>
      </w:rPr>
    </w:lvl>
    <w:lvl w:ilvl="4" w:tplc="08130003" w:tentative="1">
      <w:start w:val="1"/>
      <w:numFmt w:val="bullet"/>
      <w:lvlText w:val="o"/>
      <w:lvlJc w:val="left"/>
      <w:pPr>
        <w:ind w:left="4935" w:hanging="360"/>
      </w:pPr>
      <w:rPr>
        <w:rFonts w:ascii="Courier New" w:hAnsi="Courier New" w:cs="Courier New" w:hint="default"/>
      </w:rPr>
    </w:lvl>
    <w:lvl w:ilvl="5" w:tplc="08130005" w:tentative="1">
      <w:start w:val="1"/>
      <w:numFmt w:val="bullet"/>
      <w:lvlText w:val=""/>
      <w:lvlJc w:val="left"/>
      <w:pPr>
        <w:ind w:left="5655" w:hanging="360"/>
      </w:pPr>
      <w:rPr>
        <w:rFonts w:ascii="Wingdings" w:hAnsi="Wingdings" w:hint="default"/>
      </w:rPr>
    </w:lvl>
    <w:lvl w:ilvl="6" w:tplc="08130001" w:tentative="1">
      <w:start w:val="1"/>
      <w:numFmt w:val="bullet"/>
      <w:lvlText w:val=""/>
      <w:lvlJc w:val="left"/>
      <w:pPr>
        <w:ind w:left="6375" w:hanging="360"/>
      </w:pPr>
      <w:rPr>
        <w:rFonts w:ascii="Symbol" w:hAnsi="Symbol" w:hint="default"/>
      </w:rPr>
    </w:lvl>
    <w:lvl w:ilvl="7" w:tplc="08130003" w:tentative="1">
      <w:start w:val="1"/>
      <w:numFmt w:val="bullet"/>
      <w:lvlText w:val="o"/>
      <w:lvlJc w:val="left"/>
      <w:pPr>
        <w:ind w:left="7095" w:hanging="360"/>
      </w:pPr>
      <w:rPr>
        <w:rFonts w:ascii="Courier New" w:hAnsi="Courier New" w:cs="Courier New" w:hint="default"/>
      </w:rPr>
    </w:lvl>
    <w:lvl w:ilvl="8" w:tplc="08130005" w:tentative="1">
      <w:start w:val="1"/>
      <w:numFmt w:val="bullet"/>
      <w:lvlText w:val=""/>
      <w:lvlJc w:val="left"/>
      <w:pPr>
        <w:ind w:left="7815" w:hanging="360"/>
      </w:pPr>
      <w:rPr>
        <w:rFonts w:ascii="Wingdings" w:hAnsi="Wingdings" w:hint="default"/>
      </w:rPr>
    </w:lvl>
  </w:abstractNum>
  <w:abstractNum w:abstractNumId="13" w15:restartNumberingAfterBreak="0">
    <w:nsid w:val="15424723"/>
    <w:multiLevelType w:val="multilevel"/>
    <w:tmpl w:val="906034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CC4E9F"/>
    <w:multiLevelType w:val="hybridMultilevel"/>
    <w:tmpl w:val="F808D11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17194710"/>
    <w:multiLevelType w:val="hybridMultilevel"/>
    <w:tmpl w:val="95C4F4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BB937E4"/>
    <w:multiLevelType w:val="hybridMultilevel"/>
    <w:tmpl w:val="9E3289BC"/>
    <w:lvl w:ilvl="0" w:tplc="85664078">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7" w15:restartNumberingAfterBreak="0">
    <w:nsid w:val="26734C0A"/>
    <w:multiLevelType w:val="hybridMultilevel"/>
    <w:tmpl w:val="4B4AED3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296C55BF"/>
    <w:multiLevelType w:val="hybridMultilevel"/>
    <w:tmpl w:val="4B4AED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B8A0C31"/>
    <w:multiLevelType w:val="hybridMultilevel"/>
    <w:tmpl w:val="BEB4B71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2C865DFC"/>
    <w:multiLevelType w:val="hybridMultilevel"/>
    <w:tmpl w:val="16BA250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31716C67"/>
    <w:multiLevelType w:val="hybridMultilevel"/>
    <w:tmpl w:val="014E6B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31F07077"/>
    <w:multiLevelType w:val="hybridMultilevel"/>
    <w:tmpl w:val="B31CC7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34B67261"/>
    <w:multiLevelType w:val="hybridMultilevel"/>
    <w:tmpl w:val="C5F4DD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C45797"/>
    <w:multiLevelType w:val="hybridMultilevel"/>
    <w:tmpl w:val="0352AF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36813447"/>
    <w:multiLevelType w:val="hybridMultilevel"/>
    <w:tmpl w:val="879AC8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3D6A43F1"/>
    <w:multiLevelType w:val="hybridMultilevel"/>
    <w:tmpl w:val="5B16D0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3D6B6794"/>
    <w:multiLevelType w:val="hybridMultilevel"/>
    <w:tmpl w:val="CD5496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F740B08"/>
    <w:multiLevelType w:val="hybridMultilevel"/>
    <w:tmpl w:val="E5AEC58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1A10828"/>
    <w:multiLevelType w:val="hybridMultilevel"/>
    <w:tmpl w:val="5C720E0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42324169"/>
    <w:multiLevelType w:val="hybridMultilevel"/>
    <w:tmpl w:val="B954697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2766BAA"/>
    <w:multiLevelType w:val="multilevel"/>
    <w:tmpl w:val="56543A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EF49CF"/>
    <w:multiLevelType w:val="hybridMultilevel"/>
    <w:tmpl w:val="45229DD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15:restartNumberingAfterBreak="0">
    <w:nsid w:val="4D5169BF"/>
    <w:multiLevelType w:val="hybridMultilevel"/>
    <w:tmpl w:val="2F72717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4" w15:restartNumberingAfterBreak="0">
    <w:nsid w:val="51062CB8"/>
    <w:multiLevelType w:val="hybridMultilevel"/>
    <w:tmpl w:val="B954697E"/>
    <w:lvl w:ilvl="0" w:tplc="0813000F">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5A4F4F12"/>
    <w:multiLevelType w:val="hybridMultilevel"/>
    <w:tmpl w:val="A400FB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EF53455"/>
    <w:multiLevelType w:val="hybridMultilevel"/>
    <w:tmpl w:val="DA1018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29709E0"/>
    <w:multiLevelType w:val="hybridMultilevel"/>
    <w:tmpl w:val="F2F43F5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62BD4175"/>
    <w:multiLevelType w:val="hybridMultilevel"/>
    <w:tmpl w:val="B47457D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15:restartNumberingAfterBreak="0">
    <w:nsid w:val="64182BD9"/>
    <w:multiLevelType w:val="hybridMultilevel"/>
    <w:tmpl w:val="1B1C5AD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0" w15:restartNumberingAfterBreak="0">
    <w:nsid w:val="6AD544B8"/>
    <w:multiLevelType w:val="hybridMultilevel"/>
    <w:tmpl w:val="1B1C5A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20E4C84"/>
    <w:multiLevelType w:val="hybridMultilevel"/>
    <w:tmpl w:val="A620C0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81A4F01"/>
    <w:multiLevelType w:val="multilevel"/>
    <w:tmpl w:val="CE3C61B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B274E5E"/>
    <w:multiLevelType w:val="hybridMultilevel"/>
    <w:tmpl w:val="813C722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4" w15:restartNumberingAfterBreak="0">
    <w:nsid w:val="7CE070CB"/>
    <w:multiLevelType w:val="hybridMultilevel"/>
    <w:tmpl w:val="B7C0E6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142968760">
    <w:abstractNumId w:val="8"/>
  </w:num>
  <w:num w:numId="2" w16cid:durableId="665984282">
    <w:abstractNumId w:val="6"/>
  </w:num>
  <w:num w:numId="3" w16cid:durableId="905727564">
    <w:abstractNumId w:val="5"/>
  </w:num>
  <w:num w:numId="4" w16cid:durableId="196167428">
    <w:abstractNumId w:val="4"/>
  </w:num>
  <w:num w:numId="5" w16cid:durableId="802770508">
    <w:abstractNumId w:val="7"/>
  </w:num>
  <w:num w:numId="6" w16cid:durableId="2012369411">
    <w:abstractNumId w:val="3"/>
  </w:num>
  <w:num w:numId="7" w16cid:durableId="971910546">
    <w:abstractNumId w:val="2"/>
  </w:num>
  <w:num w:numId="8" w16cid:durableId="453719524">
    <w:abstractNumId w:val="1"/>
  </w:num>
  <w:num w:numId="9" w16cid:durableId="318534187">
    <w:abstractNumId w:val="0"/>
  </w:num>
  <w:num w:numId="10" w16cid:durableId="2120758935">
    <w:abstractNumId w:val="44"/>
  </w:num>
  <w:num w:numId="11" w16cid:durableId="1093815869">
    <w:abstractNumId w:val="22"/>
  </w:num>
  <w:num w:numId="12" w16cid:durableId="209919836">
    <w:abstractNumId w:val="28"/>
  </w:num>
  <w:num w:numId="13" w16cid:durableId="816651453">
    <w:abstractNumId w:val="24"/>
  </w:num>
  <w:num w:numId="14" w16cid:durableId="49307762">
    <w:abstractNumId w:val="21"/>
  </w:num>
  <w:num w:numId="15" w16cid:durableId="558983769">
    <w:abstractNumId w:val="25"/>
  </w:num>
  <w:num w:numId="16" w16cid:durableId="1291670559">
    <w:abstractNumId w:val="37"/>
  </w:num>
  <w:num w:numId="17" w16cid:durableId="629629652">
    <w:abstractNumId w:val="26"/>
  </w:num>
  <w:num w:numId="18" w16cid:durableId="84964457">
    <w:abstractNumId w:val="29"/>
  </w:num>
  <w:num w:numId="19" w16cid:durableId="374504016">
    <w:abstractNumId w:val="19"/>
  </w:num>
  <w:num w:numId="20" w16cid:durableId="1694112327">
    <w:abstractNumId w:val="12"/>
  </w:num>
  <w:num w:numId="21" w16cid:durableId="375276421">
    <w:abstractNumId w:val="13"/>
  </w:num>
  <w:num w:numId="22" w16cid:durableId="1819877843">
    <w:abstractNumId w:val="34"/>
  </w:num>
  <w:num w:numId="23" w16cid:durableId="1502308175">
    <w:abstractNumId w:val="10"/>
  </w:num>
  <w:num w:numId="24" w16cid:durableId="208685463">
    <w:abstractNumId w:val="38"/>
  </w:num>
  <w:num w:numId="25" w16cid:durableId="26375017">
    <w:abstractNumId w:val="16"/>
  </w:num>
  <w:num w:numId="26" w16cid:durableId="1381440582">
    <w:abstractNumId w:val="31"/>
  </w:num>
  <w:num w:numId="27" w16cid:durableId="1223369740">
    <w:abstractNumId w:val="14"/>
  </w:num>
  <w:num w:numId="28" w16cid:durableId="879364230">
    <w:abstractNumId w:val="17"/>
  </w:num>
  <w:num w:numId="29" w16cid:durableId="1747804291">
    <w:abstractNumId w:val="15"/>
  </w:num>
  <w:num w:numId="30" w16cid:durableId="961502302">
    <w:abstractNumId w:val="35"/>
  </w:num>
  <w:num w:numId="31" w16cid:durableId="1269849661">
    <w:abstractNumId w:val="36"/>
  </w:num>
  <w:num w:numId="32" w16cid:durableId="338846725">
    <w:abstractNumId w:val="30"/>
  </w:num>
  <w:num w:numId="33" w16cid:durableId="1454864189">
    <w:abstractNumId w:val="18"/>
  </w:num>
  <w:num w:numId="34" w16cid:durableId="139153755">
    <w:abstractNumId w:val="9"/>
  </w:num>
  <w:num w:numId="35" w16cid:durableId="1614021125">
    <w:abstractNumId w:val="32"/>
  </w:num>
  <w:num w:numId="36" w16cid:durableId="1456288768">
    <w:abstractNumId w:val="39"/>
  </w:num>
  <w:num w:numId="37" w16cid:durableId="1247347516">
    <w:abstractNumId w:val="42"/>
  </w:num>
  <w:num w:numId="38" w16cid:durableId="443773227">
    <w:abstractNumId w:val="33"/>
  </w:num>
  <w:num w:numId="39" w16cid:durableId="8332159">
    <w:abstractNumId w:val="43"/>
  </w:num>
  <w:num w:numId="40" w16cid:durableId="898521591">
    <w:abstractNumId w:val="41"/>
  </w:num>
  <w:num w:numId="41" w16cid:durableId="314915342">
    <w:abstractNumId w:val="40"/>
  </w:num>
  <w:num w:numId="42" w16cid:durableId="1750272285">
    <w:abstractNumId w:val="11"/>
  </w:num>
  <w:num w:numId="43" w16cid:durableId="1346060263">
    <w:abstractNumId w:val="23"/>
  </w:num>
  <w:num w:numId="44" w16cid:durableId="1445885769">
    <w:abstractNumId w:val="27"/>
  </w:num>
  <w:num w:numId="45" w16cid:durableId="121939150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6982"/>
    <w:rsid w:val="00040A10"/>
    <w:rsid w:val="0006063C"/>
    <w:rsid w:val="0006136F"/>
    <w:rsid w:val="000627AB"/>
    <w:rsid w:val="000715A7"/>
    <w:rsid w:val="000C0B1A"/>
    <w:rsid w:val="000D16BD"/>
    <w:rsid w:val="000D1C29"/>
    <w:rsid w:val="00113E85"/>
    <w:rsid w:val="00117C38"/>
    <w:rsid w:val="00121A5A"/>
    <w:rsid w:val="0015074B"/>
    <w:rsid w:val="001A6D46"/>
    <w:rsid w:val="001B6360"/>
    <w:rsid w:val="002003B8"/>
    <w:rsid w:val="00200B75"/>
    <w:rsid w:val="0020100B"/>
    <w:rsid w:val="002029B1"/>
    <w:rsid w:val="00216B65"/>
    <w:rsid w:val="002213FA"/>
    <w:rsid w:val="00260515"/>
    <w:rsid w:val="00282833"/>
    <w:rsid w:val="0029639D"/>
    <w:rsid w:val="002B0F68"/>
    <w:rsid w:val="00326F90"/>
    <w:rsid w:val="003614F7"/>
    <w:rsid w:val="003934F5"/>
    <w:rsid w:val="003A49DA"/>
    <w:rsid w:val="003D3580"/>
    <w:rsid w:val="003E3B79"/>
    <w:rsid w:val="003F69B4"/>
    <w:rsid w:val="0041450D"/>
    <w:rsid w:val="004268BF"/>
    <w:rsid w:val="00432307"/>
    <w:rsid w:val="00460DEE"/>
    <w:rsid w:val="00461A75"/>
    <w:rsid w:val="004D0A55"/>
    <w:rsid w:val="004F432A"/>
    <w:rsid w:val="004F451A"/>
    <w:rsid w:val="005171EF"/>
    <w:rsid w:val="00526721"/>
    <w:rsid w:val="005810B4"/>
    <w:rsid w:val="00593B12"/>
    <w:rsid w:val="005A53FD"/>
    <w:rsid w:val="005B4B27"/>
    <w:rsid w:val="005B6A03"/>
    <w:rsid w:val="005E54B8"/>
    <w:rsid w:val="0064117E"/>
    <w:rsid w:val="00646016"/>
    <w:rsid w:val="006604D1"/>
    <w:rsid w:val="006837AA"/>
    <w:rsid w:val="006D4005"/>
    <w:rsid w:val="006E05A8"/>
    <w:rsid w:val="007474A4"/>
    <w:rsid w:val="007563AD"/>
    <w:rsid w:val="007625B0"/>
    <w:rsid w:val="00787F1E"/>
    <w:rsid w:val="00790339"/>
    <w:rsid w:val="00797E6C"/>
    <w:rsid w:val="007D591C"/>
    <w:rsid w:val="00804BA3"/>
    <w:rsid w:val="0088061B"/>
    <w:rsid w:val="008C5BEC"/>
    <w:rsid w:val="008D7A52"/>
    <w:rsid w:val="008F7685"/>
    <w:rsid w:val="009341E7"/>
    <w:rsid w:val="00987572"/>
    <w:rsid w:val="00A27124"/>
    <w:rsid w:val="00A856C3"/>
    <w:rsid w:val="00AA1D8D"/>
    <w:rsid w:val="00AB5E0E"/>
    <w:rsid w:val="00AC1B17"/>
    <w:rsid w:val="00AD18CE"/>
    <w:rsid w:val="00AE3AE7"/>
    <w:rsid w:val="00B05684"/>
    <w:rsid w:val="00B136F5"/>
    <w:rsid w:val="00B27ECF"/>
    <w:rsid w:val="00B47730"/>
    <w:rsid w:val="00BB65FF"/>
    <w:rsid w:val="00C756CE"/>
    <w:rsid w:val="00C81831"/>
    <w:rsid w:val="00CA1954"/>
    <w:rsid w:val="00CB0664"/>
    <w:rsid w:val="00CB11F8"/>
    <w:rsid w:val="00CC2E9F"/>
    <w:rsid w:val="00D21AE4"/>
    <w:rsid w:val="00D246E5"/>
    <w:rsid w:val="00D319B6"/>
    <w:rsid w:val="00D41FE1"/>
    <w:rsid w:val="00D657D3"/>
    <w:rsid w:val="00DD3507"/>
    <w:rsid w:val="00DE41C8"/>
    <w:rsid w:val="00E02A91"/>
    <w:rsid w:val="00E20491"/>
    <w:rsid w:val="00E33B6E"/>
    <w:rsid w:val="00E80D76"/>
    <w:rsid w:val="00E85BED"/>
    <w:rsid w:val="00EA18F8"/>
    <w:rsid w:val="00EB30BD"/>
    <w:rsid w:val="00ED48BF"/>
    <w:rsid w:val="00F068FD"/>
    <w:rsid w:val="00F51E30"/>
    <w:rsid w:val="00F61C26"/>
    <w:rsid w:val="00F97643"/>
    <w:rsid w:val="00FB1E34"/>
    <w:rsid w:val="00FB1FCE"/>
    <w:rsid w:val="00FC28B8"/>
    <w:rsid w:val="00FC5666"/>
    <w:rsid w:val="00FC693F"/>
    <w:rsid w:val="00FD69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19A235"/>
  <w14:defaultImageDpi w14:val="300"/>
  <w15:docId w15:val="{F43BE982-DF78-46B9-B583-2BF97CD99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style>
  <w:style w:type="paragraph" w:styleId="Kop1">
    <w:name w:val="heading 1"/>
    <w:basedOn w:val="Standaard"/>
    <w:next w:val="Standaard"/>
    <w:link w:val="Kop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Standaardalinea-lettertype"/>
    <w:uiPriority w:val="99"/>
    <w:unhideWhenUsed/>
    <w:rsid w:val="00987572"/>
    <w:rPr>
      <w:color w:val="0000FF" w:themeColor="hyperlink"/>
      <w:u w:val="single"/>
    </w:rPr>
  </w:style>
  <w:style w:type="character" w:styleId="Onopgelostemelding">
    <w:name w:val="Unresolved Mention"/>
    <w:basedOn w:val="Standaardalinea-lettertype"/>
    <w:uiPriority w:val="99"/>
    <w:semiHidden/>
    <w:unhideWhenUsed/>
    <w:rsid w:val="009875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82896">
      <w:bodyDiv w:val="1"/>
      <w:marLeft w:val="0"/>
      <w:marRight w:val="0"/>
      <w:marTop w:val="0"/>
      <w:marBottom w:val="0"/>
      <w:divBdr>
        <w:top w:val="none" w:sz="0" w:space="0" w:color="auto"/>
        <w:left w:val="none" w:sz="0" w:space="0" w:color="auto"/>
        <w:bottom w:val="none" w:sz="0" w:space="0" w:color="auto"/>
        <w:right w:val="none" w:sz="0" w:space="0" w:color="auto"/>
      </w:divBdr>
    </w:div>
    <w:div w:id="148521827">
      <w:bodyDiv w:val="1"/>
      <w:marLeft w:val="0"/>
      <w:marRight w:val="0"/>
      <w:marTop w:val="0"/>
      <w:marBottom w:val="0"/>
      <w:divBdr>
        <w:top w:val="none" w:sz="0" w:space="0" w:color="auto"/>
        <w:left w:val="none" w:sz="0" w:space="0" w:color="auto"/>
        <w:bottom w:val="none" w:sz="0" w:space="0" w:color="auto"/>
        <w:right w:val="none" w:sz="0" w:space="0" w:color="auto"/>
      </w:divBdr>
    </w:div>
    <w:div w:id="372463201">
      <w:bodyDiv w:val="1"/>
      <w:marLeft w:val="0"/>
      <w:marRight w:val="0"/>
      <w:marTop w:val="0"/>
      <w:marBottom w:val="0"/>
      <w:divBdr>
        <w:top w:val="none" w:sz="0" w:space="0" w:color="auto"/>
        <w:left w:val="none" w:sz="0" w:space="0" w:color="auto"/>
        <w:bottom w:val="none" w:sz="0" w:space="0" w:color="auto"/>
        <w:right w:val="none" w:sz="0" w:space="0" w:color="auto"/>
      </w:divBdr>
    </w:div>
    <w:div w:id="963733838">
      <w:bodyDiv w:val="1"/>
      <w:marLeft w:val="0"/>
      <w:marRight w:val="0"/>
      <w:marTop w:val="0"/>
      <w:marBottom w:val="0"/>
      <w:divBdr>
        <w:top w:val="none" w:sz="0" w:space="0" w:color="auto"/>
        <w:left w:val="none" w:sz="0" w:space="0" w:color="auto"/>
        <w:bottom w:val="none" w:sz="0" w:space="0" w:color="auto"/>
        <w:right w:val="none" w:sz="0" w:space="0" w:color="auto"/>
      </w:divBdr>
    </w:div>
    <w:div w:id="1199468807">
      <w:bodyDiv w:val="1"/>
      <w:marLeft w:val="0"/>
      <w:marRight w:val="0"/>
      <w:marTop w:val="0"/>
      <w:marBottom w:val="0"/>
      <w:divBdr>
        <w:top w:val="none" w:sz="0" w:space="0" w:color="auto"/>
        <w:left w:val="none" w:sz="0" w:space="0" w:color="auto"/>
        <w:bottom w:val="none" w:sz="0" w:space="0" w:color="auto"/>
        <w:right w:val="none" w:sz="0" w:space="0" w:color="auto"/>
      </w:divBdr>
    </w:div>
    <w:div w:id="1214274761">
      <w:bodyDiv w:val="1"/>
      <w:marLeft w:val="0"/>
      <w:marRight w:val="0"/>
      <w:marTop w:val="0"/>
      <w:marBottom w:val="0"/>
      <w:divBdr>
        <w:top w:val="none" w:sz="0" w:space="0" w:color="auto"/>
        <w:left w:val="none" w:sz="0" w:space="0" w:color="auto"/>
        <w:bottom w:val="none" w:sz="0" w:space="0" w:color="auto"/>
        <w:right w:val="none" w:sz="0" w:space="0" w:color="auto"/>
      </w:divBdr>
    </w:div>
    <w:div w:id="1300527048">
      <w:bodyDiv w:val="1"/>
      <w:marLeft w:val="0"/>
      <w:marRight w:val="0"/>
      <w:marTop w:val="0"/>
      <w:marBottom w:val="0"/>
      <w:divBdr>
        <w:top w:val="none" w:sz="0" w:space="0" w:color="auto"/>
        <w:left w:val="none" w:sz="0" w:space="0" w:color="auto"/>
        <w:bottom w:val="none" w:sz="0" w:space="0" w:color="auto"/>
        <w:right w:val="none" w:sz="0" w:space="0" w:color="auto"/>
      </w:divBdr>
    </w:div>
    <w:div w:id="1502967499">
      <w:bodyDiv w:val="1"/>
      <w:marLeft w:val="0"/>
      <w:marRight w:val="0"/>
      <w:marTop w:val="0"/>
      <w:marBottom w:val="0"/>
      <w:divBdr>
        <w:top w:val="none" w:sz="0" w:space="0" w:color="auto"/>
        <w:left w:val="none" w:sz="0" w:space="0" w:color="auto"/>
        <w:bottom w:val="none" w:sz="0" w:space="0" w:color="auto"/>
        <w:right w:val="none" w:sz="0" w:space="0" w:color="auto"/>
      </w:divBdr>
    </w:div>
    <w:div w:id="1619332325">
      <w:bodyDiv w:val="1"/>
      <w:marLeft w:val="0"/>
      <w:marRight w:val="0"/>
      <w:marTop w:val="0"/>
      <w:marBottom w:val="0"/>
      <w:divBdr>
        <w:top w:val="none" w:sz="0" w:space="0" w:color="auto"/>
        <w:left w:val="none" w:sz="0" w:space="0" w:color="auto"/>
        <w:bottom w:val="none" w:sz="0" w:space="0" w:color="auto"/>
        <w:right w:val="none" w:sz="0" w:space="0" w:color="auto"/>
      </w:divBdr>
    </w:div>
    <w:div w:id="2009600162">
      <w:bodyDiv w:val="1"/>
      <w:marLeft w:val="0"/>
      <w:marRight w:val="0"/>
      <w:marTop w:val="0"/>
      <w:marBottom w:val="0"/>
      <w:divBdr>
        <w:top w:val="none" w:sz="0" w:space="0" w:color="auto"/>
        <w:left w:val="none" w:sz="0" w:space="0" w:color="auto"/>
        <w:bottom w:val="none" w:sz="0" w:space="0" w:color="auto"/>
        <w:right w:val="none" w:sz="0" w:space="0" w:color="auto"/>
      </w:divBdr>
    </w:div>
    <w:div w:id="2084134838">
      <w:bodyDiv w:val="1"/>
      <w:marLeft w:val="0"/>
      <w:marRight w:val="0"/>
      <w:marTop w:val="0"/>
      <w:marBottom w:val="0"/>
      <w:divBdr>
        <w:top w:val="none" w:sz="0" w:space="0" w:color="auto"/>
        <w:left w:val="none" w:sz="0" w:space="0" w:color="auto"/>
        <w:bottom w:val="none" w:sz="0" w:space="0" w:color="auto"/>
        <w:right w:val="none" w:sz="0" w:space="0" w:color="auto"/>
      </w:divBdr>
    </w:div>
    <w:div w:id="20851077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artselaar.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lse.van.gucht@aartselaar.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2420</Words>
  <Characters>13311</Characters>
  <Application>Microsoft Office Word</Application>
  <DocSecurity>0</DocSecurity>
  <Lines>110</Lines>
  <Paragraphs>31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15700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Ilse Van Gucht</cp:lastModifiedBy>
  <cp:revision>3</cp:revision>
  <cp:lastPrinted>2025-12-19T08:25:00Z</cp:lastPrinted>
  <dcterms:created xsi:type="dcterms:W3CDTF">2026-01-14T15:31:00Z</dcterms:created>
  <dcterms:modified xsi:type="dcterms:W3CDTF">2026-01-14T15:33:00Z</dcterms:modified>
  <cp:category/>
</cp:coreProperties>
</file>